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9A555B" w14:textId="77777777" w:rsidR="00D631DC" w:rsidRDefault="00D631DC"/>
    <w:p w14:paraId="5BC94D7D" w14:textId="77777777" w:rsidR="00D631DC" w:rsidRDefault="00D631DC"/>
    <w:p w14:paraId="54AE8E8C" w14:textId="77777777" w:rsidR="00D631DC" w:rsidRDefault="00D631DC"/>
    <w:p w14:paraId="479F7E68" w14:textId="77777777" w:rsidR="00D631DC" w:rsidRDefault="00D631DC"/>
    <w:p w14:paraId="4CC124B0" w14:textId="77777777" w:rsidR="00D631DC" w:rsidRPr="009F6E3C" w:rsidRDefault="00975E65">
      <w:pPr>
        <w:jc w:val="center"/>
        <w:rPr>
          <w:rFonts w:ascii="Times New Roman" w:hAnsi="Times New Roman" w:cs="Times New Roman"/>
        </w:rPr>
      </w:pPr>
      <w:r w:rsidRPr="009F6E3C">
        <w:rPr>
          <w:rFonts w:ascii="Times New Roman" w:eastAsia="Arial" w:hAnsi="Times New Roman" w:cs="Times New Roman"/>
          <w:b/>
          <w:sz w:val="36"/>
        </w:rPr>
        <w:t>PROGRAM</w:t>
      </w:r>
    </w:p>
    <w:p w14:paraId="28A943AA" w14:textId="77777777" w:rsidR="00D631DC" w:rsidRPr="009F6E3C" w:rsidRDefault="00975E65">
      <w:pPr>
        <w:jc w:val="center"/>
        <w:rPr>
          <w:rFonts w:ascii="Times New Roman" w:hAnsi="Times New Roman" w:cs="Times New Roman"/>
        </w:rPr>
      </w:pPr>
      <w:r w:rsidRPr="009F6E3C">
        <w:rPr>
          <w:rFonts w:ascii="Times New Roman" w:eastAsia="Arial" w:hAnsi="Times New Roman" w:cs="Times New Roman"/>
          <w:b/>
          <w:sz w:val="36"/>
        </w:rPr>
        <w:t>WYCHOWAWCZO-PROFILAKTYCZNY</w:t>
      </w:r>
    </w:p>
    <w:p w14:paraId="00958E6E" w14:textId="77777777" w:rsidR="00D631DC" w:rsidRPr="009F6E3C" w:rsidRDefault="00975E65">
      <w:pPr>
        <w:spacing w:before="280"/>
        <w:jc w:val="center"/>
        <w:rPr>
          <w:rFonts w:ascii="Times New Roman" w:hAnsi="Times New Roman" w:cs="Times New Roman"/>
        </w:rPr>
      </w:pPr>
      <w:r w:rsidRPr="009F6E3C">
        <w:rPr>
          <w:rFonts w:ascii="Times New Roman" w:eastAsia="Arial" w:hAnsi="Times New Roman" w:cs="Times New Roman"/>
          <w:b/>
          <w:sz w:val="30"/>
        </w:rPr>
        <w:t>SZKOŁY PODSTAWOWEJ NR 1</w:t>
      </w:r>
    </w:p>
    <w:p w14:paraId="0485B1E2" w14:textId="77777777" w:rsidR="00D631DC" w:rsidRPr="005F54E3" w:rsidRDefault="00975E65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5F54E3">
        <w:rPr>
          <w:rFonts w:ascii="Times New Roman" w:eastAsia="Arial" w:hAnsi="Times New Roman" w:cs="Times New Roman"/>
          <w:sz w:val="28"/>
          <w:szCs w:val="28"/>
        </w:rPr>
        <w:t>przy</w:t>
      </w:r>
      <w:proofErr w:type="spellEnd"/>
      <w:r w:rsidRPr="005F54E3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5F54E3">
        <w:rPr>
          <w:rFonts w:ascii="Times New Roman" w:eastAsia="Arial" w:hAnsi="Times New Roman" w:cs="Times New Roman"/>
          <w:sz w:val="28"/>
          <w:szCs w:val="28"/>
        </w:rPr>
        <w:t>Zespole</w:t>
      </w:r>
      <w:proofErr w:type="spellEnd"/>
      <w:r w:rsidRPr="005F54E3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5F54E3">
        <w:rPr>
          <w:rFonts w:ascii="Times New Roman" w:eastAsia="Arial" w:hAnsi="Times New Roman" w:cs="Times New Roman"/>
          <w:sz w:val="28"/>
          <w:szCs w:val="28"/>
        </w:rPr>
        <w:t>Szkolno-Przedszkolnym</w:t>
      </w:r>
      <w:proofErr w:type="spellEnd"/>
      <w:r w:rsidRPr="005F54E3">
        <w:rPr>
          <w:rFonts w:ascii="Times New Roman" w:eastAsia="Arial" w:hAnsi="Times New Roman" w:cs="Times New Roman"/>
          <w:sz w:val="28"/>
          <w:szCs w:val="28"/>
        </w:rPr>
        <w:t xml:space="preserve"> nr 1</w:t>
      </w:r>
    </w:p>
    <w:p w14:paraId="1805ED1E" w14:textId="77777777" w:rsidR="00D631DC" w:rsidRDefault="00975E65">
      <w:pPr>
        <w:jc w:val="center"/>
        <w:rPr>
          <w:rFonts w:ascii="Times New Roman" w:eastAsia="Arial" w:hAnsi="Times New Roman" w:cs="Times New Roman"/>
          <w:sz w:val="28"/>
          <w:szCs w:val="28"/>
        </w:rPr>
      </w:pPr>
      <w:r w:rsidRPr="005F54E3">
        <w:rPr>
          <w:rFonts w:ascii="Times New Roman" w:eastAsia="Arial" w:hAnsi="Times New Roman" w:cs="Times New Roman"/>
          <w:sz w:val="28"/>
          <w:szCs w:val="28"/>
        </w:rPr>
        <w:t xml:space="preserve">w </w:t>
      </w:r>
      <w:proofErr w:type="spellStart"/>
      <w:r w:rsidRPr="005F54E3">
        <w:rPr>
          <w:rFonts w:ascii="Times New Roman" w:eastAsia="Arial" w:hAnsi="Times New Roman" w:cs="Times New Roman"/>
          <w:sz w:val="28"/>
          <w:szCs w:val="28"/>
        </w:rPr>
        <w:t>Jastrzębiu-Zdroju</w:t>
      </w:r>
      <w:proofErr w:type="spellEnd"/>
    </w:p>
    <w:p w14:paraId="366657D9" w14:textId="77777777" w:rsidR="005F54E3" w:rsidRDefault="005F54E3">
      <w:pPr>
        <w:jc w:val="center"/>
        <w:rPr>
          <w:rFonts w:ascii="Times New Roman" w:eastAsia="Arial" w:hAnsi="Times New Roman" w:cs="Times New Roman"/>
          <w:sz w:val="28"/>
          <w:szCs w:val="28"/>
        </w:rPr>
      </w:pPr>
    </w:p>
    <w:p w14:paraId="0F44E008" w14:textId="77777777" w:rsidR="005F54E3" w:rsidRPr="005F54E3" w:rsidRDefault="005F54E3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053416F" w14:textId="77777777" w:rsidR="00D631DC" w:rsidRPr="005F54E3" w:rsidRDefault="00975E65">
      <w:pPr>
        <w:spacing w:before="40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5F54E3">
        <w:rPr>
          <w:rFonts w:ascii="Times New Roman" w:eastAsia="Arial" w:hAnsi="Times New Roman" w:cs="Times New Roman"/>
          <w:b/>
          <w:sz w:val="28"/>
          <w:szCs w:val="28"/>
        </w:rPr>
        <w:t>na</w:t>
      </w:r>
      <w:proofErr w:type="spellEnd"/>
      <w:r w:rsidRPr="005F54E3">
        <w:rPr>
          <w:rFonts w:ascii="Times New Roman" w:eastAsia="Arial" w:hAnsi="Times New Roman" w:cs="Times New Roman"/>
          <w:b/>
          <w:sz w:val="28"/>
          <w:szCs w:val="28"/>
        </w:rPr>
        <w:t xml:space="preserve"> </w:t>
      </w:r>
      <w:proofErr w:type="spellStart"/>
      <w:r w:rsidRPr="005F54E3">
        <w:rPr>
          <w:rFonts w:ascii="Times New Roman" w:eastAsia="Arial" w:hAnsi="Times New Roman" w:cs="Times New Roman"/>
          <w:b/>
          <w:sz w:val="28"/>
          <w:szCs w:val="28"/>
        </w:rPr>
        <w:t>lata</w:t>
      </w:r>
      <w:proofErr w:type="spellEnd"/>
      <w:r w:rsidRPr="005F54E3">
        <w:rPr>
          <w:rFonts w:ascii="Times New Roman" w:eastAsia="Arial" w:hAnsi="Times New Roman" w:cs="Times New Roman"/>
          <w:b/>
          <w:sz w:val="28"/>
          <w:szCs w:val="28"/>
        </w:rPr>
        <w:t xml:space="preserve"> </w:t>
      </w:r>
      <w:proofErr w:type="spellStart"/>
      <w:r w:rsidRPr="005F54E3">
        <w:rPr>
          <w:rFonts w:ascii="Times New Roman" w:eastAsia="Arial" w:hAnsi="Times New Roman" w:cs="Times New Roman"/>
          <w:b/>
          <w:sz w:val="28"/>
          <w:szCs w:val="28"/>
        </w:rPr>
        <w:t>szkolne</w:t>
      </w:r>
      <w:proofErr w:type="spellEnd"/>
    </w:p>
    <w:p w14:paraId="750237CE" w14:textId="77777777" w:rsidR="00D631DC" w:rsidRPr="005F54E3" w:rsidRDefault="00975E65" w:rsidP="00131BD2">
      <w:pPr>
        <w:jc w:val="center"/>
        <w:rPr>
          <w:rFonts w:ascii="Times New Roman" w:hAnsi="Times New Roman" w:cs="Times New Roman"/>
          <w:sz w:val="28"/>
          <w:szCs w:val="28"/>
        </w:rPr>
      </w:pPr>
      <w:r w:rsidRPr="005F54E3">
        <w:rPr>
          <w:rFonts w:ascii="Times New Roman" w:eastAsia="Arial" w:hAnsi="Times New Roman" w:cs="Times New Roman"/>
          <w:b/>
          <w:sz w:val="28"/>
          <w:szCs w:val="28"/>
        </w:rPr>
        <w:t>2026/2027, 2027/2028, 2028/2029</w:t>
      </w:r>
    </w:p>
    <w:p w14:paraId="7123DD08" w14:textId="77777777" w:rsidR="00D631DC" w:rsidRPr="009F6E3C" w:rsidRDefault="00975E65">
      <w:pPr>
        <w:rPr>
          <w:rFonts w:ascii="Times New Roman" w:hAnsi="Times New Roman" w:cs="Times New Roman"/>
        </w:rPr>
      </w:pPr>
      <w:r w:rsidRPr="009F6E3C">
        <w:rPr>
          <w:rFonts w:ascii="Times New Roman" w:hAnsi="Times New Roman" w:cs="Times New Roman"/>
        </w:rPr>
        <w:br w:type="page"/>
      </w:r>
    </w:p>
    <w:p w14:paraId="07E37E36" w14:textId="77777777" w:rsidR="00D631DC" w:rsidRPr="009F6E3C" w:rsidRDefault="00975E65">
      <w:pPr>
        <w:pStyle w:val="Nagwek1"/>
        <w:spacing w:before="200" w:after="100"/>
        <w:rPr>
          <w:rFonts w:ascii="Times New Roman" w:hAnsi="Times New Roman" w:cs="Times New Roman"/>
        </w:rPr>
      </w:pPr>
      <w:r w:rsidRPr="009F6E3C">
        <w:rPr>
          <w:rFonts w:ascii="Times New Roman" w:eastAsia="Arial" w:hAnsi="Times New Roman" w:cs="Times New Roman"/>
        </w:rPr>
        <w:lastRenderedPageBreak/>
        <w:t>I. WPROWADZENIE</w:t>
      </w:r>
    </w:p>
    <w:p w14:paraId="3D6D8C4C" w14:textId="77777777" w:rsidR="00D631DC" w:rsidRPr="009F6E3C" w:rsidRDefault="00975E65" w:rsidP="00F42E26">
      <w:pPr>
        <w:spacing w:after="0" w:line="360" w:lineRule="auto"/>
        <w:ind w:firstLine="340"/>
        <w:jc w:val="both"/>
        <w:rPr>
          <w:rFonts w:ascii="Times New Roman" w:hAnsi="Times New Roman" w:cs="Times New Roman"/>
          <w:sz w:val="24"/>
          <w:szCs w:val="24"/>
        </w:rPr>
      </w:pPr>
      <w:r w:rsidRPr="009F6E3C">
        <w:rPr>
          <w:rFonts w:ascii="Times New Roman" w:eastAsia="Arial" w:hAnsi="Times New Roman" w:cs="Times New Roman"/>
          <w:sz w:val="24"/>
          <w:szCs w:val="24"/>
        </w:rPr>
        <w:t xml:space="preserve">Program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Wychowawczo-Profilaktyczny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Szkoły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Podstawowej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nr 1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przy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Zespole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Szkolno-Przedszkolnym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nr 1 w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Jastrzębiu-Zdroju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stanowi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podstawę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planowych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spójnych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działań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wychowawczych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profilaktycznych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opiekuńczych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szkoły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.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Łączy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działania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szkoły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rodziny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F42E26">
        <w:rPr>
          <w:rFonts w:ascii="Times New Roman" w:eastAsia="Arial" w:hAnsi="Times New Roman" w:cs="Times New Roman"/>
          <w:sz w:val="24"/>
          <w:szCs w:val="24"/>
        </w:rPr>
        <w:br/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środowiska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lokalnego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oraz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wspiera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wszechstronny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rozwój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ucznia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w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sferze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fizycznej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psychicznej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społecznej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aksjologicznej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>.</w:t>
      </w:r>
    </w:p>
    <w:p w14:paraId="2EAC1FAB" w14:textId="77777777" w:rsidR="00D631DC" w:rsidRPr="009E0576" w:rsidRDefault="00975E65" w:rsidP="00F42E26">
      <w:pPr>
        <w:spacing w:after="0" w:line="360" w:lineRule="auto"/>
        <w:ind w:firstLine="340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9F6E3C">
        <w:rPr>
          <w:rFonts w:ascii="Times New Roman" w:eastAsia="Arial" w:hAnsi="Times New Roman" w:cs="Times New Roman"/>
          <w:sz w:val="24"/>
          <w:szCs w:val="24"/>
        </w:rPr>
        <w:t xml:space="preserve">Program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obejmuje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treści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wychowawcze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skierowane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do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uczniów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oraz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działania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profilaktyczne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skierowane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do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uczniów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nauczycieli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rodziców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. Jest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realizowany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przez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wychowawców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nauczycieli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pedagoga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szkolnego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pedagoga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specjalnego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psychologa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pielęgniarkę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szkolną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oraz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pozostałych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pracowników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szkoły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przy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współpracy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z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rodzicami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instytucjami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działającymi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na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rzecz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dzieci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młodzieży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>.</w:t>
      </w:r>
    </w:p>
    <w:p w14:paraId="1C47B7B8" w14:textId="77777777" w:rsidR="00724678" w:rsidRPr="009E0576" w:rsidRDefault="009E0576" w:rsidP="00F42E26">
      <w:pPr>
        <w:spacing w:after="0" w:line="36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proofErr w:type="spellStart"/>
      <w:r w:rsidRPr="009E0576">
        <w:rPr>
          <w:rFonts w:ascii="Times New Roman" w:eastAsia="Arial" w:hAnsi="Times New Roman" w:cs="Times New Roman"/>
          <w:sz w:val="24"/>
          <w:szCs w:val="24"/>
        </w:rPr>
        <w:t>Szkoła</w:t>
      </w:r>
      <w:proofErr w:type="spellEnd"/>
      <w:r w:rsidRPr="009E0576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E0576">
        <w:rPr>
          <w:rFonts w:ascii="Times New Roman" w:eastAsia="Arial" w:hAnsi="Times New Roman" w:cs="Times New Roman"/>
          <w:sz w:val="24"/>
          <w:szCs w:val="24"/>
        </w:rPr>
        <w:t>inicjuje</w:t>
      </w:r>
      <w:proofErr w:type="spellEnd"/>
      <w:r w:rsidRPr="009E0576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E0576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E0576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E0576">
        <w:rPr>
          <w:rFonts w:ascii="Times New Roman" w:eastAsia="Arial" w:hAnsi="Times New Roman" w:cs="Times New Roman"/>
          <w:sz w:val="24"/>
          <w:szCs w:val="24"/>
        </w:rPr>
        <w:t>realizuje</w:t>
      </w:r>
      <w:proofErr w:type="spellEnd"/>
      <w:r w:rsidRPr="009E0576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E0576">
        <w:rPr>
          <w:rFonts w:ascii="Times New Roman" w:eastAsia="Arial" w:hAnsi="Times New Roman" w:cs="Times New Roman"/>
          <w:sz w:val="24"/>
          <w:szCs w:val="24"/>
        </w:rPr>
        <w:t>programy</w:t>
      </w:r>
      <w:proofErr w:type="spellEnd"/>
      <w:r w:rsidRPr="009E0576">
        <w:rPr>
          <w:rFonts w:ascii="Times New Roman" w:eastAsia="Arial" w:hAnsi="Times New Roman" w:cs="Times New Roman"/>
          <w:sz w:val="24"/>
          <w:szCs w:val="24"/>
        </w:rPr>
        <w:t xml:space="preserve"> z </w:t>
      </w:r>
      <w:proofErr w:type="spellStart"/>
      <w:r w:rsidRPr="009E0576">
        <w:rPr>
          <w:rFonts w:ascii="Times New Roman" w:eastAsia="Arial" w:hAnsi="Times New Roman" w:cs="Times New Roman"/>
          <w:sz w:val="24"/>
          <w:szCs w:val="24"/>
        </w:rPr>
        <w:t>zakresu</w:t>
      </w:r>
      <w:proofErr w:type="spellEnd"/>
      <w:r w:rsidRPr="009E0576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E0576">
        <w:rPr>
          <w:rFonts w:ascii="Times New Roman" w:eastAsia="Arial" w:hAnsi="Times New Roman" w:cs="Times New Roman"/>
          <w:sz w:val="24"/>
          <w:szCs w:val="24"/>
        </w:rPr>
        <w:t>profilaktyki</w:t>
      </w:r>
      <w:proofErr w:type="spellEnd"/>
      <w:r w:rsidRPr="009E0576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E0576">
        <w:rPr>
          <w:rFonts w:ascii="Times New Roman" w:eastAsia="Arial" w:hAnsi="Times New Roman" w:cs="Times New Roman"/>
          <w:sz w:val="24"/>
          <w:szCs w:val="24"/>
        </w:rPr>
        <w:t>uniwersalnej</w:t>
      </w:r>
      <w:proofErr w:type="spellEnd"/>
      <w:r w:rsidRPr="009E0576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E0576">
        <w:rPr>
          <w:rFonts w:ascii="Times New Roman" w:eastAsia="Arial" w:hAnsi="Times New Roman" w:cs="Times New Roman"/>
          <w:sz w:val="24"/>
          <w:szCs w:val="24"/>
        </w:rPr>
        <w:t>dostosowane</w:t>
      </w:r>
      <w:proofErr w:type="spellEnd"/>
      <w:r w:rsidRPr="009E0576">
        <w:rPr>
          <w:rFonts w:ascii="Times New Roman" w:eastAsia="Arial" w:hAnsi="Times New Roman" w:cs="Times New Roman"/>
          <w:sz w:val="24"/>
          <w:szCs w:val="24"/>
        </w:rPr>
        <w:t xml:space="preserve"> do </w:t>
      </w:r>
      <w:proofErr w:type="spellStart"/>
      <w:r w:rsidRPr="009E0576">
        <w:rPr>
          <w:rFonts w:ascii="Times New Roman" w:eastAsia="Arial" w:hAnsi="Times New Roman" w:cs="Times New Roman"/>
          <w:sz w:val="24"/>
          <w:szCs w:val="24"/>
        </w:rPr>
        <w:t>zdiagnozowanych</w:t>
      </w:r>
      <w:proofErr w:type="spellEnd"/>
      <w:r w:rsidRPr="009E0576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E0576">
        <w:rPr>
          <w:rFonts w:ascii="Times New Roman" w:eastAsia="Arial" w:hAnsi="Times New Roman" w:cs="Times New Roman"/>
          <w:sz w:val="24"/>
          <w:szCs w:val="24"/>
        </w:rPr>
        <w:t>potrzeb</w:t>
      </w:r>
      <w:proofErr w:type="spellEnd"/>
      <w:r w:rsidRPr="009E0576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E0576">
        <w:rPr>
          <w:rFonts w:ascii="Times New Roman" w:eastAsia="Arial" w:hAnsi="Times New Roman" w:cs="Times New Roman"/>
          <w:sz w:val="24"/>
          <w:szCs w:val="24"/>
        </w:rPr>
        <w:t>rozwojowych</w:t>
      </w:r>
      <w:proofErr w:type="spellEnd"/>
      <w:r w:rsidRPr="009E0576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E0576">
        <w:rPr>
          <w:rFonts w:ascii="Times New Roman" w:eastAsia="Arial" w:hAnsi="Times New Roman" w:cs="Times New Roman"/>
          <w:sz w:val="24"/>
          <w:szCs w:val="24"/>
        </w:rPr>
        <w:t>uczniów</w:t>
      </w:r>
      <w:proofErr w:type="spellEnd"/>
      <w:r w:rsidRPr="009E0576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E0576">
        <w:rPr>
          <w:rFonts w:ascii="Times New Roman" w:eastAsia="Arial" w:hAnsi="Times New Roman" w:cs="Times New Roman"/>
          <w:sz w:val="24"/>
          <w:szCs w:val="24"/>
        </w:rPr>
        <w:t>oraz</w:t>
      </w:r>
      <w:proofErr w:type="spellEnd"/>
      <w:r w:rsidRPr="009E0576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E0576">
        <w:rPr>
          <w:rFonts w:ascii="Times New Roman" w:eastAsia="Arial" w:hAnsi="Times New Roman" w:cs="Times New Roman"/>
          <w:sz w:val="24"/>
          <w:szCs w:val="24"/>
        </w:rPr>
        <w:t>możliwości</w:t>
      </w:r>
      <w:proofErr w:type="spellEnd"/>
      <w:r w:rsidRPr="009E0576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E0576">
        <w:rPr>
          <w:rFonts w:ascii="Times New Roman" w:eastAsia="Arial" w:hAnsi="Times New Roman" w:cs="Times New Roman"/>
          <w:sz w:val="24"/>
          <w:szCs w:val="24"/>
        </w:rPr>
        <w:t>organizacyjnych</w:t>
      </w:r>
      <w:proofErr w:type="spellEnd"/>
      <w:r w:rsidRPr="009E0576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E0576">
        <w:rPr>
          <w:rFonts w:ascii="Times New Roman" w:eastAsia="Arial" w:hAnsi="Times New Roman" w:cs="Times New Roman"/>
          <w:sz w:val="24"/>
          <w:szCs w:val="24"/>
        </w:rPr>
        <w:t>placówki</w:t>
      </w:r>
      <w:proofErr w:type="spellEnd"/>
      <w:r w:rsidRPr="009E0576">
        <w:rPr>
          <w:rFonts w:ascii="Times New Roman" w:eastAsia="Arial" w:hAnsi="Times New Roman" w:cs="Times New Roman"/>
          <w:sz w:val="24"/>
          <w:szCs w:val="24"/>
        </w:rPr>
        <w:t xml:space="preserve">. W </w:t>
      </w:r>
      <w:proofErr w:type="spellStart"/>
      <w:r w:rsidRPr="009E0576">
        <w:rPr>
          <w:rFonts w:ascii="Times New Roman" w:eastAsia="Arial" w:hAnsi="Times New Roman" w:cs="Times New Roman"/>
          <w:sz w:val="24"/>
          <w:szCs w:val="24"/>
        </w:rPr>
        <w:t>zależności</w:t>
      </w:r>
      <w:proofErr w:type="spellEnd"/>
      <w:r w:rsidRPr="009E0576">
        <w:rPr>
          <w:rFonts w:ascii="Times New Roman" w:eastAsia="Arial" w:hAnsi="Times New Roman" w:cs="Times New Roman"/>
          <w:sz w:val="24"/>
          <w:szCs w:val="24"/>
        </w:rPr>
        <w:t xml:space="preserve"> od </w:t>
      </w:r>
      <w:proofErr w:type="spellStart"/>
      <w:r w:rsidRPr="009E0576">
        <w:rPr>
          <w:rFonts w:ascii="Times New Roman" w:eastAsia="Arial" w:hAnsi="Times New Roman" w:cs="Times New Roman"/>
          <w:sz w:val="24"/>
          <w:szCs w:val="24"/>
        </w:rPr>
        <w:t>wyników</w:t>
      </w:r>
      <w:proofErr w:type="spellEnd"/>
      <w:r w:rsidRPr="009E0576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E0576">
        <w:rPr>
          <w:rFonts w:ascii="Times New Roman" w:eastAsia="Arial" w:hAnsi="Times New Roman" w:cs="Times New Roman"/>
          <w:sz w:val="24"/>
          <w:szCs w:val="24"/>
        </w:rPr>
        <w:t>corocznej</w:t>
      </w:r>
      <w:proofErr w:type="spellEnd"/>
      <w:r w:rsidRPr="009E0576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E0576">
        <w:rPr>
          <w:rFonts w:ascii="Times New Roman" w:eastAsia="Arial" w:hAnsi="Times New Roman" w:cs="Times New Roman"/>
          <w:sz w:val="24"/>
          <w:szCs w:val="24"/>
        </w:rPr>
        <w:t>diagnozy</w:t>
      </w:r>
      <w:proofErr w:type="spellEnd"/>
      <w:r w:rsidRPr="009E0576">
        <w:rPr>
          <w:rFonts w:ascii="Times New Roman" w:eastAsia="Arial" w:hAnsi="Times New Roman" w:cs="Times New Roman"/>
          <w:sz w:val="24"/>
          <w:szCs w:val="24"/>
        </w:rPr>
        <w:t xml:space="preserve">, w </w:t>
      </w:r>
      <w:proofErr w:type="spellStart"/>
      <w:r w:rsidRPr="009E0576">
        <w:rPr>
          <w:rFonts w:ascii="Times New Roman" w:eastAsia="Arial" w:hAnsi="Times New Roman" w:cs="Times New Roman"/>
          <w:sz w:val="24"/>
          <w:szCs w:val="24"/>
        </w:rPr>
        <w:t>szkole</w:t>
      </w:r>
      <w:proofErr w:type="spellEnd"/>
      <w:r w:rsidRPr="009E0576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E0576">
        <w:rPr>
          <w:rFonts w:ascii="Times New Roman" w:eastAsia="Arial" w:hAnsi="Times New Roman" w:cs="Times New Roman"/>
          <w:sz w:val="24"/>
          <w:szCs w:val="24"/>
        </w:rPr>
        <w:t>wdrażane</w:t>
      </w:r>
      <w:proofErr w:type="spellEnd"/>
      <w:r w:rsidRPr="009E0576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E0576">
        <w:rPr>
          <w:rFonts w:ascii="Times New Roman" w:eastAsia="Arial" w:hAnsi="Times New Roman" w:cs="Times New Roman"/>
          <w:sz w:val="24"/>
          <w:szCs w:val="24"/>
        </w:rPr>
        <w:t>są</w:t>
      </w:r>
      <w:proofErr w:type="spellEnd"/>
      <w:r w:rsidRPr="009E0576">
        <w:rPr>
          <w:rFonts w:ascii="Times New Roman" w:eastAsia="Arial" w:hAnsi="Times New Roman" w:cs="Times New Roman"/>
          <w:sz w:val="24"/>
          <w:szCs w:val="24"/>
        </w:rPr>
        <w:t xml:space="preserve"> w </w:t>
      </w:r>
      <w:proofErr w:type="spellStart"/>
      <w:r w:rsidRPr="009E0576">
        <w:rPr>
          <w:rFonts w:ascii="Times New Roman" w:eastAsia="Arial" w:hAnsi="Times New Roman" w:cs="Times New Roman"/>
          <w:sz w:val="24"/>
          <w:szCs w:val="24"/>
        </w:rPr>
        <w:t>szczególności</w:t>
      </w:r>
      <w:proofErr w:type="spellEnd"/>
      <w:r w:rsidRPr="009E0576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E0576">
        <w:rPr>
          <w:rFonts w:ascii="Times New Roman" w:eastAsia="Arial" w:hAnsi="Times New Roman" w:cs="Times New Roman"/>
          <w:sz w:val="24"/>
          <w:szCs w:val="24"/>
        </w:rPr>
        <w:t>programy</w:t>
      </w:r>
      <w:proofErr w:type="spellEnd"/>
      <w:r w:rsidRPr="009E0576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E0576">
        <w:rPr>
          <w:rFonts w:ascii="Times New Roman" w:eastAsia="Arial" w:hAnsi="Times New Roman" w:cs="Times New Roman"/>
          <w:sz w:val="24"/>
          <w:szCs w:val="24"/>
        </w:rPr>
        <w:t>rekomendowane</w:t>
      </w:r>
      <w:proofErr w:type="spellEnd"/>
      <w:r w:rsidRPr="009E0576">
        <w:rPr>
          <w:rFonts w:ascii="Times New Roman" w:eastAsia="Arial" w:hAnsi="Times New Roman" w:cs="Times New Roman"/>
          <w:sz w:val="24"/>
          <w:szCs w:val="24"/>
        </w:rPr>
        <w:t xml:space="preserve">, m.in. </w:t>
      </w:r>
      <w:proofErr w:type="spellStart"/>
      <w:r w:rsidRPr="009E0576">
        <w:rPr>
          <w:rFonts w:ascii="Times New Roman" w:eastAsia="Arial" w:hAnsi="Times New Roman" w:cs="Times New Roman"/>
          <w:sz w:val="24"/>
          <w:szCs w:val="24"/>
        </w:rPr>
        <w:t>takie</w:t>
      </w:r>
      <w:proofErr w:type="spellEnd"/>
      <w:r w:rsidRPr="009E0576">
        <w:rPr>
          <w:rFonts w:ascii="Times New Roman" w:eastAsia="Arial" w:hAnsi="Times New Roman" w:cs="Times New Roman"/>
          <w:sz w:val="24"/>
          <w:szCs w:val="24"/>
        </w:rPr>
        <w:t xml:space="preserve"> jak: Iskra </w:t>
      </w:r>
      <w:proofErr w:type="spellStart"/>
      <w:r w:rsidRPr="009E0576">
        <w:rPr>
          <w:rFonts w:ascii="Times New Roman" w:eastAsia="Arial" w:hAnsi="Times New Roman" w:cs="Times New Roman"/>
          <w:sz w:val="24"/>
          <w:szCs w:val="24"/>
        </w:rPr>
        <w:t>Odporności</w:t>
      </w:r>
      <w:proofErr w:type="spellEnd"/>
      <w:r w:rsidRPr="009E0576">
        <w:rPr>
          <w:rFonts w:ascii="Times New Roman" w:eastAsia="Arial" w:hAnsi="Times New Roman" w:cs="Times New Roman"/>
          <w:sz w:val="24"/>
          <w:szCs w:val="24"/>
        </w:rPr>
        <w:t xml:space="preserve">, Program </w:t>
      </w:r>
      <w:proofErr w:type="spellStart"/>
      <w:r w:rsidRPr="009E0576">
        <w:rPr>
          <w:rFonts w:ascii="Times New Roman" w:eastAsia="Arial" w:hAnsi="Times New Roman" w:cs="Times New Roman"/>
          <w:sz w:val="24"/>
          <w:szCs w:val="24"/>
        </w:rPr>
        <w:t>Domowych</w:t>
      </w:r>
      <w:proofErr w:type="spellEnd"/>
      <w:r w:rsidRPr="009E0576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E0576">
        <w:rPr>
          <w:rFonts w:ascii="Times New Roman" w:eastAsia="Arial" w:hAnsi="Times New Roman" w:cs="Times New Roman"/>
          <w:sz w:val="24"/>
          <w:szCs w:val="24"/>
        </w:rPr>
        <w:t>Detektywów</w:t>
      </w:r>
      <w:proofErr w:type="spellEnd"/>
      <w:r w:rsidRPr="009E0576">
        <w:rPr>
          <w:rFonts w:ascii="Times New Roman" w:eastAsia="Arial" w:hAnsi="Times New Roman" w:cs="Times New Roman"/>
          <w:sz w:val="24"/>
          <w:szCs w:val="24"/>
        </w:rPr>
        <w:t xml:space="preserve"> „Jaś </w:t>
      </w:r>
      <w:r w:rsidR="00F42E26">
        <w:rPr>
          <w:rFonts w:ascii="Times New Roman" w:eastAsia="Arial" w:hAnsi="Times New Roman" w:cs="Times New Roman"/>
          <w:sz w:val="24"/>
          <w:szCs w:val="24"/>
        </w:rPr>
        <w:br/>
      </w:r>
      <w:proofErr w:type="spellStart"/>
      <w:r w:rsidRPr="009E0576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E0576">
        <w:rPr>
          <w:rFonts w:ascii="Times New Roman" w:eastAsia="Arial" w:hAnsi="Times New Roman" w:cs="Times New Roman"/>
          <w:sz w:val="24"/>
          <w:szCs w:val="24"/>
        </w:rPr>
        <w:t xml:space="preserve"> Małgosia </w:t>
      </w:r>
      <w:proofErr w:type="spellStart"/>
      <w:r w:rsidRPr="009E0576">
        <w:rPr>
          <w:rFonts w:ascii="Times New Roman" w:eastAsia="Arial" w:hAnsi="Times New Roman" w:cs="Times New Roman"/>
          <w:sz w:val="24"/>
          <w:szCs w:val="24"/>
        </w:rPr>
        <w:t>na</w:t>
      </w:r>
      <w:proofErr w:type="spellEnd"/>
      <w:r w:rsidRPr="009E0576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E0576">
        <w:rPr>
          <w:rFonts w:ascii="Times New Roman" w:eastAsia="Arial" w:hAnsi="Times New Roman" w:cs="Times New Roman"/>
          <w:sz w:val="24"/>
          <w:szCs w:val="24"/>
        </w:rPr>
        <w:t>tropie</w:t>
      </w:r>
      <w:proofErr w:type="spellEnd"/>
      <w:r w:rsidRPr="009E0576">
        <w:rPr>
          <w:rFonts w:ascii="Times New Roman" w:eastAsia="Arial" w:hAnsi="Times New Roman" w:cs="Times New Roman"/>
          <w:sz w:val="24"/>
          <w:szCs w:val="24"/>
        </w:rPr>
        <w:t xml:space="preserve">”, Unplugged, </w:t>
      </w:r>
      <w:proofErr w:type="spellStart"/>
      <w:r w:rsidRPr="009E0576">
        <w:rPr>
          <w:rFonts w:ascii="Times New Roman" w:eastAsia="Arial" w:hAnsi="Times New Roman" w:cs="Times New Roman"/>
          <w:sz w:val="24"/>
          <w:szCs w:val="24"/>
        </w:rPr>
        <w:t>Apteczka</w:t>
      </w:r>
      <w:proofErr w:type="spellEnd"/>
      <w:r w:rsidRPr="009E0576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E0576">
        <w:rPr>
          <w:rFonts w:ascii="Times New Roman" w:eastAsia="Arial" w:hAnsi="Times New Roman" w:cs="Times New Roman"/>
          <w:sz w:val="24"/>
          <w:szCs w:val="24"/>
        </w:rPr>
        <w:t>Pierwszej</w:t>
      </w:r>
      <w:proofErr w:type="spellEnd"/>
      <w:r w:rsidRPr="009E0576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E0576">
        <w:rPr>
          <w:rFonts w:ascii="Times New Roman" w:eastAsia="Arial" w:hAnsi="Times New Roman" w:cs="Times New Roman"/>
          <w:sz w:val="24"/>
          <w:szCs w:val="24"/>
        </w:rPr>
        <w:t>Pomocy</w:t>
      </w:r>
      <w:proofErr w:type="spellEnd"/>
      <w:r w:rsidRPr="009E0576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E0576">
        <w:rPr>
          <w:rFonts w:ascii="Times New Roman" w:eastAsia="Arial" w:hAnsi="Times New Roman" w:cs="Times New Roman"/>
          <w:sz w:val="24"/>
          <w:szCs w:val="24"/>
        </w:rPr>
        <w:t>Emocjonalnej</w:t>
      </w:r>
      <w:proofErr w:type="spellEnd"/>
      <w:r w:rsidRPr="009E0576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E0576">
        <w:rPr>
          <w:rFonts w:ascii="Times New Roman" w:eastAsia="Arial" w:hAnsi="Times New Roman" w:cs="Times New Roman"/>
          <w:sz w:val="24"/>
          <w:szCs w:val="24"/>
        </w:rPr>
        <w:t>oraz</w:t>
      </w:r>
      <w:proofErr w:type="spellEnd"/>
      <w:r w:rsidRPr="009E0576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E0576">
        <w:rPr>
          <w:rFonts w:ascii="Times New Roman" w:eastAsia="Arial" w:hAnsi="Times New Roman" w:cs="Times New Roman"/>
          <w:sz w:val="24"/>
          <w:szCs w:val="24"/>
        </w:rPr>
        <w:t>Wspólne</w:t>
      </w:r>
      <w:proofErr w:type="spellEnd"/>
      <w:r w:rsidRPr="009E0576">
        <w:rPr>
          <w:rFonts w:ascii="Times New Roman" w:eastAsia="Arial" w:hAnsi="Times New Roman" w:cs="Times New Roman"/>
          <w:sz w:val="24"/>
          <w:szCs w:val="24"/>
        </w:rPr>
        <w:t xml:space="preserve"> Kroki w Cyberświecie.</w:t>
      </w:r>
    </w:p>
    <w:p w14:paraId="065FC418" w14:textId="77777777" w:rsidR="00D631DC" w:rsidRPr="009F6E3C" w:rsidRDefault="00975E65" w:rsidP="00F42E26">
      <w:pPr>
        <w:spacing w:after="0" w:line="360" w:lineRule="auto"/>
        <w:ind w:firstLine="340"/>
        <w:jc w:val="both"/>
        <w:rPr>
          <w:rFonts w:ascii="Times New Roman" w:hAnsi="Times New Roman" w:cs="Times New Roman"/>
          <w:sz w:val="24"/>
          <w:szCs w:val="24"/>
        </w:rPr>
      </w:pPr>
      <w:r w:rsidRPr="009F6E3C">
        <w:rPr>
          <w:rFonts w:ascii="Times New Roman" w:eastAsia="Arial" w:hAnsi="Times New Roman" w:cs="Times New Roman"/>
          <w:sz w:val="24"/>
          <w:szCs w:val="24"/>
        </w:rPr>
        <w:t xml:space="preserve">Program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został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opracowany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na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trzy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lata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szkolne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jednak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zgodnie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z art. 26 Prawa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oświatowego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podlega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corocznej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weryfikacji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- w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razie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potrzeby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-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modyfikacji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na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podstawie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aktualnej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diagnozy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potrzeb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rozwojowych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uczniów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czynników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chroniących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czynników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ryzyka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w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tym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zagrożeń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związanych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z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używaniem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substancji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psychoaktywnych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oraz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korzystaniem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z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technologii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informacyjno-komunikacyjnych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aktywnością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uczniów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w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Internecie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>.</w:t>
      </w:r>
    </w:p>
    <w:p w14:paraId="22F293AE" w14:textId="77777777" w:rsidR="00D631DC" w:rsidRPr="009F6E3C" w:rsidRDefault="00975E65" w:rsidP="00F42E26">
      <w:pPr>
        <w:spacing w:after="0" w:line="360" w:lineRule="auto"/>
        <w:ind w:firstLine="340"/>
        <w:jc w:val="both"/>
        <w:rPr>
          <w:rFonts w:ascii="Times New Roman" w:hAnsi="Times New Roman" w:cs="Times New Roman"/>
          <w:sz w:val="24"/>
          <w:szCs w:val="24"/>
        </w:rPr>
      </w:pPr>
      <w:r w:rsidRPr="009F6E3C">
        <w:rPr>
          <w:rFonts w:ascii="Times New Roman" w:eastAsia="Arial" w:hAnsi="Times New Roman" w:cs="Times New Roman"/>
          <w:sz w:val="24"/>
          <w:szCs w:val="24"/>
        </w:rPr>
        <w:t xml:space="preserve">Do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głównych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zasad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realizacji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programu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należą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: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poszanowanie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godności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każdego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ucznia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bezpieczeństwo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odpowiedzialność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współpraca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z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rodzicami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wczesne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reagowanie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na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zagrożenia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wzmacnianie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zasobów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mocnych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stron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uczniów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oraz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stosowanie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działań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profilaktycznych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opartych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na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wiedzy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adekwatnych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do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wieku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dzieci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młodzieży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>.</w:t>
      </w:r>
    </w:p>
    <w:p w14:paraId="4F182E36" w14:textId="77777777" w:rsidR="00D631DC" w:rsidRPr="009F6E3C" w:rsidRDefault="00975E65" w:rsidP="00131BD2">
      <w:pPr>
        <w:pStyle w:val="Nagwek1"/>
        <w:spacing w:before="200" w:after="100"/>
        <w:rPr>
          <w:rFonts w:ascii="Times New Roman" w:hAnsi="Times New Roman" w:cs="Times New Roman"/>
        </w:rPr>
      </w:pPr>
      <w:r w:rsidRPr="009F6E3C">
        <w:rPr>
          <w:rFonts w:ascii="Times New Roman" w:eastAsia="Arial" w:hAnsi="Times New Roman" w:cs="Times New Roman"/>
        </w:rPr>
        <w:t>II. PODSTAWA PRAWNA</w:t>
      </w:r>
    </w:p>
    <w:p w14:paraId="6DB1A9B4" w14:textId="77777777" w:rsidR="00D631DC" w:rsidRPr="009F6E3C" w:rsidRDefault="00975E65" w:rsidP="00F42E26">
      <w:pPr>
        <w:pStyle w:val="Listapunktowana"/>
        <w:spacing w:after="0" w:line="36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Konstytucja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Rzeczypospolitej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Polskiej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z 2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kwietnia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1997 r. (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Dz.U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. z 1997 r. nr 78,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poz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. 483, </w:t>
      </w:r>
      <w:r w:rsidR="00F42E26">
        <w:rPr>
          <w:rFonts w:ascii="Times New Roman" w:eastAsia="Arial" w:hAnsi="Times New Roman" w:cs="Times New Roman"/>
          <w:sz w:val="24"/>
          <w:szCs w:val="24"/>
        </w:rPr>
        <w:br/>
      </w:r>
      <w:r w:rsidRPr="009F6E3C">
        <w:rPr>
          <w:rFonts w:ascii="Times New Roman" w:eastAsia="Arial" w:hAnsi="Times New Roman" w:cs="Times New Roman"/>
          <w:sz w:val="24"/>
          <w:szCs w:val="24"/>
        </w:rPr>
        <w:t xml:space="preserve">z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późn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.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zm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>.).</w:t>
      </w:r>
    </w:p>
    <w:p w14:paraId="53C8414C" w14:textId="77777777" w:rsidR="00D631DC" w:rsidRPr="009F6E3C" w:rsidRDefault="00975E65" w:rsidP="00F42E26">
      <w:pPr>
        <w:pStyle w:val="Listapunktowana"/>
        <w:spacing w:after="0" w:line="36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Konwencja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o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prawach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dziecka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przyjęta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przez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Zgromadzenie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Ogólne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Narodów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Zjednoczonych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20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listopada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1989 r. (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Dz.U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. z 1991 r. nr 120,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poz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. 526, z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późn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.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zm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>.).</w:t>
      </w:r>
    </w:p>
    <w:p w14:paraId="447DD175" w14:textId="77777777" w:rsidR="00D631DC" w:rsidRPr="009F6E3C" w:rsidRDefault="00975E65" w:rsidP="00F42E26">
      <w:pPr>
        <w:pStyle w:val="Listapunktowana"/>
        <w:spacing w:after="0" w:line="36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Ustawa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z 14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grudnia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2016 r. -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Prawo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oświatowe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(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tekst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jednolity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: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Dz.U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. z 2026 r.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poz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. 820, </w:t>
      </w:r>
      <w:r w:rsidR="00F42E26">
        <w:rPr>
          <w:rFonts w:ascii="Times New Roman" w:eastAsia="Arial" w:hAnsi="Times New Roman" w:cs="Times New Roman"/>
          <w:sz w:val="24"/>
          <w:szCs w:val="24"/>
        </w:rPr>
        <w:br/>
      </w:r>
      <w:r w:rsidRPr="009F6E3C">
        <w:rPr>
          <w:rFonts w:ascii="Times New Roman" w:eastAsia="Arial" w:hAnsi="Times New Roman" w:cs="Times New Roman"/>
          <w:sz w:val="24"/>
          <w:szCs w:val="24"/>
        </w:rPr>
        <w:t xml:space="preserve">z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późn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.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zm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.), z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uwzględnieniem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ustawy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z 3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lipca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2026 r. o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zmianie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ustawy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-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Prawo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oświatowe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(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Dz.U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. z 2026 r.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poz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. 1036),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wchodzącej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w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życie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1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września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2026 r.</w:t>
      </w:r>
    </w:p>
    <w:p w14:paraId="29D94EF8" w14:textId="77777777" w:rsidR="00D631DC" w:rsidRPr="009F6E3C" w:rsidRDefault="00975E65" w:rsidP="00F42E26">
      <w:pPr>
        <w:pStyle w:val="Listapunktowana"/>
        <w:spacing w:after="0" w:line="36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lastRenderedPageBreak/>
        <w:t>Ustawa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z 7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września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1991 r. o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systemie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oświaty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(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tekst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jednolity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: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Dz.U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. z 2025 r.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poz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. 881, </w:t>
      </w:r>
      <w:r w:rsidR="00F42E26">
        <w:rPr>
          <w:rFonts w:ascii="Times New Roman" w:eastAsia="Arial" w:hAnsi="Times New Roman" w:cs="Times New Roman"/>
          <w:sz w:val="24"/>
          <w:szCs w:val="24"/>
        </w:rPr>
        <w:br/>
      </w:r>
      <w:r w:rsidRPr="009F6E3C">
        <w:rPr>
          <w:rFonts w:ascii="Times New Roman" w:eastAsia="Arial" w:hAnsi="Times New Roman" w:cs="Times New Roman"/>
          <w:sz w:val="24"/>
          <w:szCs w:val="24"/>
        </w:rPr>
        <w:t xml:space="preserve">z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późn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.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zm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>.).</w:t>
      </w:r>
    </w:p>
    <w:p w14:paraId="10B7554A" w14:textId="77777777" w:rsidR="00D631DC" w:rsidRPr="009F6E3C" w:rsidRDefault="00975E65" w:rsidP="00F42E26">
      <w:pPr>
        <w:pStyle w:val="Listapunktowana"/>
        <w:spacing w:after="0" w:line="36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Ustawa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z 26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stycznia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1982 r. - Karta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Nauczyciela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(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tekst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jednolity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: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Dz.U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. z 2026 r.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poz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. 515, </w:t>
      </w:r>
      <w:r w:rsidR="00F42E26">
        <w:rPr>
          <w:rFonts w:ascii="Times New Roman" w:eastAsia="Arial" w:hAnsi="Times New Roman" w:cs="Times New Roman"/>
          <w:sz w:val="24"/>
          <w:szCs w:val="24"/>
        </w:rPr>
        <w:br/>
      </w:r>
      <w:r w:rsidRPr="009F6E3C">
        <w:rPr>
          <w:rFonts w:ascii="Times New Roman" w:eastAsia="Arial" w:hAnsi="Times New Roman" w:cs="Times New Roman"/>
          <w:sz w:val="24"/>
          <w:szCs w:val="24"/>
        </w:rPr>
        <w:t xml:space="preserve">z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późn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.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zm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>.).</w:t>
      </w:r>
    </w:p>
    <w:p w14:paraId="644FBF83" w14:textId="77777777" w:rsidR="00D631DC" w:rsidRPr="009F6E3C" w:rsidRDefault="00975E65" w:rsidP="00F42E26">
      <w:pPr>
        <w:pStyle w:val="Listapunktowana"/>
        <w:spacing w:after="0" w:line="36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Ustawa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z 26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października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1982 r. o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wychowaniu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w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trzeźwości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przeciwdziałaniu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alkoholizmowi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(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tekst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jednolity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: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Dz.U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. z 2023 r.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poz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. 2151, z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późn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.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zm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>.).</w:t>
      </w:r>
    </w:p>
    <w:p w14:paraId="6272F74E" w14:textId="77777777" w:rsidR="00D631DC" w:rsidRPr="009F6E3C" w:rsidRDefault="00975E65" w:rsidP="00F42E26">
      <w:pPr>
        <w:pStyle w:val="Listapunktowana"/>
        <w:spacing w:after="0" w:line="36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Ustawa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z 9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listopada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1995 r. o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ochronie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zdrowia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przed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następstwami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używania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tytoniu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F42E26">
        <w:rPr>
          <w:rFonts w:ascii="Times New Roman" w:eastAsia="Arial" w:hAnsi="Times New Roman" w:cs="Times New Roman"/>
          <w:sz w:val="24"/>
          <w:szCs w:val="24"/>
        </w:rPr>
        <w:br/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wyrobów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tytoniowych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(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tekst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jednolity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: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Dz.U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. z 2024 r.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poz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. 1162, z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późn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.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zm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., w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tym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Dz.U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. </w:t>
      </w:r>
      <w:r w:rsidR="00F42E26">
        <w:rPr>
          <w:rFonts w:ascii="Times New Roman" w:eastAsia="Arial" w:hAnsi="Times New Roman" w:cs="Times New Roman"/>
          <w:sz w:val="24"/>
          <w:szCs w:val="24"/>
        </w:rPr>
        <w:br/>
      </w:r>
      <w:r w:rsidRPr="009F6E3C">
        <w:rPr>
          <w:rFonts w:ascii="Times New Roman" w:eastAsia="Arial" w:hAnsi="Times New Roman" w:cs="Times New Roman"/>
          <w:sz w:val="24"/>
          <w:szCs w:val="24"/>
        </w:rPr>
        <w:t xml:space="preserve">z 2025 r.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poz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. 427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799).</w:t>
      </w:r>
    </w:p>
    <w:p w14:paraId="6F8648B2" w14:textId="77777777" w:rsidR="00D631DC" w:rsidRPr="009F6E3C" w:rsidRDefault="00975E65" w:rsidP="00F42E26">
      <w:pPr>
        <w:pStyle w:val="Listapunktowana"/>
        <w:spacing w:after="0" w:line="36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Ustawa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z 19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sierpnia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1994 r. o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ochronie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zdrowia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psychicznego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(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tekst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jednolity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: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Dz.U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. z 2024 r.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poz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. 917, z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późn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.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zm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>.).</w:t>
      </w:r>
    </w:p>
    <w:p w14:paraId="0D9FBAF2" w14:textId="77777777" w:rsidR="00D631DC" w:rsidRPr="009F6E3C" w:rsidRDefault="00975E65" w:rsidP="00F42E26">
      <w:pPr>
        <w:pStyle w:val="Listapunktowana"/>
        <w:spacing w:after="0" w:line="36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Ustawa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z 29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lipca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2005 r. o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przeciwdziałaniu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przemocy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domowej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(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tekst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jednolity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: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Dz.U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. z 2024 r.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poz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. 1673, z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późn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.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zm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>.).</w:t>
      </w:r>
    </w:p>
    <w:p w14:paraId="43D38724" w14:textId="77777777" w:rsidR="00D631DC" w:rsidRPr="009F6E3C" w:rsidRDefault="00975E65" w:rsidP="00F42E26">
      <w:pPr>
        <w:pStyle w:val="Listapunktowana"/>
        <w:spacing w:after="0" w:line="36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Ustawa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z 29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lipca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2005 r. o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przeciwdziałaniu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narkomanii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(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tekst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jednolity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: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Dz.U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. z 2023 r.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poz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. 1939, z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późn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.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zm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.), z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uwzględnieniem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ustawy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z 3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lipca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2026 r. o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zmianie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ustawy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F42E26">
        <w:rPr>
          <w:rFonts w:ascii="Times New Roman" w:eastAsia="Arial" w:hAnsi="Times New Roman" w:cs="Times New Roman"/>
          <w:sz w:val="24"/>
          <w:szCs w:val="24"/>
        </w:rPr>
        <w:br/>
      </w:r>
      <w:r w:rsidRPr="009F6E3C">
        <w:rPr>
          <w:rFonts w:ascii="Times New Roman" w:eastAsia="Arial" w:hAnsi="Times New Roman" w:cs="Times New Roman"/>
          <w:sz w:val="24"/>
          <w:szCs w:val="24"/>
        </w:rPr>
        <w:t xml:space="preserve">o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przeciwdziałaniu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narkomanii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oraz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niektórych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innych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ustaw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(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Dz.U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. z 2026 r.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poz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>. 1004).</w:t>
      </w:r>
    </w:p>
    <w:p w14:paraId="24F456E2" w14:textId="77777777" w:rsidR="00D631DC" w:rsidRPr="009F6E3C" w:rsidRDefault="00975E65" w:rsidP="00F42E26">
      <w:pPr>
        <w:pStyle w:val="Listapunktowana"/>
        <w:spacing w:after="0" w:line="36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Ustawa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z 9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czerwca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2022 r. o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wspieraniu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resocjalizacji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nieletnich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(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tekst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jednolity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: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Dz.U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. </w:t>
      </w:r>
      <w:r w:rsidR="00F42E26">
        <w:rPr>
          <w:rFonts w:ascii="Times New Roman" w:eastAsia="Arial" w:hAnsi="Times New Roman" w:cs="Times New Roman"/>
          <w:sz w:val="24"/>
          <w:szCs w:val="24"/>
        </w:rPr>
        <w:br/>
      </w:r>
      <w:r w:rsidRPr="009F6E3C">
        <w:rPr>
          <w:rFonts w:ascii="Times New Roman" w:eastAsia="Arial" w:hAnsi="Times New Roman" w:cs="Times New Roman"/>
          <w:sz w:val="24"/>
          <w:szCs w:val="24"/>
        </w:rPr>
        <w:t xml:space="preserve">z 2024 r.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poz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. 978, z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późn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.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zm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>.).</w:t>
      </w:r>
    </w:p>
    <w:p w14:paraId="4CB5D7AB" w14:textId="77777777" w:rsidR="00D631DC" w:rsidRPr="009F6E3C" w:rsidRDefault="00975E65" w:rsidP="00F42E26">
      <w:pPr>
        <w:pStyle w:val="Listapunktowana"/>
        <w:spacing w:after="0" w:line="36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Ustawa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z 13 maja 2016 r. o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przeciwdziałaniu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zagrożeniom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przestępczością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na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tle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seksualnym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ochronie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małoletnich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(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tekst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jednolity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: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Dz.U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. z 2024 r.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poz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. 1802, z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późn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.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zm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.), w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szczególności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przepisy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dotyczące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Standardów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Ochrony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Małoletnich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>.</w:t>
      </w:r>
    </w:p>
    <w:p w14:paraId="771FA478" w14:textId="77777777" w:rsidR="00D631DC" w:rsidRPr="009F6E3C" w:rsidRDefault="00975E65" w:rsidP="00F42E26">
      <w:pPr>
        <w:pStyle w:val="Listapunktowana"/>
        <w:spacing w:after="0" w:line="36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Rozporządzenie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Ministra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Edukacji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z 11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marca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2026 r. w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sprawie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podstawy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programowej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wychowania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przedszkolnego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oraz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podstawy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programowej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kształcenia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ogólnego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dla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szkoły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podstawowej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w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tym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dla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uczniów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z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niepełnosprawnością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intelektualną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w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stopniu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umiarkowanym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lub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znacznym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(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Dz.U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. z 2026 r.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poz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. 378, z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późn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.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zm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., w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tym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Dz.U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. z 2026 r.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poz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>. 958).</w:t>
      </w:r>
    </w:p>
    <w:p w14:paraId="13F57846" w14:textId="77777777" w:rsidR="00D631DC" w:rsidRPr="009F6E3C" w:rsidRDefault="00975E65" w:rsidP="00F42E26">
      <w:pPr>
        <w:pStyle w:val="Listapunktowana"/>
        <w:spacing w:after="0" w:line="36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Rozporządzenie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Ministra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Edukacji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Narodowej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z 14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lutego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2017 r. w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sprawie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podstawy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programowej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(...) (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Dz.U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. z 2017 r.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poz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. 356, z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późn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.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zm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.) - w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zakresie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stosowanym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przejściowo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w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klasach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wskazanych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w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przepisach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rozporządzenia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z 11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marca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2026 r.</w:t>
      </w:r>
    </w:p>
    <w:p w14:paraId="4B13BF77" w14:textId="77777777" w:rsidR="00D631DC" w:rsidRPr="009F6E3C" w:rsidRDefault="00975E65" w:rsidP="00F42E26">
      <w:pPr>
        <w:pStyle w:val="Listapunktowana"/>
        <w:spacing w:after="0" w:line="36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Rozporządzenie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Ministra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Edukacji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Narodowej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z 9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sierpnia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2017 r. w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sprawie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zasad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organizacji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F42E26">
        <w:rPr>
          <w:rFonts w:ascii="Times New Roman" w:eastAsia="Arial" w:hAnsi="Times New Roman" w:cs="Times New Roman"/>
          <w:sz w:val="24"/>
          <w:szCs w:val="24"/>
        </w:rPr>
        <w:br/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udzielania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pomocy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psychologiczno-pedagogicznej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w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publicznych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przedszkolach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szkołach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F42E26">
        <w:rPr>
          <w:rFonts w:ascii="Times New Roman" w:eastAsia="Arial" w:hAnsi="Times New Roman" w:cs="Times New Roman"/>
          <w:sz w:val="24"/>
          <w:szCs w:val="24"/>
        </w:rPr>
        <w:br/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placówkach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(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tekst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jednolity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: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Dz.U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. z 2023 r.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poz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>. 1798).</w:t>
      </w:r>
    </w:p>
    <w:p w14:paraId="4FA50E3F" w14:textId="77777777" w:rsidR="00D631DC" w:rsidRPr="009F6E3C" w:rsidRDefault="00975E65" w:rsidP="00F42E26">
      <w:pPr>
        <w:pStyle w:val="Listapunktowana"/>
        <w:spacing w:after="0" w:line="36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Rozporządzenie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Ministra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Edukacji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Narodowej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z 18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sierpnia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2015 r. w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sprawie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zakresu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form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prowadzenia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w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szkołach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placówkach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systemu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oświaty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działalności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wychowawczej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lastRenderedPageBreak/>
        <w:t>edukacyjnej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informacyjnej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profilaktycznej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w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celu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przeciwdziałania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narkomanii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(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tekst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jednolity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: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Dz.U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. z 2020 r.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poz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>. 1449).</w:t>
      </w:r>
    </w:p>
    <w:p w14:paraId="0A2074CF" w14:textId="77777777" w:rsidR="00D631DC" w:rsidRPr="009F6E3C" w:rsidRDefault="00975E65" w:rsidP="00F42E26">
      <w:pPr>
        <w:pStyle w:val="Listapunktowana"/>
        <w:spacing w:after="0" w:line="36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Rozporządzenie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Ministra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Edukacji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Narodowej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Sportu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z 31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grudnia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2002 r. w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sprawie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bezpieczeństwa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higieny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w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publicznych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niepublicznych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szkołach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placówkach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(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tekst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jednolity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: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Dz.U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. z 2020 r.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poz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. 1604, z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późn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.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zm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>.).</w:t>
      </w:r>
    </w:p>
    <w:p w14:paraId="1A2DEE96" w14:textId="77777777" w:rsidR="00D631DC" w:rsidRPr="009F6E3C" w:rsidRDefault="00975E65" w:rsidP="00F42E26">
      <w:pPr>
        <w:pStyle w:val="Listapunktowana"/>
        <w:spacing w:after="0" w:line="36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Rozporządzenie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Ministra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Edukacji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Narodowej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z 28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lutego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2019 r. w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sprawie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szczegółowej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organizacji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publicznych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szkół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publicznych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przedszkoli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(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tekst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jednolity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: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Dz.U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. z 2023 r.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poz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. 2736, z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późn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.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zm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>.).</w:t>
      </w:r>
    </w:p>
    <w:p w14:paraId="6F26AB9C" w14:textId="77777777" w:rsidR="00D631DC" w:rsidRPr="009F6E3C" w:rsidRDefault="00975E65" w:rsidP="00F42E26">
      <w:pPr>
        <w:pStyle w:val="Listapunktowana"/>
        <w:spacing w:after="0" w:line="36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Rozporządzenie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Ministra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Edukacji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Narodowej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z 12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lutego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2019 r. w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sprawie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doradztwa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zawodowego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(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Dz.U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. z 2019 r.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poz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. 325, z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późn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.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zm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., w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tym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Dz.U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. z 2026 r.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poz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>. 73).</w:t>
      </w:r>
    </w:p>
    <w:p w14:paraId="39926593" w14:textId="77777777" w:rsidR="00D631DC" w:rsidRPr="009F6E3C" w:rsidRDefault="00975E65" w:rsidP="00F42E26">
      <w:pPr>
        <w:pStyle w:val="Listapunktowana"/>
        <w:spacing w:after="0" w:line="36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Uchwała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Nr I.4.2025 Rady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Miasta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Jastrzębie-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Zdrój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z 30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stycznia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2025 r. w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sprawie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przyjęcia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Gminnego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Programu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Profilaktyki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Rozwiązywania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Problemów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Alkoholowych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oraz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Przeciwdziałania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Narkomanii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na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lata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2025-2029.</w:t>
      </w:r>
    </w:p>
    <w:p w14:paraId="404F9371" w14:textId="77777777" w:rsidR="00D631DC" w:rsidRPr="009F6E3C" w:rsidRDefault="00975E65" w:rsidP="00F42E26">
      <w:pPr>
        <w:pStyle w:val="Listapunktowana"/>
        <w:spacing w:after="0" w:line="36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Statut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Szkoły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Podstawowej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nr 1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przy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Zespole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Szkolno-Przedszkolnym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nr 1 w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Jastrzębiu-Zdroju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oraz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obowiązujące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w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szkole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Standardy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Ochrony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Małoletnich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procedury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wewnętrzne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>.</w:t>
      </w:r>
    </w:p>
    <w:p w14:paraId="47D82420" w14:textId="77777777" w:rsidR="00D631DC" w:rsidRPr="009F6E3C" w:rsidRDefault="00975E65" w:rsidP="00F42E26">
      <w:pPr>
        <w:pStyle w:val="Nagwek1"/>
        <w:spacing w:before="200" w:after="100"/>
        <w:jc w:val="both"/>
        <w:rPr>
          <w:rFonts w:ascii="Times New Roman" w:hAnsi="Times New Roman" w:cs="Times New Roman"/>
        </w:rPr>
      </w:pPr>
      <w:r w:rsidRPr="009F6E3C">
        <w:rPr>
          <w:rFonts w:ascii="Times New Roman" w:eastAsia="Arial" w:hAnsi="Times New Roman" w:cs="Times New Roman"/>
        </w:rPr>
        <w:t>III. DIAGNOZA POTRZEB I PROBLEMÓW ŚRODOWISKA SZKOLNEGO</w:t>
      </w:r>
    </w:p>
    <w:p w14:paraId="49EEC3CE" w14:textId="77777777" w:rsidR="00D631DC" w:rsidRPr="009F6E3C" w:rsidRDefault="00975E65" w:rsidP="00F42E2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6E3C">
        <w:rPr>
          <w:rFonts w:ascii="Times New Roman" w:eastAsia="Arial" w:hAnsi="Times New Roman" w:cs="Times New Roman"/>
          <w:sz w:val="24"/>
          <w:szCs w:val="24"/>
        </w:rPr>
        <w:t xml:space="preserve">Analiza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wyników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diagnozy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wskazuje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że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Szkolny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Program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Wychowawczo-Profilaktyczny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odpowiada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na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większość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potrzeb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społeczności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szkolnej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jest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pozytywnie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oceniany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przez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respondentów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.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Szkoła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jest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postrzegana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jako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miejsce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bezpieczne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przyjazne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jednak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wyniki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badań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wskazują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również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obszary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wymagające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dalszej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systematycznej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pracy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>.</w:t>
      </w:r>
    </w:p>
    <w:p w14:paraId="67DA8A0E" w14:textId="77777777" w:rsidR="00D631DC" w:rsidRPr="009F6E3C" w:rsidRDefault="00975E65" w:rsidP="00F42E26">
      <w:pPr>
        <w:pStyle w:val="Listapunktowana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niewłaściwe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relacje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rówieśnicze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brak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wzajemnego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szacunku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oraz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obniżony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poziom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kultury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osobistej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w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tym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kultury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słowa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>;</w:t>
      </w:r>
    </w:p>
    <w:p w14:paraId="45EF1B38" w14:textId="77777777" w:rsidR="00D631DC" w:rsidRPr="009F6E3C" w:rsidRDefault="00975E65" w:rsidP="00F42E26">
      <w:pPr>
        <w:pStyle w:val="Listapunktowana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agresja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słowna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oraz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pojedyncze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przypadki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agresji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fizycznej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>;</w:t>
      </w:r>
    </w:p>
    <w:p w14:paraId="00F40EE9" w14:textId="77777777" w:rsidR="00D631DC" w:rsidRPr="009F6E3C" w:rsidRDefault="00975E65" w:rsidP="00F42E26">
      <w:pPr>
        <w:pStyle w:val="Listapunktowana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przemoc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emocjonalna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psychiczna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na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którą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szczególną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uwagę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zwracają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rodzice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>;</w:t>
      </w:r>
    </w:p>
    <w:p w14:paraId="2DECB2C6" w14:textId="77777777" w:rsidR="00D631DC" w:rsidRPr="009F6E3C" w:rsidRDefault="00975E65" w:rsidP="00F42E26">
      <w:pPr>
        <w:pStyle w:val="Listapunktowana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cyberprzemoc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hejt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inne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krzywdzące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zachowania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w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środowisku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cyfrowym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>;</w:t>
      </w:r>
    </w:p>
    <w:p w14:paraId="6C931D43" w14:textId="77777777" w:rsidR="00D631DC" w:rsidRPr="009F6E3C" w:rsidRDefault="00975E65" w:rsidP="00F42E26">
      <w:pPr>
        <w:pStyle w:val="Listapunktowana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sygnalizowana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przez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najmłodszych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uczniów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potrzeba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skuteczniejszego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reagowania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na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drobne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przejawy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dokuczania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w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tym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ze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strony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starszych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kolegów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>;</w:t>
      </w:r>
    </w:p>
    <w:p w14:paraId="62D675AE" w14:textId="77777777" w:rsidR="00D631DC" w:rsidRPr="009F6E3C" w:rsidRDefault="00975E65" w:rsidP="00F42E26">
      <w:pPr>
        <w:pStyle w:val="Listapunktowana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uzależnienia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behawioralne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przede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wszystkim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nadmierne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korzystanie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z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telefonów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komórkowych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Internetu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; w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diagnozie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odnotowano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także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zachowania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ryzykowne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związane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z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paleniem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papierosów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co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uzasadnia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kontynuowanie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profilaktyki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nikotynowej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>.</w:t>
      </w:r>
    </w:p>
    <w:p w14:paraId="586D90D1" w14:textId="77777777" w:rsidR="00D631DC" w:rsidRPr="009F6E3C" w:rsidRDefault="00975E65" w:rsidP="00F42E2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Jednocześnie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uczniowie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wykazują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wysoką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świadomość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zagrożeń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wynikających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z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uzależnień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co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należy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traktować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jako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istotny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czynnik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chroniący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efekt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dotychczasowych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działań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edukacyjnych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.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Wyniki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ankiet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wskazują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na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potrzebę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dalszego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rozwijania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działań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związanych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z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budowaniem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pozytywnych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relacji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kompetencji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społecznych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przeciwdziałaniem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przemocy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cyberprzemocy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oraz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uczeniem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radzenia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sobie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z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emocjami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stresem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presją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rówieśniczą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>.</w:t>
      </w:r>
    </w:p>
    <w:p w14:paraId="7E597E62" w14:textId="77777777" w:rsidR="00D631DC" w:rsidRPr="009F6E3C" w:rsidRDefault="00975E65" w:rsidP="00F42E26">
      <w:pPr>
        <w:pStyle w:val="Nagwek2"/>
        <w:spacing w:before="140" w:after="10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F6E3C">
        <w:rPr>
          <w:rFonts w:ascii="Times New Roman" w:eastAsia="Arial" w:hAnsi="Times New Roman" w:cs="Times New Roman"/>
          <w:sz w:val="28"/>
          <w:szCs w:val="28"/>
        </w:rPr>
        <w:lastRenderedPageBreak/>
        <w:t>Zasoby</w:t>
      </w:r>
      <w:proofErr w:type="spellEnd"/>
      <w:r w:rsidRPr="009F6E3C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8"/>
          <w:szCs w:val="28"/>
        </w:rPr>
        <w:t>szkoły</w:t>
      </w:r>
      <w:proofErr w:type="spellEnd"/>
      <w:r w:rsidRPr="009F6E3C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8"/>
          <w:szCs w:val="28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8"/>
          <w:szCs w:val="28"/>
        </w:rPr>
        <w:t>czynniki</w:t>
      </w:r>
      <w:proofErr w:type="spellEnd"/>
      <w:r w:rsidRPr="009F6E3C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8"/>
          <w:szCs w:val="28"/>
        </w:rPr>
        <w:t>chroniące</w:t>
      </w:r>
      <w:proofErr w:type="spellEnd"/>
      <w:r w:rsidRPr="009F6E3C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8"/>
          <w:szCs w:val="28"/>
        </w:rPr>
        <w:t>wymagające</w:t>
      </w:r>
      <w:proofErr w:type="spellEnd"/>
      <w:r w:rsidRPr="009F6E3C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8"/>
          <w:szCs w:val="28"/>
        </w:rPr>
        <w:t>wzmacniania</w:t>
      </w:r>
      <w:proofErr w:type="spellEnd"/>
    </w:p>
    <w:p w14:paraId="4A527B59" w14:textId="77777777" w:rsidR="00D631DC" w:rsidRPr="009F6E3C" w:rsidRDefault="00975E65" w:rsidP="00F42E26">
      <w:pPr>
        <w:pStyle w:val="Listapunktowana"/>
        <w:spacing w:after="0" w:line="36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postrzeganie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szkoły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przez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respondentów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jako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miejsca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bezpiecznego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przyjaznego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oraz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pozytywna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ocena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dotychczasowego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Programu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Wychowawczo-Profilaktycznego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>;</w:t>
      </w:r>
    </w:p>
    <w:p w14:paraId="5952E803" w14:textId="77777777" w:rsidR="00D631DC" w:rsidRPr="009F6E3C" w:rsidRDefault="00975E65" w:rsidP="00F42E26">
      <w:pPr>
        <w:pStyle w:val="Listapunktowana"/>
        <w:spacing w:after="0" w:line="36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wysoka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świadomość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uczniów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dotycząca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zagrożeń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wynikających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z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uzależnień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zachowań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ryzykownych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>;</w:t>
      </w:r>
    </w:p>
    <w:p w14:paraId="5C9B9D65" w14:textId="77777777" w:rsidR="00D631DC" w:rsidRPr="009F6E3C" w:rsidRDefault="00975E65" w:rsidP="00F42E26">
      <w:pPr>
        <w:pStyle w:val="Listapunktowana"/>
        <w:spacing w:after="0" w:line="36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dostęp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uczniów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do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wychowawców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pedagoga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szkolnego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pedagoga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specjalnego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psychologa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oraz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innych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form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pomocy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psychologiczno-pedagogicznej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>;</w:t>
      </w:r>
    </w:p>
    <w:p w14:paraId="58F21185" w14:textId="77777777" w:rsidR="00D631DC" w:rsidRPr="009F6E3C" w:rsidRDefault="00975E65" w:rsidP="00F42E26">
      <w:pPr>
        <w:pStyle w:val="Listapunktowana"/>
        <w:spacing w:after="0" w:line="36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współpraca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z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rodzicami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możliwość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szybkiego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kontaktu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szkoła-dom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oraz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gotowość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do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wspólnego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reagowania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na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problemy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wychowawcze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>;</w:t>
      </w:r>
    </w:p>
    <w:p w14:paraId="5996EF62" w14:textId="77777777" w:rsidR="00D631DC" w:rsidRPr="009F6E3C" w:rsidRDefault="00975E65" w:rsidP="00F42E26">
      <w:pPr>
        <w:pStyle w:val="Listapunktowana"/>
        <w:spacing w:after="0" w:line="36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współpraca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z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Poradnią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Psychologiczno-Pedagogiczną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Policją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Ośrodkiem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Pomocy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Społecznej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oraz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innymi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instytucjami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wspierającymi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szkołę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rodzinę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>;</w:t>
      </w:r>
    </w:p>
    <w:p w14:paraId="0E6A7B2A" w14:textId="77777777" w:rsidR="00D631DC" w:rsidRPr="009F6E3C" w:rsidRDefault="00975E65" w:rsidP="00F42E26">
      <w:pPr>
        <w:pStyle w:val="Listapunktowana"/>
        <w:spacing w:after="0" w:line="36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Standardy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Ochrony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Małoletnich,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procedury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interwencji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działalność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Samorządu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Uczniowskiego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wolontariat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zajęcia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rozwijające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zainteresowania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oraz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aktywności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off-line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wzmacniające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więzi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F42E26">
        <w:rPr>
          <w:rFonts w:ascii="Times New Roman" w:eastAsia="Arial" w:hAnsi="Times New Roman" w:cs="Times New Roman"/>
          <w:sz w:val="24"/>
          <w:szCs w:val="24"/>
        </w:rPr>
        <w:br/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poczucie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przynależności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>.</w:t>
      </w:r>
    </w:p>
    <w:p w14:paraId="2603B7B3" w14:textId="77777777" w:rsidR="00D631DC" w:rsidRPr="009F6E3C" w:rsidRDefault="00975E65" w:rsidP="00F42E26">
      <w:pPr>
        <w:pStyle w:val="Nagwek2"/>
        <w:spacing w:before="140" w:after="10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F6E3C">
        <w:rPr>
          <w:rFonts w:ascii="Times New Roman" w:eastAsia="Arial" w:hAnsi="Times New Roman" w:cs="Times New Roman"/>
          <w:sz w:val="28"/>
          <w:szCs w:val="28"/>
        </w:rPr>
        <w:t>Priorytety</w:t>
      </w:r>
      <w:proofErr w:type="spellEnd"/>
      <w:r w:rsidRPr="009F6E3C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8"/>
          <w:szCs w:val="28"/>
        </w:rPr>
        <w:t>wynikające</w:t>
      </w:r>
      <w:proofErr w:type="spellEnd"/>
      <w:r w:rsidRPr="009F6E3C">
        <w:rPr>
          <w:rFonts w:ascii="Times New Roman" w:eastAsia="Arial" w:hAnsi="Times New Roman" w:cs="Times New Roman"/>
          <w:sz w:val="28"/>
          <w:szCs w:val="28"/>
        </w:rPr>
        <w:t xml:space="preserve"> z </w:t>
      </w:r>
      <w:proofErr w:type="spellStart"/>
      <w:r w:rsidRPr="009F6E3C">
        <w:rPr>
          <w:rFonts w:ascii="Times New Roman" w:eastAsia="Arial" w:hAnsi="Times New Roman" w:cs="Times New Roman"/>
          <w:sz w:val="28"/>
          <w:szCs w:val="28"/>
        </w:rPr>
        <w:t>diagnozy</w:t>
      </w:r>
      <w:proofErr w:type="spellEnd"/>
    </w:p>
    <w:p w14:paraId="77AB25C4" w14:textId="77777777" w:rsidR="00D631DC" w:rsidRPr="009F6E3C" w:rsidRDefault="00975E65" w:rsidP="00F42E26">
      <w:pPr>
        <w:spacing w:after="0" w:line="360" w:lineRule="auto"/>
        <w:ind w:left="453" w:hanging="340"/>
        <w:jc w:val="both"/>
        <w:rPr>
          <w:rFonts w:ascii="Times New Roman" w:hAnsi="Times New Roman" w:cs="Times New Roman"/>
          <w:sz w:val="24"/>
          <w:szCs w:val="24"/>
        </w:rPr>
      </w:pPr>
      <w:r w:rsidRPr="009F6E3C">
        <w:rPr>
          <w:rFonts w:ascii="Times New Roman" w:eastAsia="Arial" w:hAnsi="Times New Roman" w:cs="Times New Roman"/>
          <w:sz w:val="24"/>
          <w:szCs w:val="24"/>
        </w:rPr>
        <w:t xml:space="preserve">1.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budowanie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pozytywnych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relacji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rówieśniczych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wzajemnego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szacunku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kultury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osobistej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F42E26">
        <w:rPr>
          <w:rFonts w:ascii="Times New Roman" w:eastAsia="Arial" w:hAnsi="Times New Roman" w:cs="Times New Roman"/>
          <w:sz w:val="24"/>
          <w:szCs w:val="24"/>
        </w:rPr>
        <w:br/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kultury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słowa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ze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szczególną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troską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o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poczucie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bezpieczeństwa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najmłodszych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uczniów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>;</w:t>
      </w:r>
    </w:p>
    <w:p w14:paraId="7BD4C4F0" w14:textId="77777777" w:rsidR="00D631DC" w:rsidRPr="009F6E3C" w:rsidRDefault="00975E65" w:rsidP="00F42E26">
      <w:pPr>
        <w:spacing w:after="0" w:line="360" w:lineRule="auto"/>
        <w:ind w:left="453" w:hanging="340"/>
        <w:jc w:val="both"/>
        <w:rPr>
          <w:rFonts w:ascii="Times New Roman" w:hAnsi="Times New Roman" w:cs="Times New Roman"/>
          <w:sz w:val="24"/>
          <w:szCs w:val="24"/>
        </w:rPr>
      </w:pPr>
      <w:r w:rsidRPr="009F6E3C">
        <w:rPr>
          <w:rFonts w:ascii="Times New Roman" w:eastAsia="Arial" w:hAnsi="Times New Roman" w:cs="Times New Roman"/>
          <w:sz w:val="24"/>
          <w:szCs w:val="24"/>
        </w:rPr>
        <w:t xml:space="preserve">2.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przeciwdziałanie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agresji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słownej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fizycznej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oraz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przemocy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emocjonalnej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psychicznej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rozwijanie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kompetencji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społecznych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empatii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asertywności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pokojowego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rozwiązywania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konfliktów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>;</w:t>
      </w:r>
    </w:p>
    <w:p w14:paraId="2C942B64" w14:textId="77777777" w:rsidR="00D631DC" w:rsidRPr="009F6E3C" w:rsidRDefault="00975E65" w:rsidP="00F42E26">
      <w:pPr>
        <w:spacing w:after="0" w:line="360" w:lineRule="auto"/>
        <w:ind w:left="453" w:hanging="340"/>
        <w:jc w:val="both"/>
        <w:rPr>
          <w:rFonts w:ascii="Times New Roman" w:hAnsi="Times New Roman" w:cs="Times New Roman"/>
          <w:sz w:val="24"/>
          <w:szCs w:val="24"/>
        </w:rPr>
      </w:pPr>
      <w:r w:rsidRPr="009F6E3C">
        <w:rPr>
          <w:rFonts w:ascii="Times New Roman" w:eastAsia="Arial" w:hAnsi="Times New Roman" w:cs="Times New Roman"/>
          <w:sz w:val="24"/>
          <w:szCs w:val="24"/>
        </w:rPr>
        <w:t xml:space="preserve">3.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przeciwdziałanie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cyberprzemocy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hejtowi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rozwijanie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odpowiedzialności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cyfrowej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bezpieczeństwa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w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sieci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oraz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skutecznych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sposobów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reagowania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przez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osobę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pokrzywdzoną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F42E26">
        <w:rPr>
          <w:rFonts w:ascii="Times New Roman" w:eastAsia="Arial" w:hAnsi="Times New Roman" w:cs="Times New Roman"/>
          <w:sz w:val="24"/>
          <w:szCs w:val="24"/>
        </w:rPr>
        <w:br/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świadków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>;</w:t>
      </w:r>
    </w:p>
    <w:p w14:paraId="4B516D13" w14:textId="77777777" w:rsidR="00D631DC" w:rsidRPr="009F6E3C" w:rsidRDefault="00975E65" w:rsidP="00F42E26">
      <w:pPr>
        <w:spacing w:after="0" w:line="360" w:lineRule="auto"/>
        <w:ind w:left="453" w:hanging="340"/>
        <w:jc w:val="both"/>
        <w:rPr>
          <w:rFonts w:ascii="Times New Roman" w:hAnsi="Times New Roman" w:cs="Times New Roman"/>
          <w:sz w:val="24"/>
          <w:szCs w:val="24"/>
        </w:rPr>
      </w:pPr>
      <w:r w:rsidRPr="009F6E3C">
        <w:rPr>
          <w:rFonts w:ascii="Times New Roman" w:eastAsia="Arial" w:hAnsi="Times New Roman" w:cs="Times New Roman"/>
          <w:sz w:val="24"/>
          <w:szCs w:val="24"/>
        </w:rPr>
        <w:t xml:space="preserve">4.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profilaktyka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uzależnień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behawioralnych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zwłaszcza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nadmiernego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korzystania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z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telefonów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komórkowych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Internetu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oraz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wzmacnianie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higieny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cyfrowej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aktywności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off-line;</w:t>
      </w:r>
    </w:p>
    <w:p w14:paraId="0DD25243" w14:textId="77777777" w:rsidR="00D631DC" w:rsidRPr="009F6E3C" w:rsidRDefault="00975E65" w:rsidP="00F42E26">
      <w:pPr>
        <w:spacing w:after="0" w:line="360" w:lineRule="auto"/>
        <w:ind w:left="453" w:hanging="340"/>
        <w:jc w:val="both"/>
        <w:rPr>
          <w:rFonts w:ascii="Times New Roman" w:hAnsi="Times New Roman" w:cs="Times New Roman"/>
          <w:sz w:val="24"/>
          <w:szCs w:val="24"/>
        </w:rPr>
      </w:pPr>
      <w:r w:rsidRPr="009F6E3C">
        <w:rPr>
          <w:rFonts w:ascii="Times New Roman" w:eastAsia="Arial" w:hAnsi="Times New Roman" w:cs="Times New Roman"/>
          <w:sz w:val="24"/>
          <w:szCs w:val="24"/>
        </w:rPr>
        <w:t xml:space="preserve">5.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rozwijanie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umiejętności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rozpoznawania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regulowania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emocji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radzenia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sobie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ze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stresem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presją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rówieśniczą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oraz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zwracania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się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po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pomoc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w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sytuacjach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trudnych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>;</w:t>
      </w:r>
    </w:p>
    <w:p w14:paraId="58AA9E71" w14:textId="77777777" w:rsidR="00D631DC" w:rsidRPr="009F6E3C" w:rsidRDefault="00975E65" w:rsidP="00F42E26">
      <w:pPr>
        <w:spacing w:after="0" w:line="360" w:lineRule="auto"/>
        <w:ind w:left="453" w:hanging="340"/>
        <w:jc w:val="both"/>
        <w:rPr>
          <w:rFonts w:ascii="Times New Roman" w:hAnsi="Times New Roman" w:cs="Times New Roman"/>
          <w:sz w:val="24"/>
          <w:szCs w:val="24"/>
        </w:rPr>
      </w:pPr>
      <w:r w:rsidRPr="009F6E3C">
        <w:rPr>
          <w:rFonts w:ascii="Times New Roman" w:eastAsia="Arial" w:hAnsi="Times New Roman" w:cs="Times New Roman"/>
          <w:sz w:val="24"/>
          <w:szCs w:val="24"/>
        </w:rPr>
        <w:t xml:space="preserve">6.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kontynuowanie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profilaktyki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uzależnień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w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tym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profilaktyki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nikotynowej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oraz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współpracy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F42E26">
        <w:rPr>
          <w:rFonts w:ascii="Times New Roman" w:eastAsia="Arial" w:hAnsi="Times New Roman" w:cs="Times New Roman"/>
          <w:sz w:val="24"/>
          <w:szCs w:val="24"/>
        </w:rPr>
        <w:br/>
      </w:r>
      <w:r w:rsidRPr="009F6E3C">
        <w:rPr>
          <w:rFonts w:ascii="Times New Roman" w:eastAsia="Arial" w:hAnsi="Times New Roman" w:cs="Times New Roman"/>
          <w:sz w:val="24"/>
          <w:szCs w:val="24"/>
        </w:rPr>
        <w:t xml:space="preserve">z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rodzicami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instytucjami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wspierającymi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szkołę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;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organizowanie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warsztatów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prelekcji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dotyczących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odpowiedzialnego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korzystania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z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Internetu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hejtu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uzależnień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bezpieczeństwa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F42E26">
        <w:rPr>
          <w:rFonts w:ascii="Times New Roman" w:eastAsia="Arial" w:hAnsi="Times New Roman" w:cs="Times New Roman"/>
          <w:sz w:val="24"/>
          <w:szCs w:val="24"/>
        </w:rPr>
        <w:br/>
      </w:r>
      <w:r w:rsidRPr="009F6E3C">
        <w:rPr>
          <w:rFonts w:ascii="Times New Roman" w:eastAsia="Arial" w:hAnsi="Times New Roman" w:cs="Times New Roman"/>
          <w:sz w:val="24"/>
          <w:szCs w:val="24"/>
        </w:rPr>
        <w:t xml:space="preserve">w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sieci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>.</w:t>
      </w:r>
    </w:p>
    <w:p w14:paraId="248D478B" w14:textId="77777777" w:rsidR="00D631DC" w:rsidRPr="009F6E3C" w:rsidRDefault="00975E65" w:rsidP="00F42E26">
      <w:pPr>
        <w:pStyle w:val="Nagwek1"/>
        <w:spacing w:before="200" w:after="100"/>
        <w:jc w:val="both"/>
        <w:rPr>
          <w:rFonts w:ascii="Times New Roman" w:hAnsi="Times New Roman" w:cs="Times New Roman"/>
        </w:rPr>
      </w:pPr>
      <w:r w:rsidRPr="009F6E3C">
        <w:rPr>
          <w:rFonts w:ascii="Times New Roman" w:eastAsia="Arial" w:hAnsi="Times New Roman" w:cs="Times New Roman"/>
        </w:rPr>
        <w:lastRenderedPageBreak/>
        <w:t>IV. KIERUNKI POLITYKI OŚWIATOWEJ PAŃSTWA NA ROK SZKOLNY 2026/2027</w:t>
      </w:r>
    </w:p>
    <w:p w14:paraId="5AFE67F3" w14:textId="77777777" w:rsidR="00D631DC" w:rsidRPr="009F6E3C" w:rsidRDefault="00975E65" w:rsidP="00F42E2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6E3C">
        <w:rPr>
          <w:rFonts w:ascii="Times New Roman" w:eastAsia="Arial" w:hAnsi="Times New Roman" w:cs="Times New Roman"/>
          <w:sz w:val="24"/>
          <w:szCs w:val="24"/>
        </w:rPr>
        <w:t xml:space="preserve">Program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uwzględnia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podstawowe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kierunki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realizacji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polityki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oświatowej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państwa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ogłoszone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przez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Ministerstwo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Edukacji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Narodowej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na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rok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szkolny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2026/2027, w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szczególności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>:</w:t>
      </w:r>
    </w:p>
    <w:p w14:paraId="6CE6C7EA" w14:textId="77777777" w:rsidR="00D631DC" w:rsidRPr="009F6E3C" w:rsidRDefault="00975E65" w:rsidP="00F42E26">
      <w:pPr>
        <w:spacing w:after="0" w:line="360" w:lineRule="auto"/>
        <w:ind w:left="454" w:hanging="340"/>
        <w:jc w:val="both"/>
        <w:rPr>
          <w:rFonts w:ascii="Times New Roman" w:hAnsi="Times New Roman" w:cs="Times New Roman"/>
          <w:sz w:val="24"/>
          <w:szCs w:val="24"/>
        </w:rPr>
      </w:pPr>
      <w:r w:rsidRPr="009F6E3C">
        <w:rPr>
          <w:rFonts w:ascii="Times New Roman" w:eastAsia="Arial" w:hAnsi="Times New Roman" w:cs="Times New Roman"/>
          <w:sz w:val="24"/>
          <w:szCs w:val="24"/>
        </w:rPr>
        <w:t xml:space="preserve">1.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wspieranie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wdrażania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Reformy26 - Kompas Jutra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tworzenie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szkoły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wymagającej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wspierającej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oraz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przyjaznej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rozwojowi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ucznia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>;</w:t>
      </w:r>
    </w:p>
    <w:p w14:paraId="6C9058C3" w14:textId="77777777" w:rsidR="00D631DC" w:rsidRPr="009F6E3C" w:rsidRDefault="00975E65" w:rsidP="00F42E26">
      <w:pPr>
        <w:spacing w:after="0" w:line="360" w:lineRule="auto"/>
        <w:ind w:left="454" w:hanging="340"/>
        <w:jc w:val="both"/>
        <w:rPr>
          <w:rFonts w:ascii="Times New Roman" w:hAnsi="Times New Roman" w:cs="Times New Roman"/>
          <w:sz w:val="24"/>
          <w:szCs w:val="24"/>
        </w:rPr>
      </w:pPr>
      <w:r w:rsidRPr="009F6E3C">
        <w:rPr>
          <w:rFonts w:ascii="Times New Roman" w:eastAsia="Arial" w:hAnsi="Times New Roman" w:cs="Times New Roman"/>
          <w:sz w:val="24"/>
          <w:szCs w:val="24"/>
        </w:rPr>
        <w:t xml:space="preserve">2.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budowanie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odporności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społecznej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poprzez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postawy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patriotyczne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obywatelskie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prospołeczne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oraz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odpowiedzialność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za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bezpieczeństwo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własne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innych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>;</w:t>
      </w:r>
    </w:p>
    <w:p w14:paraId="78AA1B4F" w14:textId="77777777" w:rsidR="00D631DC" w:rsidRPr="009F6E3C" w:rsidRDefault="00975E65" w:rsidP="00F42E26">
      <w:pPr>
        <w:spacing w:after="0" w:line="360" w:lineRule="auto"/>
        <w:ind w:left="454" w:hanging="340"/>
        <w:jc w:val="both"/>
        <w:rPr>
          <w:rFonts w:ascii="Times New Roman" w:hAnsi="Times New Roman" w:cs="Times New Roman"/>
          <w:sz w:val="24"/>
          <w:szCs w:val="24"/>
        </w:rPr>
      </w:pPr>
      <w:r w:rsidRPr="009F6E3C">
        <w:rPr>
          <w:rFonts w:ascii="Times New Roman" w:eastAsia="Arial" w:hAnsi="Times New Roman" w:cs="Times New Roman"/>
          <w:sz w:val="24"/>
          <w:szCs w:val="24"/>
        </w:rPr>
        <w:t xml:space="preserve">3.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edukację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zdrowotną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zdrowy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styl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życia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aktywność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ruchową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zachowania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prozdrowotne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F42E26">
        <w:rPr>
          <w:rFonts w:ascii="Times New Roman" w:eastAsia="Arial" w:hAnsi="Times New Roman" w:cs="Times New Roman"/>
          <w:sz w:val="24"/>
          <w:szCs w:val="24"/>
        </w:rPr>
        <w:br/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umiejętność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udzielania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pierwszej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pomocy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>;</w:t>
      </w:r>
    </w:p>
    <w:p w14:paraId="30E6AA40" w14:textId="77777777" w:rsidR="00D631DC" w:rsidRPr="009F6E3C" w:rsidRDefault="00975E65" w:rsidP="00F42E26">
      <w:pPr>
        <w:spacing w:after="0" w:line="360" w:lineRule="auto"/>
        <w:ind w:left="454" w:hanging="340"/>
        <w:jc w:val="both"/>
        <w:rPr>
          <w:rFonts w:ascii="Times New Roman" w:hAnsi="Times New Roman" w:cs="Times New Roman"/>
          <w:sz w:val="24"/>
          <w:szCs w:val="24"/>
        </w:rPr>
      </w:pPr>
      <w:r w:rsidRPr="009F6E3C">
        <w:rPr>
          <w:rFonts w:ascii="Times New Roman" w:eastAsia="Arial" w:hAnsi="Times New Roman" w:cs="Times New Roman"/>
          <w:sz w:val="24"/>
          <w:szCs w:val="24"/>
        </w:rPr>
        <w:t xml:space="preserve">4.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higienę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cyfrową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aktywność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off-line,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bezpieczeństwo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w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sieci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krytyczne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myślenie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F42E26">
        <w:rPr>
          <w:rFonts w:ascii="Times New Roman" w:eastAsia="Arial" w:hAnsi="Times New Roman" w:cs="Times New Roman"/>
          <w:sz w:val="24"/>
          <w:szCs w:val="24"/>
        </w:rPr>
        <w:br/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odpowiedzialne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korzystanie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ze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sztucznej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inteligencji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>;</w:t>
      </w:r>
    </w:p>
    <w:p w14:paraId="1C1E192B" w14:textId="77777777" w:rsidR="00D631DC" w:rsidRPr="009F6E3C" w:rsidRDefault="00975E65" w:rsidP="00F42E26">
      <w:pPr>
        <w:spacing w:after="0" w:line="360" w:lineRule="auto"/>
        <w:ind w:left="454" w:hanging="340"/>
        <w:jc w:val="both"/>
        <w:rPr>
          <w:rFonts w:ascii="Times New Roman" w:hAnsi="Times New Roman" w:cs="Times New Roman"/>
          <w:sz w:val="24"/>
          <w:szCs w:val="24"/>
        </w:rPr>
      </w:pPr>
      <w:r w:rsidRPr="009F6E3C">
        <w:rPr>
          <w:rFonts w:ascii="Times New Roman" w:eastAsia="Arial" w:hAnsi="Times New Roman" w:cs="Times New Roman"/>
          <w:sz w:val="24"/>
          <w:szCs w:val="24"/>
        </w:rPr>
        <w:t xml:space="preserve">5.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rozpoznawanie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potrzeb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uczniów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wzmacnianie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współpracy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szkoły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z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rodzicami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w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edukacji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wychowaniu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pomocy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psychologiczno-pedagogicznej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>;</w:t>
      </w:r>
    </w:p>
    <w:p w14:paraId="49B837C6" w14:textId="77777777" w:rsidR="00D631DC" w:rsidRPr="009F6E3C" w:rsidRDefault="00975E65" w:rsidP="00F42E26">
      <w:pPr>
        <w:spacing w:after="0" w:line="360" w:lineRule="auto"/>
        <w:ind w:left="454" w:hanging="340"/>
        <w:jc w:val="both"/>
        <w:rPr>
          <w:rFonts w:ascii="Times New Roman" w:hAnsi="Times New Roman" w:cs="Times New Roman"/>
          <w:sz w:val="24"/>
          <w:szCs w:val="24"/>
        </w:rPr>
      </w:pPr>
      <w:r w:rsidRPr="009F6E3C">
        <w:rPr>
          <w:rFonts w:ascii="Times New Roman" w:eastAsia="Arial" w:hAnsi="Times New Roman" w:cs="Times New Roman"/>
          <w:sz w:val="24"/>
          <w:szCs w:val="24"/>
        </w:rPr>
        <w:t xml:space="preserve">6.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profilaktykę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uzależnień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behawioralnych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przemocy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rówieśniczej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wspieranie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zdrowia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psychicznego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oraz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pomoc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w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kryzysach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>;</w:t>
      </w:r>
    </w:p>
    <w:p w14:paraId="3B4086C3" w14:textId="77777777" w:rsidR="00D631DC" w:rsidRPr="009F6E3C" w:rsidRDefault="00975E65" w:rsidP="00F42E26">
      <w:pPr>
        <w:spacing w:after="0" w:line="360" w:lineRule="auto"/>
        <w:ind w:left="454" w:hanging="340"/>
        <w:jc w:val="both"/>
        <w:rPr>
          <w:rFonts w:ascii="Times New Roman" w:hAnsi="Times New Roman" w:cs="Times New Roman"/>
          <w:sz w:val="24"/>
          <w:szCs w:val="24"/>
        </w:rPr>
      </w:pPr>
      <w:r w:rsidRPr="009F6E3C">
        <w:rPr>
          <w:rFonts w:ascii="Times New Roman" w:eastAsia="Arial" w:hAnsi="Times New Roman" w:cs="Times New Roman"/>
          <w:sz w:val="24"/>
          <w:szCs w:val="24"/>
        </w:rPr>
        <w:t xml:space="preserve">7.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wspieranie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świadomych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decyzji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edukacyjno-zawodowych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doradztwa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zawodowego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>;</w:t>
      </w:r>
    </w:p>
    <w:p w14:paraId="357ECCE5" w14:textId="77777777" w:rsidR="00D631DC" w:rsidRPr="009F6E3C" w:rsidRDefault="00975E65" w:rsidP="00F42E26">
      <w:pPr>
        <w:spacing w:after="0" w:line="360" w:lineRule="auto"/>
        <w:ind w:left="454" w:hanging="340"/>
        <w:jc w:val="both"/>
        <w:rPr>
          <w:rFonts w:ascii="Times New Roman" w:hAnsi="Times New Roman" w:cs="Times New Roman"/>
          <w:sz w:val="24"/>
          <w:szCs w:val="24"/>
        </w:rPr>
      </w:pPr>
      <w:r w:rsidRPr="009F6E3C">
        <w:rPr>
          <w:rFonts w:ascii="Times New Roman" w:eastAsia="Arial" w:hAnsi="Times New Roman" w:cs="Times New Roman"/>
          <w:sz w:val="24"/>
          <w:szCs w:val="24"/>
        </w:rPr>
        <w:t xml:space="preserve">8.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rozwijanie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ciekawości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aktywności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poznawczej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poprzez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interdyscyplinarność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pracę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projektową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ocenianie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kształtujące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informację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zwrotną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>.</w:t>
      </w:r>
    </w:p>
    <w:p w14:paraId="5C872FCD" w14:textId="77777777" w:rsidR="00D631DC" w:rsidRPr="009F6E3C" w:rsidRDefault="00975E65" w:rsidP="00F42E26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F6E3C">
        <w:rPr>
          <w:rFonts w:ascii="Times New Roman" w:eastAsia="Arial" w:hAnsi="Times New Roman" w:cs="Times New Roman"/>
          <w:i/>
          <w:sz w:val="24"/>
          <w:szCs w:val="24"/>
        </w:rPr>
        <w:t xml:space="preserve">W </w:t>
      </w:r>
      <w:proofErr w:type="spellStart"/>
      <w:r w:rsidRPr="009F6E3C">
        <w:rPr>
          <w:rFonts w:ascii="Times New Roman" w:eastAsia="Arial" w:hAnsi="Times New Roman" w:cs="Times New Roman"/>
          <w:i/>
          <w:sz w:val="24"/>
          <w:szCs w:val="24"/>
        </w:rPr>
        <w:t>latach</w:t>
      </w:r>
      <w:proofErr w:type="spellEnd"/>
      <w:r w:rsidRPr="009F6E3C">
        <w:rPr>
          <w:rFonts w:ascii="Times New Roman" w:eastAsia="Arial" w:hAnsi="Times New Roman" w:cs="Times New Roman"/>
          <w:i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i/>
          <w:sz w:val="24"/>
          <w:szCs w:val="24"/>
        </w:rPr>
        <w:t>szkolnych</w:t>
      </w:r>
      <w:proofErr w:type="spellEnd"/>
      <w:r w:rsidRPr="009F6E3C">
        <w:rPr>
          <w:rFonts w:ascii="Times New Roman" w:eastAsia="Arial" w:hAnsi="Times New Roman" w:cs="Times New Roman"/>
          <w:i/>
          <w:sz w:val="24"/>
          <w:szCs w:val="24"/>
        </w:rPr>
        <w:t xml:space="preserve"> 2027/2028 </w:t>
      </w:r>
      <w:proofErr w:type="spellStart"/>
      <w:r w:rsidRPr="009F6E3C">
        <w:rPr>
          <w:rFonts w:ascii="Times New Roman" w:eastAsia="Arial" w:hAnsi="Times New Roman" w:cs="Times New Roman"/>
          <w:i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i/>
          <w:sz w:val="24"/>
          <w:szCs w:val="24"/>
        </w:rPr>
        <w:t xml:space="preserve"> 2028/2029 program </w:t>
      </w:r>
      <w:proofErr w:type="spellStart"/>
      <w:r w:rsidRPr="009F6E3C">
        <w:rPr>
          <w:rFonts w:ascii="Times New Roman" w:eastAsia="Arial" w:hAnsi="Times New Roman" w:cs="Times New Roman"/>
          <w:i/>
          <w:sz w:val="24"/>
          <w:szCs w:val="24"/>
        </w:rPr>
        <w:t>będzie</w:t>
      </w:r>
      <w:proofErr w:type="spellEnd"/>
      <w:r w:rsidRPr="009F6E3C">
        <w:rPr>
          <w:rFonts w:ascii="Times New Roman" w:eastAsia="Arial" w:hAnsi="Times New Roman" w:cs="Times New Roman"/>
          <w:i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i/>
          <w:sz w:val="24"/>
          <w:szCs w:val="24"/>
        </w:rPr>
        <w:t>corocznie</w:t>
      </w:r>
      <w:proofErr w:type="spellEnd"/>
      <w:r w:rsidRPr="009F6E3C">
        <w:rPr>
          <w:rFonts w:ascii="Times New Roman" w:eastAsia="Arial" w:hAnsi="Times New Roman" w:cs="Times New Roman"/>
          <w:i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i/>
          <w:sz w:val="24"/>
          <w:szCs w:val="24"/>
        </w:rPr>
        <w:t>uzupełniany</w:t>
      </w:r>
      <w:proofErr w:type="spellEnd"/>
      <w:r w:rsidRPr="009F6E3C">
        <w:rPr>
          <w:rFonts w:ascii="Times New Roman" w:eastAsia="Arial" w:hAnsi="Times New Roman" w:cs="Times New Roman"/>
          <w:i/>
          <w:sz w:val="24"/>
          <w:szCs w:val="24"/>
        </w:rPr>
        <w:t xml:space="preserve"> o </w:t>
      </w:r>
      <w:proofErr w:type="spellStart"/>
      <w:r w:rsidRPr="009F6E3C">
        <w:rPr>
          <w:rFonts w:ascii="Times New Roman" w:eastAsia="Arial" w:hAnsi="Times New Roman" w:cs="Times New Roman"/>
          <w:i/>
          <w:sz w:val="24"/>
          <w:szCs w:val="24"/>
        </w:rPr>
        <w:t>kierunki</w:t>
      </w:r>
      <w:proofErr w:type="spellEnd"/>
      <w:r w:rsidRPr="009F6E3C">
        <w:rPr>
          <w:rFonts w:ascii="Times New Roman" w:eastAsia="Arial" w:hAnsi="Times New Roman" w:cs="Times New Roman"/>
          <w:i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i/>
          <w:sz w:val="24"/>
          <w:szCs w:val="24"/>
        </w:rPr>
        <w:t>polityki</w:t>
      </w:r>
      <w:proofErr w:type="spellEnd"/>
      <w:r w:rsidRPr="009F6E3C">
        <w:rPr>
          <w:rFonts w:ascii="Times New Roman" w:eastAsia="Arial" w:hAnsi="Times New Roman" w:cs="Times New Roman"/>
          <w:i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i/>
          <w:sz w:val="24"/>
          <w:szCs w:val="24"/>
        </w:rPr>
        <w:t>oświatowej</w:t>
      </w:r>
      <w:proofErr w:type="spellEnd"/>
      <w:r w:rsidRPr="009F6E3C">
        <w:rPr>
          <w:rFonts w:ascii="Times New Roman" w:eastAsia="Arial" w:hAnsi="Times New Roman" w:cs="Times New Roman"/>
          <w:i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i/>
          <w:sz w:val="24"/>
          <w:szCs w:val="24"/>
        </w:rPr>
        <w:t>państwa</w:t>
      </w:r>
      <w:proofErr w:type="spellEnd"/>
      <w:r w:rsidRPr="009F6E3C">
        <w:rPr>
          <w:rFonts w:ascii="Times New Roman" w:eastAsia="Arial" w:hAnsi="Times New Roman" w:cs="Times New Roman"/>
          <w:i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i/>
          <w:sz w:val="24"/>
          <w:szCs w:val="24"/>
        </w:rPr>
        <w:t>ogłoszone</w:t>
      </w:r>
      <w:proofErr w:type="spellEnd"/>
      <w:r w:rsidRPr="009F6E3C">
        <w:rPr>
          <w:rFonts w:ascii="Times New Roman" w:eastAsia="Arial" w:hAnsi="Times New Roman" w:cs="Times New Roman"/>
          <w:i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i/>
          <w:sz w:val="24"/>
          <w:szCs w:val="24"/>
        </w:rPr>
        <w:t>dla</w:t>
      </w:r>
      <w:proofErr w:type="spellEnd"/>
      <w:r w:rsidRPr="009F6E3C">
        <w:rPr>
          <w:rFonts w:ascii="Times New Roman" w:eastAsia="Arial" w:hAnsi="Times New Roman" w:cs="Times New Roman"/>
          <w:i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i/>
          <w:sz w:val="24"/>
          <w:szCs w:val="24"/>
        </w:rPr>
        <w:t>danego</w:t>
      </w:r>
      <w:proofErr w:type="spellEnd"/>
      <w:r w:rsidRPr="009F6E3C">
        <w:rPr>
          <w:rFonts w:ascii="Times New Roman" w:eastAsia="Arial" w:hAnsi="Times New Roman" w:cs="Times New Roman"/>
          <w:i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i/>
          <w:sz w:val="24"/>
          <w:szCs w:val="24"/>
        </w:rPr>
        <w:t>roku</w:t>
      </w:r>
      <w:proofErr w:type="spellEnd"/>
      <w:r w:rsidRPr="009F6E3C">
        <w:rPr>
          <w:rFonts w:ascii="Times New Roman" w:eastAsia="Arial" w:hAnsi="Times New Roman" w:cs="Times New Roman"/>
          <w:i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i/>
          <w:sz w:val="24"/>
          <w:szCs w:val="24"/>
        </w:rPr>
        <w:t>szkolnego</w:t>
      </w:r>
      <w:proofErr w:type="spellEnd"/>
      <w:r w:rsidRPr="009F6E3C">
        <w:rPr>
          <w:rFonts w:ascii="Times New Roman" w:eastAsia="Arial" w:hAnsi="Times New Roman" w:cs="Times New Roman"/>
          <w:i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i/>
          <w:sz w:val="24"/>
          <w:szCs w:val="24"/>
        </w:rPr>
        <w:t>oraz</w:t>
      </w:r>
      <w:proofErr w:type="spellEnd"/>
      <w:r w:rsidRPr="009F6E3C">
        <w:rPr>
          <w:rFonts w:ascii="Times New Roman" w:eastAsia="Arial" w:hAnsi="Times New Roman" w:cs="Times New Roman"/>
          <w:i/>
          <w:sz w:val="24"/>
          <w:szCs w:val="24"/>
        </w:rPr>
        <w:t xml:space="preserve"> o </w:t>
      </w:r>
      <w:proofErr w:type="spellStart"/>
      <w:r w:rsidRPr="009F6E3C">
        <w:rPr>
          <w:rFonts w:ascii="Times New Roman" w:eastAsia="Arial" w:hAnsi="Times New Roman" w:cs="Times New Roman"/>
          <w:i/>
          <w:sz w:val="24"/>
          <w:szCs w:val="24"/>
        </w:rPr>
        <w:t>wnioski</w:t>
      </w:r>
      <w:proofErr w:type="spellEnd"/>
      <w:r w:rsidRPr="009F6E3C">
        <w:rPr>
          <w:rFonts w:ascii="Times New Roman" w:eastAsia="Arial" w:hAnsi="Times New Roman" w:cs="Times New Roman"/>
          <w:i/>
          <w:sz w:val="24"/>
          <w:szCs w:val="24"/>
        </w:rPr>
        <w:t xml:space="preserve"> z </w:t>
      </w:r>
      <w:proofErr w:type="spellStart"/>
      <w:r w:rsidRPr="009F6E3C">
        <w:rPr>
          <w:rFonts w:ascii="Times New Roman" w:eastAsia="Arial" w:hAnsi="Times New Roman" w:cs="Times New Roman"/>
          <w:i/>
          <w:sz w:val="24"/>
          <w:szCs w:val="24"/>
        </w:rPr>
        <w:t>aktualnej</w:t>
      </w:r>
      <w:proofErr w:type="spellEnd"/>
      <w:r w:rsidRPr="009F6E3C">
        <w:rPr>
          <w:rFonts w:ascii="Times New Roman" w:eastAsia="Arial" w:hAnsi="Times New Roman" w:cs="Times New Roman"/>
          <w:i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i/>
          <w:sz w:val="24"/>
          <w:szCs w:val="24"/>
        </w:rPr>
        <w:t>diagnozy</w:t>
      </w:r>
      <w:proofErr w:type="spellEnd"/>
      <w:r w:rsidRPr="009F6E3C">
        <w:rPr>
          <w:rFonts w:ascii="Times New Roman" w:eastAsia="Arial" w:hAnsi="Times New Roman" w:cs="Times New Roman"/>
          <w:i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i/>
          <w:sz w:val="24"/>
          <w:szCs w:val="24"/>
        </w:rPr>
        <w:t>środowiska</w:t>
      </w:r>
      <w:proofErr w:type="spellEnd"/>
      <w:r w:rsidRPr="009F6E3C">
        <w:rPr>
          <w:rFonts w:ascii="Times New Roman" w:eastAsia="Arial" w:hAnsi="Times New Roman" w:cs="Times New Roman"/>
          <w:i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i/>
          <w:sz w:val="24"/>
          <w:szCs w:val="24"/>
        </w:rPr>
        <w:t>szkolnego</w:t>
      </w:r>
      <w:proofErr w:type="spellEnd"/>
      <w:r w:rsidRPr="009F6E3C">
        <w:rPr>
          <w:rFonts w:ascii="Times New Roman" w:eastAsia="Arial" w:hAnsi="Times New Roman" w:cs="Times New Roman"/>
          <w:i/>
          <w:sz w:val="24"/>
          <w:szCs w:val="24"/>
        </w:rPr>
        <w:t>.</w:t>
      </w:r>
    </w:p>
    <w:p w14:paraId="4941B7AB" w14:textId="77777777" w:rsidR="00D631DC" w:rsidRPr="009F6E3C" w:rsidRDefault="00975E65" w:rsidP="00F42E26">
      <w:pPr>
        <w:pStyle w:val="Nagwek1"/>
        <w:spacing w:before="200" w:after="100"/>
        <w:jc w:val="both"/>
        <w:rPr>
          <w:rFonts w:ascii="Times New Roman" w:hAnsi="Times New Roman" w:cs="Times New Roman"/>
        </w:rPr>
      </w:pPr>
      <w:r w:rsidRPr="009F6E3C">
        <w:rPr>
          <w:rFonts w:ascii="Times New Roman" w:eastAsia="Arial" w:hAnsi="Times New Roman" w:cs="Times New Roman"/>
        </w:rPr>
        <w:t>V. GŁÓWNE CELE PROGRAMU</w:t>
      </w:r>
    </w:p>
    <w:p w14:paraId="7930000C" w14:textId="77777777" w:rsidR="00D631DC" w:rsidRPr="009F6E3C" w:rsidRDefault="00975E65" w:rsidP="00F42E26">
      <w:pPr>
        <w:spacing w:after="0" w:line="360" w:lineRule="auto"/>
        <w:ind w:firstLine="3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Wychowanie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jest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procesem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wspierania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ucznia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w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rozwoju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ku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dojrzałości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fizycznej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psychicznej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społecznej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aksjologicznej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.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Profilaktyka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wspomaga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wychowanie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przez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wzmacnianie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czynników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chroniących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oraz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ograniczanie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czynników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ryzyka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zachowań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zagrażających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zdrowiu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bezpieczeństwu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prawidłowemu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funkcjonowaniu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ucznia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>.</w:t>
      </w:r>
    </w:p>
    <w:p w14:paraId="417EBFE6" w14:textId="77777777" w:rsidR="00D631DC" w:rsidRPr="009F6E3C" w:rsidRDefault="00975E65" w:rsidP="00F42E26">
      <w:pPr>
        <w:spacing w:after="0" w:line="360" w:lineRule="auto"/>
        <w:ind w:left="454" w:hanging="340"/>
        <w:jc w:val="both"/>
        <w:rPr>
          <w:rFonts w:ascii="Times New Roman" w:hAnsi="Times New Roman" w:cs="Times New Roman"/>
          <w:sz w:val="24"/>
          <w:szCs w:val="24"/>
        </w:rPr>
      </w:pPr>
      <w:r w:rsidRPr="009F6E3C">
        <w:rPr>
          <w:rFonts w:ascii="Times New Roman" w:eastAsia="Arial" w:hAnsi="Times New Roman" w:cs="Times New Roman"/>
          <w:sz w:val="24"/>
          <w:szCs w:val="24"/>
        </w:rPr>
        <w:t xml:space="preserve">1.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Propagowanie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zdrowego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stylu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życia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aktywności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fizycznej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>.</w:t>
      </w:r>
    </w:p>
    <w:p w14:paraId="3694B7FE" w14:textId="77777777" w:rsidR="00D631DC" w:rsidRPr="009F6E3C" w:rsidRDefault="00975E65" w:rsidP="00F42E26">
      <w:pPr>
        <w:spacing w:after="0" w:line="360" w:lineRule="auto"/>
        <w:ind w:left="454" w:hanging="340"/>
        <w:jc w:val="both"/>
        <w:rPr>
          <w:rFonts w:ascii="Times New Roman" w:hAnsi="Times New Roman" w:cs="Times New Roman"/>
          <w:sz w:val="24"/>
          <w:szCs w:val="24"/>
        </w:rPr>
      </w:pPr>
      <w:r w:rsidRPr="009F6E3C">
        <w:rPr>
          <w:rFonts w:ascii="Times New Roman" w:eastAsia="Arial" w:hAnsi="Times New Roman" w:cs="Times New Roman"/>
          <w:sz w:val="24"/>
          <w:szCs w:val="24"/>
        </w:rPr>
        <w:t xml:space="preserve">2.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Rozwijanie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umiejętności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komunikacyjnych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społecznych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współpracy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>.</w:t>
      </w:r>
    </w:p>
    <w:p w14:paraId="02635229" w14:textId="77777777" w:rsidR="00D631DC" w:rsidRPr="009F6E3C" w:rsidRDefault="00975E65" w:rsidP="00F42E26">
      <w:pPr>
        <w:spacing w:after="0" w:line="360" w:lineRule="auto"/>
        <w:ind w:left="454" w:hanging="340"/>
        <w:jc w:val="both"/>
        <w:rPr>
          <w:rFonts w:ascii="Times New Roman" w:hAnsi="Times New Roman" w:cs="Times New Roman"/>
          <w:sz w:val="24"/>
          <w:szCs w:val="24"/>
        </w:rPr>
      </w:pPr>
      <w:r w:rsidRPr="009F6E3C">
        <w:rPr>
          <w:rFonts w:ascii="Times New Roman" w:eastAsia="Arial" w:hAnsi="Times New Roman" w:cs="Times New Roman"/>
          <w:sz w:val="24"/>
          <w:szCs w:val="24"/>
        </w:rPr>
        <w:t xml:space="preserve">3.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Kształtowanie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poczucia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tożsamości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narodowej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regionalnej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lokalnej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przynależności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do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społeczności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szkolnej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>.</w:t>
      </w:r>
    </w:p>
    <w:p w14:paraId="37539BED" w14:textId="77777777" w:rsidR="00D631DC" w:rsidRPr="009F6E3C" w:rsidRDefault="00975E65" w:rsidP="00F42E26">
      <w:pPr>
        <w:spacing w:after="0" w:line="360" w:lineRule="auto"/>
        <w:ind w:left="454" w:hanging="340"/>
        <w:jc w:val="both"/>
        <w:rPr>
          <w:rFonts w:ascii="Times New Roman" w:hAnsi="Times New Roman" w:cs="Times New Roman"/>
          <w:sz w:val="24"/>
          <w:szCs w:val="24"/>
        </w:rPr>
      </w:pPr>
      <w:r w:rsidRPr="009F6E3C">
        <w:rPr>
          <w:rFonts w:ascii="Times New Roman" w:eastAsia="Arial" w:hAnsi="Times New Roman" w:cs="Times New Roman"/>
          <w:sz w:val="24"/>
          <w:szCs w:val="24"/>
        </w:rPr>
        <w:t xml:space="preserve">4.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Wzmacnianie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poczucia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godności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własnej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szacunku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dla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godności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innych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osób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>.</w:t>
      </w:r>
    </w:p>
    <w:p w14:paraId="1D91B34F" w14:textId="77777777" w:rsidR="00D631DC" w:rsidRPr="009F6E3C" w:rsidRDefault="00975E65" w:rsidP="00F42E26">
      <w:pPr>
        <w:spacing w:after="0" w:line="360" w:lineRule="auto"/>
        <w:ind w:left="454" w:hanging="340"/>
        <w:jc w:val="both"/>
        <w:rPr>
          <w:rFonts w:ascii="Times New Roman" w:hAnsi="Times New Roman" w:cs="Times New Roman"/>
          <w:sz w:val="24"/>
          <w:szCs w:val="24"/>
        </w:rPr>
      </w:pPr>
      <w:r w:rsidRPr="009F6E3C">
        <w:rPr>
          <w:rFonts w:ascii="Times New Roman" w:eastAsia="Arial" w:hAnsi="Times New Roman" w:cs="Times New Roman"/>
          <w:sz w:val="24"/>
          <w:szCs w:val="24"/>
        </w:rPr>
        <w:t xml:space="preserve">5.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Rozwijanie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kreatywności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ciekawości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poznawczej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samodzielności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przedsiębiorczości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>.</w:t>
      </w:r>
    </w:p>
    <w:p w14:paraId="7998B0DE" w14:textId="77777777" w:rsidR="00D631DC" w:rsidRPr="009F6E3C" w:rsidRDefault="00975E65" w:rsidP="00F42E26">
      <w:pPr>
        <w:spacing w:after="0" w:line="360" w:lineRule="auto"/>
        <w:ind w:left="454" w:hanging="340"/>
        <w:jc w:val="both"/>
        <w:rPr>
          <w:rFonts w:ascii="Times New Roman" w:hAnsi="Times New Roman" w:cs="Times New Roman"/>
          <w:sz w:val="24"/>
          <w:szCs w:val="24"/>
        </w:rPr>
      </w:pPr>
      <w:r w:rsidRPr="009F6E3C">
        <w:rPr>
          <w:rFonts w:ascii="Times New Roman" w:eastAsia="Arial" w:hAnsi="Times New Roman" w:cs="Times New Roman"/>
          <w:sz w:val="24"/>
          <w:szCs w:val="24"/>
        </w:rPr>
        <w:t xml:space="preserve">6.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Wspieranie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ucznia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w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rozpoznawaniu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predyspozycji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wyborze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dalszej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drogi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kształcenia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>.</w:t>
      </w:r>
    </w:p>
    <w:p w14:paraId="71C62650" w14:textId="77777777" w:rsidR="00D631DC" w:rsidRPr="009F6E3C" w:rsidRDefault="00975E65" w:rsidP="00F42E26">
      <w:pPr>
        <w:spacing w:after="0" w:line="360" w:lineRule="auto"/>
        <w:ind w:left="454" w:hanging="340"/>
        <w:jc w:val="both"/>
        <w:rPr>
          <w:rFonts w:ascii="Times New Roman" w:hAnsi="Times New Roman" w:cs="Times New Roman"/>
          <w:sz w:val="24"/>
          <w:szCs w:val="24"/>
        </w:rPr>
      </w:pPr>
      <w:r w:rsidRPr="009F6E3C">
        <w:rPr>
          <w:rFonts w:ascii="Times New Roman" w:eastAsia="Arial" w:hAnsi="Times New Roman" w:cs="Times New Roman"/>
          <w:sz w:val="24"/>
          <w:szCs w:val="24"/>
        </w:rPr>
        <w:lastRenderedPageBreak/>
        <w:t xml:space="preserve">7.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Podnoszenie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kultury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osobistej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wzajemnego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szacunku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kultury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słowa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oraz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przeciwdziałanie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agresji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słownej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>.</w:t>
      </w:r>
    </w:p>
    <w:p w14:paraId="59B8BA08" w14:textId="77777777" w:rsidR="00D631DC" w:rsidRPr="009F6E3C" w:rsidRDefault="00975E65" w:rsidP="00F42E26">
      <w:pPr>
        <w:spacing w:after="0" w:line="360" w:lineRule="auto"/>
        <w:ind w:left="454" w:hanging="340"/>
        <w:jc w:val="both"/>
        <w:rPr>
          <w:rFonts w:ascii="Times New Roman" w:hAnsi="Times New Roman" w:cs="Times New Roman"/>
          <w:sz w:val="24"/>
          <w:szCs w:val="24"/>
        </w:rPr>
      </w:pPr>
      <w:r w:rsidRPr="009F6E3C">
        <w:rPr>
          <w:rFonts w:ascii="Times New Roman" w:eastAsia="Arial" w:hAnsi="Times New Roman" w:cs="Times New Roman"/>
          <w:sz w:val="24"/>
          <w:szCs w:val="24"/>
        </w:rPr>
        <w:t xml:space="preserve">8.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Zapobieganie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przemocy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rówieśniczej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-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słownej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fizycznej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emocjonalnej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psychicznej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-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oraz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cyberprzemocy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;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rozwijanie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bezpiecznych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skutecznych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sposobów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reagowania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>.</w:t>
      </w:r>
    </w:p>
    <w:p w14:paraId="1EC59F32" w14:textId="77777777" w:rsidR="00D631DC" w:rsidRPr="009F6E3C" w:rsidRDefault="00975E65" w:rsidP="00F42E26">
      <w:pPr>
        <w:spacing w:after="0" w:line="360" w:lineRule="auto"/>
        <w:ind w:left="454" w:hanging="340"/>
        <w:jc w:val="both"/>
        <w:rPr>
          <w:rFonts w:ascii="Times New Roman" w:hAnsi="Times New Roman" w:cs="Times New Roman"/>
          <w:sz w:val="24"/>
          <w:szCs w:val="24"/>
        </w:rPr>
      </w:pPr>
      <w:r w:rsidRPr="009F6E3C">
        <w:rPr>
          <w:rFonts w:ascii="Times New Roman" w:eastAsia="Arial" w:hAnsi="Times New Roman" w:cs="Times New Roman"/>
          <w:sz w:val="24"/>
          <w:szCs w:val="24"/>
        </w:rPr>
        <w:t xml:space="preserve">9.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Kształtowanie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higieny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cyfrowej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ograniczanie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problemowego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używania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telefonów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Internetu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oraz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rozwijanie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aktywności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off-line.</w:t>
      </w:r>
    </w:p>
    <w:p w14:paraId="1E791649" w14:textId="77777777" w:rsidR="00D631DC" w:rsidRPr="009F6E3C" w:rsidRDefault="00975E65" w:rsidP="00F42E26">
      <w:pPr>
        <w:spacing w:after="0" w:line="360" w:lineRule="auto"/>
        <w:ind w:left="453" w:hanging="340"/>
        <w:jc w:val="both"/>
        <w:rPr>
          <w:rFonts w:ascii="Times New Roman" w:hAnsi="Times New Roman" w:cs="Times New Roman"/>
          <w:sz w:val="24"/>
          <w:szCs w:val="24"/>
        </w:rPr>
      </w:pPr>
      <w:r w:rsidRPr="009F6E3C">
        <w:rPr>
          <w:rFonts w:ascii="Times New Roman" w:eastAsia="Arial" w:hAnsi="Times New Roman" w:cs="Times New Roman"/>
          <w:sz w:val="24"/>
          <w:szCs w:val="24"/>
        </w:rPr>
        <w:t xml:space="preserve">10.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Profilaktyka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nikotynowa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innych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zachowań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ryzykownych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w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tym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wzmacnianie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umiejętności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odmawiania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podejmowania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bezpiecznych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decyzji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>.</w:t>
      </w:r>
    </w:p>
    <w:p w14:paraId="2658AF2F" w14:textId="77777777" w:rsidR="00D631DC" w:rsidRPr="009F6E3C" w:rsidRDefault="00975E65" w:rsidP="00F42E26">
      <w:pPr>
        <w:spacing w:after="0" w:line="360" w:lineRule="auto"/>
        <w:ind w:left="453" w:hanging="340"/>
        <w:jc w:val="both"/>
        <w:rPr>
          <w:rFonts w:ascii="Times New Roman" w:hAnsi="Times New Roman" w:cs="Times New Roman"/>
          <w:sz w:val="24"/>
          <w:szCs w:val="24"/>
        </w:rPr>
      </w:pPr>
      <w:r w:rsidRPr="009F6E3C">
        <w:rPr>
          <w:rFonts w:ascii="Times New Roman" w:eastAsia="Arial" w:hAnsi="Times New Roman" w:cs="Times New Roman"/>
          <w:sz w:val="24"/>
          <w:szCs w:val="24"/>
        </w:rPr>
        <w:t xml:space="preserve">11.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Wspieranie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zdrowia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psychicznego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regulacji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emocji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odporności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na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stres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presję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rówieśniczą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oraz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umiejętności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szukania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udzielania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pomocy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>.</w:t>
      </w:r>
    </w:p>
    <w:p w14:paraId="33456E8C" w14:textId="77777777" w:rsidR="00D631DC" w:rsidRPr="009F6E3C" w:rsidRDefault="00975E65" w:rsidP="00F42E26">
      <w:pPr>
        <w:spacing w:after="0" w:line="360" w:lineRule="auto"/>
        <w:ind w:left="453" w:hanging="340"/>
        <w:jc w:val="both"/>
        <w:rPr>
          <w:rFonts w:ascii="Times New Roman" w:hAnsi="Times New Roman" w:cs="Times New Roman"/>
          <w:sz w:val="24"/>
          <w:szCs w:val="24"/>
        </w:rPr>
      </w:pPr>
      <w:r w:rsidRPr="009F6E3C">
        <w:rPr>
          <w:rFonts w:ascii="Times New Roman" w:eastAsia="Arial" w:hAnsi="Times New Roman" w:cs="Times New Roman"/>
          <w:sz w:val="24"/>
          <w:szCs w:val="24"/>
        </w:rPr>
        <w:t xml:space="preserve">12.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Rozwijanie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krytycznego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myślenia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bezpiecznego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korzystania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z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Internetu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odpowiedzialnego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używania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narzędzi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sztucznej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inteligencji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>.</w:t>
      </w:r>
    </w:p>
    <w:p w14:paraId="09AECDD9" w14:textId="77777777" w:rsidR="00D631DC" w:rsidRPr="009F6E3C" w:rsidRDefault="00975E65" w:rsidP="00F42E26">
      <w:pPr>
        <w:pStyle w:val="Nagwek2"/>
        <w:spacing w:before="140" w:after="100"/>
        <w:jc w:val="both"/>
        <w:rPr>
          <w:rFonts w:ascii="Times New Roman" w:hAnsi="Times New Roman" w:cs="Times New Roman"/>
          <w:sz w:val="28"/>
          <w:szCs w:val="28"/>
        </w:rPr>
      </w:pPr>
      <w:r w:rsidRPr="009F6E3C">
        <w:rPr>
          <w:rFonts w:ascii="Times New Roman" w:eastAsia="Arial" w:hAnsi="Times New Roman" w:cs="Times New Roman"/>
          <w:sz w:val="28"/>
          <w:szCs w:val="28"/>
        </w:rPr>
        <w:t xml:space="preserve">Cele </w:t>
      </w:r>
      <w:proofErr w:type="spellStart"/>
      <w:r w:rsidRPr="009F6E3C">
        <w:rPr>
          <w:rFonts w:ascii="Times New Roman" w:eastAsia="Arial" w:hAnsi="Times New Roman" w:cs="Times New Roman"/>
          <w:sz w:val="28"/>
          <w:szCs w:val="28"/>
        </w:rPr>
        <w:t>szczegółowe</w:t>
      </w:r>
      <w:proofErr w:type="spellEnd"/>
    </w:p>
    <w:p w14:paraId="121BC145" w14:textId="77777777" w:rsidR="00D631DC" w:rsidRPr="009F6E3C" w:rsidRDefault="00975E65" w:rsidP="00F42E26">
      <w:pPr>
        <w:pStyle w:val="Listapunktowana"/>
        <w:spacing w:after="0" w:line="36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kształtowanie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postaw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patriotycznych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obywatelskich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prospołecznych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>;</w:t>
      </w:r>
    </w:p>
    <w:p w14:paraId="4DD239D3" w14:textId="77777777" w:rsidR="00D631DC" w:rsidRPr="009F6E3C" w:rsidRDefault="00975E65" w:rsidP="00F42E26">
      <w:pPr>
        <w:pStyle w:val="Listapunktowana"/>
        <w:spacing w:after="0" w:line="36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budowanie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pozytywnych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więzi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w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rodzinie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klasie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społeczności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szkolnej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>;</w:t>
      </w:r>
    </w:p>
    <w:p w14:paraId="1501319E" w14:textId="77777777" w:rsidR="00D631DC" w:rsidRPr="009F6E3C" w:rsidRDefault="00975E65" w:rsidP="00F42E26">
      <w:pPr>
        <w:pStyle w:val="Listapunktowana"/>
        <w:spacing w:after="0" w:line="36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rozwijanie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nawyków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uczenia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się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samokształcenia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korzystania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z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informacji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zwrotnej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>;</w:t>
      </w:r>
    </w:p>
    <w:p w14:paraId="69D92555" w14:textId="77777777" w:rsidR="00D631DC" w:rsidRPr="009F6E3C" w:rsidRDefault="00975E65" w:rsidP="00F42E26">
      <w:pPr>
        <w:pStyle w:val="Listapunktowana"/>
        <w:spacing w:after="0" w:line="36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rozwijanie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odpowiedzialności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za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własne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zachowanie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słowa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decyzje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>;</w:t>
      </w:r>
    </w:p>
    <w:p w14:paraId="4A7A0ACA" w14:textId="77777777" w:rsidR="00D631DC" w:rsidRPr="009F6E3C" w:rsidRDefault="00975E65" w:rsidP="00F42E26">
      <w:pPr>
        <w:pStyle w:val="Listapunktowana"/>
        <w:spacing w:after="0" w:line="36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uczenie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komunikacji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bez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przemocy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empatii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asertywności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mediacji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rozwiązywania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konfliktów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oraz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reagowania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na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presję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rówieśniczą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>;</w:t>
      </w:r>
    </w:p>
    <w:p w14:paraId="46FCCA37" w14:textId="77777777" w:rsidR="00D631DC" w:rsidRPr="009F6E3C" w:rsidRDefault="00975E65" w:rsidP="00F42E26">
      <w:pPr>
        <w:pStyle w:val="Listapunktowana"/>
        <w:spacing w:after="0" w:line="36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przeciwdziałanie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wulgaryzmom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wyśmiewaniu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dokuczaniu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poniżaniu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wykluczaniu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oraz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przemocy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emocjonalnej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psychicznej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>;</w:t>
      </w:r>
    </w:p>
    <w:p w14:paraId="6AE669DC" w14:textId="77777777" w:rsidR="00D631DC" w:rsidRPr="009F6E3C" w:rsidRDefault="00975E65" w:rsidP="00F42E26">
      <w:pPr>
        <w:pStyle w:val="Listapunktowana"/>
        <w:spacing w:after="0" w:line="36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kształtowanie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świadomego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odpowiedzialnego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korzystania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z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technologii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ochrony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prywatności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F42E26">
        <w:rPr>
          <w:rFonts w:ascii="Times New Roman" w:eastAsia="Arial" w:hAnsi="Times New Roman" w:cs="Times New Roman"/>
          <w:sz w:val="24"/>
          <w:szCs w:val="24"/>
        </w:rPr>
        <w:br/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bezpieczeństwa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w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sieci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>;</w:t>
      </w:r>
    </w:p>
    <w:p w14:paraId="2477FA82" w14:textId="77777777" w:rsidR="00D631DC" w:rsidRPr="009F6E3C" w:rsidRDefault="00975E65" w:rsidP="00F42E26">
      <w:pPr>
        <w:pStyle w:val="Listapunktowana"/>
        <w:spacing w:after="0" w:line="36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uczenie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rozpoznawania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cyberprzemocy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hejtu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oraz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prawidłowego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reagowania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przez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osobę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pokrzywdzoną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świadka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grupę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rówieśniczą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>;</w:t>
      </w:r>
    </w:p>
    <w:p w14:paraId="29D2221F" w14:textId="77777777" w:rsidR="00D631DC" w:rsidRPr="009F6E3C" w:rsidRDefault="00975E65" w:rsidP="00F42E26">
      <w:pPr>
        <w:pStyle w:val="Listapunktowana"/>
        <w:spacing w:after="0" w:line="36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ograniczanie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nadmiernego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korzystania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z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telefonów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Internetu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rozwijanie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samokontroli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czasu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ekranowego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oraz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alternatywnych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form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spędzania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czasu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>;</w:t>
      </w:r>
    </w:p>
    <w:p w14:paraId="7D73D161" w14:textId="77777777" w:rsidR="00D631DC" w:rsidRPr="009F6E3C" w:rsidRDefault="00975E65" w:rsidP="00F42E26">
      <w:pPr>
        <w:pStyle w:val="Listapunktowana"/>
        <w:spacing w:after="0" w:line="36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profilaktyka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używania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nikotyny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alkoholu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innych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substancji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psychoaktywnych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oraz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uzależnień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behawioralnych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>;</w:t>
      </w:r>
    </w:p>
    <w:p w14:paraId="5F347970" w14:textId="77777777" w:rsidR="00D631DC" w:rsidRPr="009F6E3C" w:rsidRDefault="00975E65" w:rsidP="00F42E26">
      <w:pPr>
        <w:pStyle w:val="Listapunktowana"/>
        <w:spacing w:after="0" w:line="36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promowanie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zdrowego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odżywiania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aktywności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fizycznej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snu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odpoczynku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higieny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>;</w:t>
      </w:r>
    </w:p>
    <w:p w14:paraId="7B23999F" w14:textId="77777777" w:rsidR="00D631DC" w:rsidRPr="009F6E3C" w:rsidRDefault="00975E65" w:rsidP="00F42E26">
      <w:pPr>
        <w:pStyle w:val="Listapunktowana"/>
        <w:spacing w:after="0" w:line="36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kształtowanie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umiejętności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udzielania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pierwszej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pomocy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reagowania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w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sytuacjach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zagrożenia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>;</w:t>
      </w:r>
    </w:p>
    <w:p w14:paraId="1FC96419" w14:textId="77777777" w:rsidR="00D631DC" w:rsidRPr="009F6E3C" w:rsidRDefault="00975E65" w:rsidP="00F42E26">
      <w:pPr>
        <w:pStyle w:val="Listapunktowana"/>
        <w:spacing w:after="0" w:line="36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wspieranie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zdrowia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psychicznego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rozpoznawania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regulowania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emocji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radzenia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sobie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ze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stresem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presją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rówieśniczą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oraz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umiejętności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proszenia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o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pomoc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>;</w:t>
      </w:r>
    </w:p>
    <w:p w14:paraId="0C11C5F6" w14:textId="77777777" w:rsidR="00D631DC" w:rsidRPr="009F6E3C" w:rsidRDefault="00975E65" w:rsidP="00F42E26">
      <w:pPr>
        <w:pStyle w:val="Listapunktowana"/>
        <w:spacing w:after="0" w:line="36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rozwijanie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postaw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tolerancji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otwartości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życzliwości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wobec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osób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różniących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się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kulturą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pochodzeniem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możliwościami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lub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poglądami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>;</w:t>
      </w:r>
    </w:p>
    <w:p w14:paraId="20E42EA8" w14:textId="77777777" w:rsidR="00D631DC" w:rsidRPr="009F6E3C" w:rsidRDefault="00975E65" w:rsidP="00F42E26">
      <w:pPr>
        <w:pStyle w:val="Listapunktowana"/>
        <w:spacing w:after="0" w:line="36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lastRenderedPageBreak/>
        <w:t>wspieranie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uczniów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ze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specjalnymi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potrzebami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edukacyjnymi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rozwojowymi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>;</w:t>
      </w:r>
    </w:p>
    <w:p w14:paraId="6CDEB706" w14:textId="77777777" w:rsidR="00D631DC" w:rsidRPr="009F6E3C" w:rsidRDefault="00975E65" w:rsidP="00F42E26">
      <w:pPr>
        <w:pStyle w:val="Listapunktowana"/>
        <w:spacing w:after="0" w:line="36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kształtowanie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postaw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proekologicznych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odpowiedzialności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za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środowisko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>;</w:t>
      </w:r>
    </w:p>
    <w:p w14:paraId="372052C6" w14:textId="77777777" w:rsidR="00D631DC" w:rsidRPr="009F6E3C" w:rsidRDefault="00975E65" w:rsidP="00F42E26">
      <w:pPr>
        <w:pStyle w:val="Listapunktowana"/>
        <w:spacing w:after="0" w:line="36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rozwijanie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zainteresowań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czytelnictwa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pracy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projektowej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interdyscyplinarnej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>;</w:t>
      </w:r>
    </w:p>
    <w:p w14:paraId="6E14377D" w14:textId="77777777" w:rsidR="00D631DC" w:rsidRPr="009F6E3C" w:rsidRDefault="00975E65" w:rsidP="00F42E26">
      <w:pPr>
        <w:pStyle w:val="Listapunktowana"/>
        <w:spacing w:after="0" w:line="36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rozwijanie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kompetencji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doradztwa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edukacyjno-zawodowego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szczególnie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w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klasach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VII-VIII.</w:t>
      </w:r>
    </w:p>
    <w:p w14:paraId="18A1B424" w14:textId="77777777" w:rsidR="00D631DC" w:rsidRPr="009F6E3C" w:rsidRDefault="00975E65" w:rsidP="00F42E26">
      <w:pPr>
        <w:pStyle w:val="Nagwek1"/>
        <w:spacing w:before="200" w:after="100"/>
        <w:jc w:val="both"/>
        <w:rPr>
          <w:rFonts w:ascii="Times New Roman" w:hAnsi="Times New Roman" w:cs="Times New Roman"/>
        </w:rPr>
      </w:pPr>
      <w:r w:rsidRPr="009F6E3C">
        <w:rPr>
          <w:rFonts w:ascii="Times New Roman" w:eastAsia="Arial" w:hAnsi="Times New Roman" w:cs="Times New Roman"/>
        </w:rPr>
        <w:t>VI. MISJA SZKOŁY</w:t>
      </w:r>
    </w:p>
    <w:p w14:paraId="0E889B21" w14:textId="77777777" w:rsidR="00D631DC" w:rsidRPr="009F6E3C" w:rsidRDefault="00975E65" w:rsidP="00F42E26">
      <w:pPr>
        <w:spacing w:after="0" w:line="360" w:lineRule="auto"/>
        <w:ind w:firstLine="340"/>
        <w:jc w:val="both"/>
        <w:rPr>
          <w:rFonts w:ascii="Times New Roman" w:hAnsi="Times New Roman" w:cs="Times New Roman"/>
          <w:sz w:val="24"/>
          <w:szCs w:val="24"/>
        </w:rPr>
      </w:pPr>
      <w:r w:rsidRPr="009F6E3C">
        <w:rPr>
          <w:rFonts w:ascii="Times New Roman" w:eastAsia="Arial" w:hAnsi="Times New Roman" w:cs="Times New Roman"/>
          <w:sz w:val="24"/>
          <w:szCs w:val="24"/>
        </w:rPr>
        <w:t xml:space="preserve">Historia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Szkoły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Podstawowej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nr 1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przy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Zespole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Szkolno-Przedszkolnym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nr 1 w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Jastrzębiu-Zdroju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jest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mocno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wpisana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w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śląską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ziemię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związana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z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lokalną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społecznością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. To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trwały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fundament,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na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którym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szkoła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buduje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przyszłość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uczniów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>.</w:t>
      </w:r>
    </w:p>
    <w:p w14:paraId="29B3F07F" w14:textId="77777777" w:rsidR="00D631DC" w:rsidRPr="009F6E3C" w:rsidRDefault="00975E65" w:rsidP="00F42E26">
      <w:pPr>
        <w:spacing w:after="0" w:line="360" w:lineRule="auto"/>
        <w:ind w:firstLine="3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Szkoła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dąży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do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tworzenia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atmosfery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życzliwości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wzajemnego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szacunku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odpowiedzialności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F42E26">
        <w:rPr>
          <w:rFonts w:ascii="Times New Roman" w:eastAsia="Arial" w:hAnsi="Times New Roman" w:cs="Times New Roman"/>
          <w:sz w:val="24"/>
          <w:szCs w:val="24"/>
        </w:rPr>
        <w:br/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bezpieczeństwa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.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Każdy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uczeń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powinien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mieć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możliwość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rozwoju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na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miarę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swoich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możliwości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otrzymywać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adekwatne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wsparcie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doświadczać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przynależności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do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wspólnoty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szkolnej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>.</w:t>
      </w:r>
    </w:p>
    <w:p w14:paraId="771DF1C1" w14:textId="77777777" w:rsidR="00D631DC" w:rsidRPr="009F6E3C" w:rsidRDefault="00975E65" w:rsidP="00F42E26">
      <w:pPr>
        <w:spacing w:after="0" w:line="360" w:lineRule="auto"/>
        <w:ind w:firstLine="340"/>
        <w:jc w:val="both"/>
        <w:rPr>
          <w:rFonts w:ascii="Times New Roman" w:hAnsi="Times New Roman" w:cs="Times New Roman"/>
          <w:sz w:val="24"/>
          <w:szCs w:val="24"/>
        </w:rPr>
      </w:pPr>
      <w:r w:rsidRPr="009F6E3C">
        <w:rPr>
          <w:rFonts w:ascii="Times New Roman" w:eastAsia="Arial" w:hAnsi="Times New Roman" w:cs="Times New Roman"/>
          <w:sz w:val="24"/>
          <w:szCs w:val="24"/>
        </w:rPr>
        <w:t xml:space="preserve">Celem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działalności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szkoły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jest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wyposażenie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uczniów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w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wiedzę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umiejętności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postawy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potrzebne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do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życia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we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współczesnym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świecie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w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tym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do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odpowiedzialnego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funkcjonowania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w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środowisku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cyfrowym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dbania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o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zdrowie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pokojowego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rozwiązywania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konfliktów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współpracy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F42E26">
        <w:rPr>
          <w:rFonts w:ascii="Times New Roman" w:eastAsia="Arial" w:hAnsi="Times New Roman" w:cs="Times New Roman"/>
          <w:sz w:val="24"/>
          <w:szCs w:val="24"/>
        </w:rPr>
        <w:br/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uczestnictwa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w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życiu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społecznym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>.</w:t>
      </w:r>
    </w:p>
    <w:p w14:paraId="52D06D1A" w14:textId="77777777" w:rsidR="00D631DC" w:rsidRPr="009F6E3C" w:rsidRDefault="00975E65" w:rsidP="00F42E26">
      <w:pPr>
        <w:pStyle w:val="Nagwek1"/>
        <w:spacing w:before="200" w:after="100"/>
        <w:jc w:val="both"/>
        <w:rPr>
          <w:rFonts w:ascii="Times New Roman" w:hAnsi="Times New Roman" w:cs="Times New Roman"/>
        </w:rPr>
      </w:pPr>
      <w:r w:rsidRPr="009F6E3C">
        <w:rPr>
          <w:rFonts w:ascii="Times New Roman" w:eastAsia="Arial" w:hAnsi="Times New Roman" w:cs="Times New Roman"/>
        </w:rPr>
        <w:t>VII. SYLWETKA ABSOLWENTA</w:t>
      </w:r>
    </w:p>
    <w:p w14:paraId="20F65F2E" w14:textId="77777777" w:rsidR="00D631DC" w:rsidRPr="009F6E3C" w:rsidRDefault="00975E65" w:rsidP="00F42E2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Działania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zawarte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w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programie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zmierzają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do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ukształtowania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absolwenta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który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-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niezależnie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od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indywidualnych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cech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predyspozycji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talentów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-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posiada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kompetencje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pozwalające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mu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odpowiedzialnie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funkcjonować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we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współczesnym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świecie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>.</w:t>
      </w:r>
    </w:p>
    <w:p w14:paraId="26AE2E4C" w14:textId="77777777" w:rsidR="00D631DC" w:rsidRPr="009F6E3C" w:rsidRDefault="00975E65" w:rsidP="00F42E26">
      <w:pPr>
        <w:pStyle w:val="Listapunktowana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6E3C">
        <w:rPr>
          <w:rFonts w:ascii="Times New Roman" w:eastAsia="Arial" w:hAnsi="Times New Roman" w:cs="Times New Roman"/>
          <w:sz w:val="24"/>
          <w:szCs w:val="24"/>
        </w:rPr>
        <w:t xml:space="preserve">jest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kulturalny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zna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zasady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dobrego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wychowania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posługuje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się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językiem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szacunku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potrafi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wyrażać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odmienne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zdanie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bez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obrażania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innych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>;</w:t>
      </w:r>
    </w:p>
    <w:p w14:paraId="0332D123" w14:textId="77777777" w:rsidR="00D631DC" w:rsidRPr="009F6E3C" w:rsidRDefault="00975E65" w:rsidP="00F42E26">
      <w:pPr>
        <w:pStyle w:val="Listapunktowana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6E3C">
        <w:rPr>
          <w:rFonts w:ascii="Times New Roman" w:eastAsia="Arial" w:hAnsi="Times New Roman" w:cs="Times New Roman"/>
          <w:sz w:val="24"/>
          <w:szCs w:val="24"/>
        </w:rPr>
        <w:t xml:space="preserve">jest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odpowiedzialny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uczciwy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świadomy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swoich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praw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oraz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obowiązków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>;</w:t>
      </w:r>
    </w:p>
    <w:p w14:paraId="4F8DCFAE" w14:textId="77777777" w:rsidR="00D631DC" w:rsidRPr="009F6E3C" w:rsidRDefault="00975E65" w:rsidP="00F42E26">
      <w:pPr>
        <w:pStyle w:val="Listapunktowana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szanuje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godność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prawa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innych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osób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jest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empatyczny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reaguje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na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krzywdzenie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>;</w:t>
      </w:r>
    </w:p>
    <w:p w14:paraId="0E652740" w14:textId="77777777" w:rsidR="00D631DC" w:rsidRPr="009F6E3C" w:rsidRDefault="00975E65" w:rsidP="00F42E26">
      <w:pPr>
        <w:pStyle w:val="Listapunktowana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potrafi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współpracować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rozwiązywać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konflikty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bez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przemocy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prosić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o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pomoc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>;</w:t>
      </w:r>
    </w:p>
    <w:p w14:paraId="599F6EFB" w14:textId="77777777" w:rsidR="00D631DC" w:rsidRPr="009F6E3C" w:rsidRDefault="00975E65" w:rsidP="00F42E26">
      <w:pPr>
        <w:pStyle w:val="Listapunktowana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6E3C">
        <w:rPr>
          <w:rFonts w:ascii="Times New Roman" w:eastAsia="Arial" w:hAnsi="Times New Roman" w:cs="Times New Roman"/>
          <w:sz w:val="24"/>
          <w:szCs w:val="24"/>
        </w:rPr>
        <w:t xml:space="preserve">dba o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zdrowie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fizyczne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psychiczne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zna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zagrożenia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związane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z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nikotyną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alkoholem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innymi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substancjami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psychoaktywnymi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>;</w:t>
      </w:r>
    </w:p>
    <w:p w14:paraId="54717DE1" w14:textId="77777777" w:rsidR="00D631DC" w:rsidRPr="009F6E3C" w:rsidRDefault="00975E65" w:rsidP="00F42E26">
      <w:pPr>
        <w:pStyle w:val="Listapunktowana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korzysta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z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telefonu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Internetu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w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sposób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zrównoważony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bezpieczny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odpowiedzialny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;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rozpoznaje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cyberprzemoc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wie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jak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na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nią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reagować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>;</w:t>
      </w:r>
    </w:p>
    <w:p w14:paraId="20F713C1" w14:textId="77777777" w:rsidR="00D631DC" w:rsidRPr="009F6E3C" w:rsidRDefault="00975E65" w:rsidP="00F42E26">
      <w:pPr>
        <w:pStyle w:val="Listapunktowana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krytycznie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analizuje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informacje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rozpoznaje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dezinformację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odpowiedzialnie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korzysta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F42E26">
        <w:rPr>
          <w:rFonts w:ascii="Times New Roman" w:eastAsia="Arial" w:hAnsi="Times New Roman" w:cs="Times New Roman"/>
          <w:sz w:val="24"/>
          <w:szCs w:val="24"/>
        </w:rPr>
        <w:br/>
      </w:r>
      <w:r w:rsidRPr="009F6E3C">
        <w:rPr>
          <w:rFonts w:ascii="Times New Roman" w:eastAsia="Arial" w:hAnsi="Times New Roman" w:cs="Times New Roman"/>
          <w:sz w:val="24"/>
          <w:szCs w:val="24"/>
        </w:rPr>
        <w:t xml:space="preserve">z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narzędzi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sztucznej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inteligencji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>;</w:t>
      </w:r>
    </w:p>
    <w:p w14:paraId="41BDA5FC" w14:textId="77777777" w:rsidR="00D631DC" w:rsidRPr="009F6E3C" w:rsidRDefault="00975E65" w:rsidP="00F42E26">
      <w:pPr>
        <w:pStyle w:val="Listapunktowana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6E3C">
        <w:rPr>
          <w:rFonts w:ascii="Times New Roman" w:eastAsia="Arial" w:hAnsi="Times New Roman" w:cs="Times New Roman"/>
          <w:sz w:val="24"/>
          <w:szCs w:val="24"/>
        </w:rPr>
        <w:t xml:space="preserve">jest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aktywny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ciekawy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świata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rozwija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zainteresowania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potrafi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się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uczyć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>;</w:t>
      </w:r>
    </w:p>
    <w:p w14:paraId="23958A58" w14:textId="77777777" w:rsidR="00D631DC" w:rsidRPr="009F6E3C" w:rsidRDefault="00975E65" w:rsidP="00F42E26">
      <w:pPr>
        <w:pStyle w:val="Listapunktowana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szanuje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tradycję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rodziny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szkoły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regionu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narodu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oraz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jest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otwarty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na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inne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kultury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>;</w:t>
      </w:r>
    </w:p>
    <w:p w14:paraId="3AE9049F" w14:textId="77777777" w:rsidR="00D631DC" w:rsidRPr="009F6E3C" w:rsidRDefault="00975E65" w:rsidP="00F42E26">
      <w:pPr>
        <w:pStyle w:val="Listapunktowana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6E3C">
        <w:rPr>
          <w:rFonts w:ascii="Times New Roman" w:eastAsia="Arial" w:hAnsi="Times New Roman" w:cs="Times New Roman"/>
          <w:sz w:val="24"/>
          <w:szCs w:val="24"/>
        </w:rPr>
        <w:t xml:space="preserve">dba o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środowisko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naturalne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rozumie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znaczenie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odpowiedzialnych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wyborów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>;</w:t>
      </w:r>
    </w:p>
    <w:p w14:paraId="18631983" w14:textId="77777777" w:rsidR="00D631DC" w:rsidRPr="009F6E3C" w:rsidRDefault="00975E65" w:rsidP="00F42E26">
      <w:pPr>
        <w:pStyle w:val="Listapunktowana"/>
        <w:spacing w:after="0" w:line="360" w:lineRule="auto"/>
        <w:jc w:val="both"/>
        <w:rPr>
          <w:rFonts w:ascii="Times New Roman" w:hAnsi="Times New Roman" w:cs="Times New Roman"/>
        </w:rPr>
      </w:pP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zna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swoje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mocne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strony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potrafi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planować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dalszą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edukację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oraz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rozwój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>.</w:t>
      </w:r>
    </w:p>
    <w:p w14:paraId="2CD67096" w14:textId="77777777" w:rsidR="00D631DC" w:rsidRPr="009F6E3C" w:rsidRDefault="00975E65" w:rsidP="00F42E26">
      <w:pPr>
        <w:pStyle w:val="Nagwek1"/>
        <w:spacing w:before="200" w:after="100"/>
        <w:rPr>
          <w:rFonts w:ascii="Times New Roman" w:hAnsi="Times New Roman" w:cs="Times New Roman"/>
        </w:rPr>
      </w:pPr>
      <w:r w:rsidRPr="009F6E3C">
        <w:rPr>
          <w:rFonts w:ascii="Times New Roman" w:eastAsia="Arial" w:hAnsi="Times New Roman" w:cs="Times New Roman"/>
        </w:rPr>
        <w:lastRenderedPageBreak/>
        <w:t>VIII. UCZESTNICY PROGRAMU WYCHOWAWCZO-PROFILAKTYCZNEGO</w:t>
      </w:r>
    </w:p>
    <w:p w14:paraId="39A9F499" w14:textId="77777777" w:rsidR="00D631DC" w:rsidRPr="009F6E3C" w:rsidRDefault="00975E65" w:rsidP="00F42E2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6E3C">
        <w:rPr>
          <w:rFonts w:ascii="Times New Roman" w:eastAsia="Arial" w:hAnsi="Times New Roman" w:cs="Times New Roman"/>
          <w:sz w:val="24"/>
          <w:szCs w:val="24"/>
        </w:rPr>
        <w:t xml:space="preserve">Za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realizację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programu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współodpowiedzialna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jest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cała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społeczność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szkolna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.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Zakres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zadań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poszczególnych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uczestników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wynika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z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przepisów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prawa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Statutu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szkoły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zakresów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obowiązków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oraz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bieżących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potrzeb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uczniów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>.</w:t>
      </w:r>
    </w:p>
    <w:p w14:paraId="48195DB6" w14:textId="77777777" w:rsidR="00D631DC" w:rsidRPr="009F6E3C" w:rsidRDefault="00975E65" w:rsidP="00F42E26">
      <w:pPr>
        <w:pStyle w:val="Nagwek2"/>
        <w:spacing w:before="140" w:after="10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F6E3C">
        <w:rPr>
          <w:rFonts w:ascii="Times New Roman" w:eastAsia="Arial" w:hAnsi="Times New Roman" w:cs="Times New Roman"/>
          <w:sz w:val="28"/>
          <w:szCs w:val="28"/>
        </w:rPr>
        <w:t>Uczniowie</w:t>
      </w:r>
      <w:proofErr w:type="spellEnd"/>
      <w:r w:rsidRPr="009F6E3C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8"/>
          <w:szCs w:val="28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8"/>
          <w:szCs w:val="28"/>
        </w:rPr>
        <w:t>Samorząd</w:t>
      </w:r>
      <w:proofErr w:type="spellEnd"/>
      <w:r w:rsidRPr="009F6E3C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8"/>
          <w:szCs w:val="28"/>
        </w:rPr>
        <w:t>Uczniowski</w:t>
      </w:r>
      <w:proofErr w:type="spellEnd"/>
    </w:p>
    <w:p w14:paraId="102CD793" w14:textId="77777777" w:rsidR="00D631DC" w:rsidRPr="009F6E3C" w:rsidRDefault="00975E65" w:rsidP="00F42E26">
      <w:pPr>
        <w:pStyle w:val="Listapunktowana"/>
        <w:spacing w:after="0" w:line="36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przestrzegają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Statutu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szkoły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zasad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bezpieczeństwa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ustalonych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norm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współżycia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społecznego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>;</w:t>
      </w:r>
    </w:p>
    <w:p w14:paraId="2356EEAE" w14:textId="77777777" w:rsidR="00D631DC" w:rsidRPr="009F6E3C" w:rsidRDefault="00975E65" w:rsidP="00F42E26">
      <w:pPr>
        <w:pStyle w:val="Listapunktowana"/>
        <w:spacing w:after="0" w:line="36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okazują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szacunek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innym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osobom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dbają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o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kulturę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słowa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>;</w:t>
      </w:r>
    </w:p>
    <w:p w14:paraId="590F5F9A" w14:textId="77777777" w:rsidR="00D631DC" w:rsidRPr="009F6E3C" w:rsidRDefault="00975E65" w:rsidP="00F42E26">
      <w:pPr>
        <w:pStyle w:val="Listapunktowana"/>
        <w:spacing w:after="0" w:line="36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współtworzą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życie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szkoły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rozwijają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samorządność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wolontariat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odpowiedzialność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za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wspólnotę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>;</w:t>
      </w:r>
    </w:p>
    <w:p w14:paraId="3DD38158" w14:textId="77777777" w:rsidR="00D631DC" w:rsidRPr="009F6E3C" w:rsidRDefault="00975E65" w:rsidP="00F42E26">
      <w:pPr>
        <w:pStyle w:val="Listapunktowana"/>
        <w:spacing w:after="0" w:line="36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korzystają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z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telefonów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innych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urządzeń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zgodnie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z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zasadami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obowiązującymi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w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szkole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>;</w:t>
      </w:r>
    </w:p>
    <w:p w14:paraId="7615E41B" w14:textId="77777777" w:rsidR="00D631DC" w:rsidRPr="009F6E3C" w:rsidRDefault="00975E65" w:rsidP="00F42E26">
      <w:pPr>
        <w:pStyle w:val="Listapunktowana"/>
        <w:spacing w:after="0" w:line="360" w:lineRule="auto"/>
        <w:ind w:left="357" w:hanging="357"/>
        <w:jc w:val="both"/>
        <w:rPr>
          <w:rFonts w:ascii="Times New Roman" w:hAnsi="Times New Roman" w:cs="Times New Roman"/>
        </w:rPr>
      </w:pP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reagują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na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przemoc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cyberprzemoc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zachowania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ryzykowne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przez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zgłaszanie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ich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osobie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dorosłej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>.</w:t>
      </w:r>
    </w:p>
    <w:p w14:paraId="40DCE987" w14:textId="77777777" w:rsidR="00D631DC" w:rsidRPr="009F6E3C" w:rsidRDefault="00975E65" w:rsidP="00F42E26">
      <w:pPr>
        <w:pStyle w:val="Nagwek2"/>
        <w:spacing w:before="140" w:after="10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F6E3C">
        <w:rPr>
          <w:rFonts w:ascii="Times New Roman" w:eastAsia="Arial" w:hAnsi="Times New Roman" w:cs="Times New Roman"/>
          <w:sz w:val="28"/>
          <w:szCs w:val="28"/>
        </w:rPr>
        <w:t>Wychowawcy</w:t>
      </w:r>
      <w:proofErr w:type="spellEnd"/>
      <w:r w:rsidRPr="009F6E3C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8"/>
          <w:szCs w:val="28"/>
        </w:rPr>
        <w:t>klas</w:t>
      </w:r>
      <w:proofErr w:type="spellEnd"/>
    </w:p>
    <w:p w14:paraId="75F7B47C" w14:textId="77777777" w:rsidR="00D631DC" w:rsidRPr="009F6E3C" w:rsidRDefault="00975E65" w:rsidP="00F42E26">
      <w:pPr>
        <w:pStyle w:val="Listapunktowana"/>
        <w:spacing w:after="0" w:line="36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diagnozują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potrzeby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zespołu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klasowego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realizują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działania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wynikające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z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programu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>;</w:t>
      </w:r>
    </w:p>
    <w:p w14:paraId="3AD3EE16" w14:textId="77777777" w:rsidR="00D631DC" w:rsidRPr="009F6E3C" w:rsidRDefault="00975E65" w:rsidP="00F42E26">
      <w:pPr>
        <w:pStyle w:val="Listapunktowana"/>
        <w:spacing w:after="0" w:line="36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dbają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o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integrację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poczucie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bezpieczeństwa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kulturę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osobistą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relacje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w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klasie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>;</w:t>
      </w:r>
    </w:p>
    <w:p w14:paraId="6F619157" w14:textId="77777777" w:rsidR="00D631DC" w:rsidRPr="009F6E3C" w:rsidRDefault="00975E65" w:rsidP="00F42E26">
      <w:pPr>
        <w:pStyle w:val="Listapunktowana"/>
        <w:spacing w:after="0" w:line="36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reagują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na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agresję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słowną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przemoc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cyberprzemoc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łamanie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zasad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korzystania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z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urządzeń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oraz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zachowania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ryzykowne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>;</w:t>
      </w:r>
    </w:p>
    <w:p w14:paraId="0D119E29" w14:textId="77777777" w:rsidR="00D631DC" w:rsidRPr="009F6E3C" w:rsidRDefault="00975E65" w:rsidP="00F42E26">
      <w:pPr>
        <w:pStyle w:val="Listapunktowana"/>
        <w:spacing w:after="0" w:line="36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współpracują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z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rodzicami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nauczycielami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specjalistami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instytucjami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zewnętrznymi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>;</w:t>
      </w:r>
    </w:p>
    <w:p w14:paraId="77ED3F91" w14:textId="77777777" w:rsidR="00D631DC" w:rsidRPr="009F6E3C" w:rsidRDefault="00975E65" w:rsidP="00F42E26">
      <w:pPr>
        <w:pStyle w:val="Listapunktowana"/>
        <w:spacing w:after="0" w:line="36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monitorują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sytuację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uczniów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oraz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wnioskują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o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pomoc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psychologiczno-pedagogiczną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>.</w:t>
      </w:r>
    </w:p>
    <w:p w14:paraId="63AC921D" w14:textId="77777777" w:rsidR="00D631DC" w:rsidRPr="009F6E3C" w:rsidRDefault="00975E65" w:rsidP="00F42E26">
      <w:pPr>
        <w:pStyle w:val="Nagwek2"/>
        <w:spacing w:before="140" w:after="10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F6E3C">
        <w:rPr>
          <w:rFonts w:ascii="Times New Roman" w:eastAsia="Arial" w:hAnsi="Times New Roman" w:cs="Times New Roman"/>
          <w:sz w:val="28"/>
          <w:szCs w:val="28"/>
        </w:rPr>
        <w:t>Nauczyciele</w:t>
      </w:r>
      <w:proofErr w:type="spellEnd"/>
    </w:p>
    <w:p w14:paraId="6E6E46DD" w14:textId="77777777" w:rsidR="00D631DC" w:rsidRPr="009F6E3C" w:rsidRDefault="00975E65" w:rsidP="00F42E26">
      <w:pPr>
        <w:pStyle w:val="Listapunktowana"/>
        <w:spacing w:after="0" w:line="36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odpowiadają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za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bezpieczeństwo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uczniów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podczas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zajęć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przerw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wyjść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wyjazdów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>;</w:t>
      </w:r>
    </w:p>
    <w:p w14:paraId="17A16E72" w14:textId="77777777" w:rsidR="00D631DC" w:rsidRPr="009F6E3C" w:rsidRDefault="00975E65" w:rsidP="00F42E26">
      <w:pPr>
        <w:pStyle w:val="Listapunktowana"/>
        <w:spacing w:after="0" w:line="36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wspierają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rozwój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uczniów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dostosowują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wymagania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do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rozpoznanych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potrzeb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rozwijają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talenty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>;</w:t>
      </w:r>
    </w:p>
    <w:p w14:paraId="2716BD18" w14:textId="77777777" w:rsidR="00D631DC" w:rsidRPr="009F6E3C" w:rsidRDefault="00975E65" w:rsidP="00F42E26">
      <w:pPr>
        <w:pStyle w:val="Listapunktowana"/>
        <w:spacing w:after="0" w:line="36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kształtują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kulturę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komunikacji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reagują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na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dyskryminację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agresję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przemoc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>;</w:t>
      </w:r>
    </w:p>
    <w:p w14:paraId="2E61059B" w14:textId="77777777" w:rsidR="00D631DC" w:rsidRPr="009F6E3C" w:rsidRDefault="00975E65" w:rsidP="00F42E26">
      <w:pPr>
        <w:pStyle w:val="Listapunktowana"/>
        <w:spacing w:after="0" w:line="36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wspierają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higienę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cyfrową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krytyczne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myślenie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odpowiedzialne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korzystanie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z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technologii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oraz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AI;</w:t>
      </w:r>
    </w:p>
    <w:p w14:paraId="5B20D483" w14:textId="77777777" w:rsidR="00D631DC" w:rsidRPr="009F6E3C" w:rsidRDefault="00975E65" w:rsidP="00F42E26">
      <w:pPr>
        <w:pStyle w:val="Listapunktowana"/>
        <w:spacing w:after="0" w:line="36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realizują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zadania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związane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z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edukacją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zdrowotną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bezpieczeństwem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pierwszą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pomocą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F42E26">
        <w:rPr>
          <w:rFonts w:ascii="Times New Roman" w:eastAsia="Arial" w:hAnsi="Times New Roman" w:cs="Times New Roman"/>
          <w:sz w:val="24"/>
          <w:szCs w:val="24"/>
        </w:rPr>
        <w:br/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doradztwem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zawodowym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w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zakresie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właściwym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dla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prowadzonych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zajęć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>.</w:t>
      </w:r>
    </w:p>
    <w:p w14:paraId="15859131" w14:textId="77777777" w:rsidR="00D631DC" w:rsidRPr="009F6E3C" w:rsidRDefault="00975E65" w:rsidP="00F42E26">
      <w:pPr>
        <w:pStyle w:val="Nagwek2"/>
        <w:spacing w:before="140" w:after="10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F6E3C">
        <w:rPr>
          <w:rFonts w:ascii="Times New Roman" w:eastAsia="Arial" w:hAnsi="Times New Roman" w:cs="Times New Roman"/>
          <w:sz w:val="28"/>
          <w:szCs w:val="28"/>
        </w:rPr>
        <w:t>Rodzice</w:t>
      </w:r>
      <w:proofErr w:type="spellEnd"/>
    </w:p>
    <w:p w14:paraId="401FB1FC" w14:textId="77777777" w:rsidR="00D631DC" w:rsidRPr="009F6E3C" w:rsidRDefault="00975E65" w:rsidP="00F42E26">
      <w:pPr>
        <w:pStyle w:val="Listapunktowana"/>
        <w:spacing w:after="0" w:line="36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współtworzą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akceptują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kierunki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działań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wychowawczo-profilaktycznych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szkoły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zgodnie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F42E26">
        <w:rPr>
          <w:rFonts w:ascii="Times New Roman" w:eastAsia="Arial" w:hAnsi="Times New Roman" w:cs="Times New Roman"/>
          <w:sz w:val="24"/>
          <w:szCs w:val="24"/>
        </w:rPr>
        <w:br/>
      </w:r>
      <w:r w:rsidRPr="009F6E3C">
        <w:rPr>
          <w:rFonts w:ascii="Times New Roman" w:eastAsia="Arial" w:hAnsi="Times New Roman" w:cs="Times New Roman"/>
          <w:sz w:val="24"/>
          <w:szCs w:val="24"/>
        </w:rPr>
        <w:t xml:space="preserve">z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kompetencjami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Rady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Rodziców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>;</w:t>
      </w:r>
    </w:p>
    <w:p w14:paraId="1AFBD855" w14:textId="77777777" w:rsidR="00D631DC" w:rsidRPr="009F6E3C" w:rsidRDefault="00975E65" w:rsidP="00F42E26">
      <w:pPr>
        <w:pStyle w:val="Listapunktowana"/>
        <w:spacing w:after="0" w:line="36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lastRenderedPageBreak/>
        <w:t>wspierają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dzieci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zapewniają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im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bezpieczeństwo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współpracują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ze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szkołą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w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rozwiązywaniu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problemów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>;</w:t>
      </w:r>
    </w:p>
    <w:p w14:paraId="4AA6E8CE" w14:textId="77777777" w:rsidR="00D631DC" w:rsidRPr="009F6E3C" w:rsidRDefault="00975E65" w:rsidP="00F42E26">
      <w:pPr>
        <w:pStyle w:val="Listapunktowana"/>
        <w:spacing w:after="0" w:line="36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wzmacniają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kulturę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osobistą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odpowiedzialność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szacunek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w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zachowaniu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dziecka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>;</w:t>
      </w:r>
    </w:p>
    <w:p w14:paraId="003DFBF5" w14:textId="77777777" w:rsidR="00D631DC" w:rsidRPr="009F6E3C" w:rsidRDefault="00975E65" w:rsidP="00F42E26">
      <w:pPr>
        <w:pStyle w:val="Listapunktowana"/>
        <w:spacing w:after="0" w:line="36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współpracują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ze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szkołą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w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ustalaniu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spójnych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zasad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korzystania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z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telefonów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Internetu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mediów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społecznościowych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>;</w:t>
      </w:r>
    </w:p>
    <w:p w14:paraId="64F7A6AA" w14:textId="77777777" w:rsidR="00D631DC" w:rsidRPr="009F6E3C" w:rsidRDefault="00975E65" w:rsidP="00F42E26">
      <w:pPr>
        <w:pStyle w:val="Listapunktowana"/>
        <w:spacing w:after="0" w:line="36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reagują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na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sygnały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palenia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cyberprzemocy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agresji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lub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innych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zachowań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ryzykownych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F42E26">
        <w:rPr>
          <w:rFonts w:ascii="Times New Roman" w:eastAsia="Arial" w:hAnsi="Times New Roman" w:cs="Times New Roman"/>
          <w:sz w:val="24"/>
          <w:szCs w:val="24"/>
        </w:rPr>
        <w:br/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korzystają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z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proponowanego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wsparcia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>.</w:t>
      </w:r>
    </w:p>
    <w:p w14:paraId="0BC1BE99" w14:textId="77777777" w:rsidR="00D631DC" w:rsidRPr="009F6E3C" w:rsidRDefault="00975E65" w:rsidP="00F42E26">
      <w:pPr>
        <w:pStyle w:val="Nagwek2"/>
        <w:spacing w:before="140" w:after="10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F6E3C">
        <w:rPr>
          <w:rFonts w:ascii="Times New Roman" w:eastAsia="Arial" w:hAnsi="Times New Roman" w:cs="Times New Roman"/>
          <w:sz w:val="28"/>
          <w:szCs w:val="28"/>
        </w:rPr>
        <w:t>Pedagog</w:t>
      </w:r>
      <w:proofErr w:type="spellEnd"/>
      <w:r w:rsidRPr="009F6E3C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8"/>
          <w:szCs w:val="28"/>
        </w:rPr>
        <w:t>szkolny</w:t>
      </w:r>
      <w:proofErr w:type="spellEnd"/>
      <w:r w:rsidRPr="009F6E3C">
        <w:rPr>
          <w:rFonts w:ascii="Times New Roman" w:eastAsia="Arial" w:hAnsi="Times New Roman" w:cs="Times New Roman"/>
          <w:sz w:val="28"/>
          <w:szCs w:val="28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8"/>
          <w:szCs w:val="28"/>
        </w:rPr>
        <w:t>pedagog</w:t>
      </w:r>
      <w:proofErr w:type="spellEnd"/>
      <w:r w:rsidRPr="009F6E3C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8"/>
          <w:szCs w:val="28"/>
        </w:rPr>
        <w:t>specjalny</w:t>
      </w:r>
      <w:proofErr w:type="spellEnd"/>
      <w:r w:rsidRPr="009F6E3C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8"/>
          <w:szCs w:val="28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8"/>
          <w:szCs w:val="28"/>
        </w:rPr>
        <w:t>psycholog</w:t>
      </w:r>
      <w:proofErr w:type="spellEnd"/>
    </w:p>
    <w:p w14:paraId="22B9B898" w14:textId="77777777" w:rsidR="00D631DC" w:rsidRPr="009F6E3C" w:rsidRDefault="00975E65" w:rsidP="00F42E26">
      <w:pPr>
        <w:pStyle w:val="Listapunktowana"/>
        <w:spacing w:after="0" w:line="36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prowadzą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diagnozę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potrzeb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uczniów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sytuacji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wychowawczej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oraz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wspierają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coroczną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ewaluację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programu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>;</w:t>
      </w:r>
    </w:p>
    <w:p w14:paraId="49EB5DDC" w14:textId="77777777" w:rsidR="00D631DC" w:rsidRPr="009F6E3C" w:rsidRDefault="00975E65" w:rsidP="00F42E26">
      <w:pPr>
        <w:pStyle w:val="Listapunktowana"/>
        <w:spacing w:after="0" w:line="36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udzielają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pomocy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psychologiczno-pedagogicznej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uczniom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rodzicom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nauczycielom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>;</w:t>
      </w:r>
    </w:p>
    <w:p w14:paraId="657C9510" w14:textId="77777777" w:rsidR="00D631DC" w:rsidRPr="009F6E3C" w:rsidRDefault="00975E65" w:rsidP="00F42E26">
      <w:pPr>
        <w:pStyle w:val="Listapunktowana"/>
        <w:spacing w:after="0" w:line="36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prowadzą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lub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współprowadzą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działania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dotyczące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relacji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przemocy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cyberprzemocy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uzależnień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zdrowia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psychicznego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>;</w:t>
      </w:r>
    </w:p>
    <w:p w14:paraId="776F8656" w14:textId="77777777" w:rsidR="00D631DC" w:rsidRPr="009F6E3C" w:rsidRDefault="00975E65" w:rsidP="00F42E26">
      <w:pPr>
        <w:pStyle w:val="Listapunktowana"/>
        <w:spacing w:after="0" w:line="36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podejmują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działania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mediacyjne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interwencyjne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oraz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kierują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do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specjalistycznej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pomocy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>;</w:t>
      </w:r>
    </w:p>
    <w:p w14:paraId="0C81974B" w14:textId="77777777" w:rsidR="00D631DC" w:rsidRPr="009F6E3C" w:rsidRDefault="00975E65" w:rsidP="00F42E26">
      <w:pPr>
        <w:pStyle w:val="Listapunktowana"/>
        <w:spacing w:after="0" w:line="36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wspierają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uczniów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ze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specjalnymi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potrzebami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edukacyjnymi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współpracują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przy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realizacji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IPET.</w:t>
      </w:r>
    </w:p>
    <w:p w14:paraId="6295CA12" w14:textId="77777777" w:rsidR="00D631DC" w:rsidRPr="009F6E3C" w:rsidRDefault="00975E65" w:rsidP="00F42E26">
      <w:pPr>
        <w:pStyle w:val="Nagwek2"/>
        <w:spacing w:before="140" w:after="10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F6E3C">
        <w:rPr>
          <w:rFonts w:ascii="Times New Roman" w:eastAsia="Arial" w:hAnsi="Times New Roman" w:cs="Times New Roman"/>
          <w:sz w:val="28"/>
          <w:szCs w:val="28"/>
        </w:rPr>
        <w:t>Pomoc</w:t>
      </w:r>
      <w:proofErr w:type="spellEnd"/>
      <w:r w:rsidRPr="009F6E3C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8"/>
          <w:szCs w:val="28"/>
        </w:rPr>
        <w:t>nauczyciela</w:t>
      </w:r>
      <w:proofErr w:type="spellEnd"/>
      <w:r w:rsidRPr="009F6E3C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8"/>
          <w:szCs w:val="28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8"/>
          <w:szCs w:val="28"/>
        </w:rPr>
        <w:t>pracownicy</w:t>
      </w:r>
      <w:proofErr w:type="spellEnd"/>
      <w:r w:rsidRPr="009F6E3C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8"/>
          <w:szCs w:val="28"/>
        </w:rPr>
        <w:t>niepedagogiczni</w:t>
      </w:r>
      <w:proofErr w:type="spellEnd"/>
    </w:p>
    <w:p w14:paraId="27760CBA" w14:textId="77777777" w:rsidR="00D631DC" w:rsidRPr="009F6E3C" w:rsidRDefault="00975E65" w:rsidP="00F42E26">
      <w:pPr>
        <w:pStyle w:val="Listapunktowana"/>
        <w:spacing w:after="0" w:line="36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wspierają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bezpieczeństwo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opiekę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organizację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codziennego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funkcjonowania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uczniów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>;</w:t>
      </w:r>
    </w:p>
    <w:p w14:paraId="76D2FC88" w14:textId="77777777" w:rsidR="00D631DC" w:rsidRPr="009F6E3C" w:rsidRDefault="00975E65" w:rsidP="00F42E26">
      <w:pPr>
        <w:pStyle w:val="Listapunktowana"/>
        <w:spacing w:after="0" w:line="36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reagują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na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zachowania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zagrażające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bezpieczeństwu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agresję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przemoc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oraz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przekazują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informacje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osobom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odpowiedzialnym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>;</w:t>
      </w:r>
    </w:p>
    <w:p w14:paraId="172ED9C1" w14:textId="77777777" w:rsidR="00D631DC" w:rsidRPr="009F6E3C" w:rsidRDefault="00975E65" w:rsidP="00F42E26">
      <w:pPr>
        <w:pStyle w:val="Listapunktowana"/>
        <w:spacing w:after="0" w:line="36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wzmacniają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kulturę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osobistą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zasady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obowiązujące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na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terenie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szkoły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>.</w:t>
      </w:r>
    </w:p>
    <w:p w14:paraId="7B648DC3" w14:textId="77777777" w:rsidR="00D631DC" w:rsidRPr="009F6E3C" w:rsidRDefault="00975E65" w:rsidP="00F42E26">
      <w:pPr>
        <w:pStyle w:val="Nagwek1"/>
        <w:spacing w:before="200" w:after="100"/>
        <w:jc w:val="both"/>
        <w:rPr>
          <w:rFonts w:ascii="Times New Roman" w:hAnsi="Times New Roman" w:cs="Times New Roman"/>
        </w:rPr>
      </w:pPr>
      <w:r w:rsidRPr="009F6E3C">
        <w:rPr>
          <w:rFonts w:ascii="Times New Roman" w:eastAsia="Arial" w:hAnsi="Times New Roman" w:cs="Times New Roman"/>
        </w:rPr>
        <w:t>IX. PODMIOTY WSPÓŁPRACUJĄCE ZE SZKOŁĄ</w:t>
      </w:r>
    </w:p>
    <w:p w14:paraId="5B9F6B13" w14:textId="77777777" w:rsidR="00D631DC" w:rsidRPr="009F6E3C" w:rsidRDefault="00975E65" w:rsidP="00F42E2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6E3C">
        <w:rPr>
          <w:rFonts w:ascii="Times New Roman" w:eastAsia="Arial" w:hAnsi="Times New Roman" w:cs="Times New Roman"/>
          <w:b/>
          <w:sz w:val="24"/>
          <w:szCs w:val="24"/>
        </w:rPr>
        <w:t>Poradnia</w:t>
      </w:r>
      <w:proofErr w:type="spellEnd"/>
      <w:r w:rsidRPr="009F6E3C">
        <w:rPr>
          <w:rFonts w:ascii="Times New Roman" w:eastAsia="Arial" w:hAnsi="Times New Roman" w:cs="Times New Roman"/>
          <w:b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b/>
          <w:sz w:val="24"/>
          <w:szCs w:val="24"/>
        </w:rPr>
        <w:t>Psychologiczno-Pedagogiczna</w:t>
      </w:r>
      <w:proofErr w:type="spellEnd"/>
      <w:r w:rsidRPr="009F6E3C">
        <w:rPr>
          <w:rFonts w:ascii="Times New Roman" w:eastAsia="Arial" w:hAnsi="Times New Roman" w:cs="Times New Roman"/>
          <w:b/>
          <w:sz w:val="24"/>
          <w:szCs w:val="24"/>
        </w:rPr>
        <w:t xml:space="preserve">: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diagnoza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konsultacje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realizacja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zaleceń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wsparcie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uczniów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rodziców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nauczycieli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warsztaty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szkolenia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>.</w:t>
      </w:r>
    </w:p>
    <w:p w14:paraId="0DDB8DD9" w14:textId="77777777" w:rsidR="00D631DC" w:rsidRPr="009F6E3C" w:rsidRDefault="00975E65" w:rsidP="00F42E2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6E3C">
        <w:rPr>
          <w:rFonts w:ascii="Times New Roman" w:eastAsia="Arial" w:hAnsi="Times New Roman" w:cs="Times New Roman"/>
          <w:b/>
          <w:sz w:val="24"/>
          <w:szCs w:val="24"/>
        </w:rPr>
        <w:t>Ośrodek</w:t>
      </w:r>
      <w:proofErr w:type="spellEnd"/>
      <w:r w:rsidRPr="009F6E3C">
        <w:rPr>
          <w:rFonts w:ascii="Times New Roman" w:eastAsia="Arial" w:hAnsi="Times New Roman" w:cs="Times New Roman"/>
          <w:b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b/>
          <w:sz w:val="24"/>
          <w:szCs w:val="24"/>
        </w:rPr>
        <w:t>Pomocy</w:t>
      </w:r>
      <w:proofErr w:type="spellEnd"/>
      <w:r w:rsidRPr="009F6E3C">
        <w:rPr>
          <w:rFonts w:ascii="Times New Roman" w:eastAsia="Arial" w:hAnsi="Times New Roman" w:cs="Times New Roman"/>
          <w:b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b/>
          <w:sz w:val="24"/>
          <w:szCs w:val="24"/>
        </w:rPr>
        <w:t>Społecznej</w:t>
      </w:r>
      <w:proofErr w:type="spellEnd"/>
      <w:r w:rsidRPr="009F6E3C">
        <w:rPr>
          <w:rFonts w:ascii="Times New Roman" w:eastAsia="Arial" w:hAnsi="Times New Roman" w:cs="Times New Roman"/>
          <w:b/>
          <w:sz w:val="24"/>
          <w:szCs w:val="24"/>
        </w:rPr>
        <w:t xml:space="preserve"> w </w:t>
      </w:r>
      <w:proofErr w:type="spellStart"/>
      <w:r w:rsidRPr="009F6E3C">
        <w:rPr>
          <w:rFonts w:ascii="Times New Roman" w:eastAsia="Arial" w:hAnsi="Times New Roman" w:cs="Times New Roman"/>
          <w:b/>
          <w:sz w:val="24"/>
          <w:szCs w:val="24"/>
        </w:rPr>
        <w:t>Jastrzębiu-Zdroju</w:t>
      </w:r>
      <w:proofErr w:type="spellEnd"/>
      <w:r w:rsidRPr="009F6E3C">
        <w:rPr>
          <w:rFonts w:ascii="Times New Roman" w:eastAsia="Arial" w:hAnsi="Times New Roman" w:cs="Times New Roman"/>
          <w:b/>
          <w:sz w:val="24"/>
          <w:szCs w:val="24"/>
        </w:rPr>
        <w:t xml:space="preserve">: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pomoc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rodzinom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konsultacje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F42E26">
        <w:rPr>
          <w:rFonts w:ascii="Times New Roman" w:eastAsia="Arial" w:hAnsi="Times New Roman" w:cs="Times New Roman"/>
          <w:sz w:val="24"/>
          <w:szCs w:val="24"/>
        </w:rPr>
        <w:br/>
      </w:r>
      <w:r w:rsidRPr="009F6E3C">
        <w:rPr>
          <w:rFonts w:ascii="Times New Roman" w:eastAsia="Arial" w:hAnsi="Times New Roman" w:cs="Times New Roman"/>
          <w:sz w:val="24"/>
          <w:szCs w:val="24"/>
        </w:rPr>
        <w:t xml:space="preserve">z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pracownikami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socjalnymi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asystentami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rodziny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współpraca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w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sytuacjach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kryzysowych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w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procedurach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dotyczących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przemocy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domowej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>.</w:t>
      </w:r>
    </w:p>
    <w:p w14:paraId="3ADD7E6C" w14:textId="77777777" w:rsidR="00D631DC" w:rsidRPr="009F6E3C" w:rsidRDefault="00975E65" w:rsidP="00F42E2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6E3C">
        <w:rPr>
          <w:rFonts w:ascii="Times New Roman" w:eastAsia="Arial" w:hAnsi="Times New Roman" w:cs="Times New Roman"/>
          <w:b/>
          <w:sz w:val="24"/>
          <w:szCs w:val="24"/>
        </w:rPr>
        <w:t>Policja</w:t>
      </w:r>
      <w:proofErr w:type="spellEnd"/>
      <w:r w:rsidRPr="009F6E3C">
        <w:rPr>
          <w:rFonts w:ascii="Times New Roman" w:eastAsia="Arial" w:hAnsi="Times New Roman" w:cs="Times New Roman"/>
          <w:b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b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b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b/>
          <w:sz w:val="24"/>
          <w:szCs w:val="24"/>
        </w:rPr>
        <w:t>Straż</w:t>
      </w:r>
      <w:proofErr w:type="spellEnd"/>
      <w:r w:rsidRPr="009F6E3C">
        <w:rPr>
          <w:rFonts w:ascii="Times New Roman" w:eastAsia="Arial" w:hAnsi="Times New Roman" w:cs="Times New Roman"/>
          <w:b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b/>
          <w:sz w:val="24"/>
          <w:szCs w:val="24"/>
        </w:rPr>
        <w:t>Miejska</w:t>
      </w:r>
      <w:proofErr w:type="spellEnd"/>
      <w:r w:rsidRPr="009F6E3C">
        <w:rPr>
          <w:rFonts w:ascii="Times New Roman" w:eastAsia="Arial" w:hAnsi="Times New Roman" w:cs="Times New Roman"/>
          <w:b/>
          <w:sz w:val="24"/>
          <w:szCs w:val="24"/>
        </w:rPr>
        <w:t xml:space="preserve">: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działania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profilaktyczne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cyberbezpieczeństwo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bezpieczeństwo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uczniów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konsultacje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interwencje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w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sytuacjach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wymagających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wsparcia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służb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>.</w:t>
      </w:r>
    </w:p>
    <w:p w14:paraId="5E47BEBD" w14:textId="77777777" w:rsidR="00D631DC" w:rsidRPr="009F6E3C" w:rsidRDefault="00975E65" w:rsidP="00F42E2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6E3C">
        <w:rPr>
          <w:rFonts w:ascii="Times New Roman" w:eastAsia="Arial" w:hAnsi="Times New Roman" w:cs="Times New Roman"/>
          <w:b/>
          <w:sz w:val="24"/>
          <w:szCs w:val="24"/>
        </w:rPr>
        <w:t>Urząd</w:t>
      </w:r>
      <w:proofErr w:type="spellEnd"/>
      <w:r w:rsidRPr="009F6E3C">
        <w:rPr>
          <w:rFonts w:ascii="Times New Roman" w:eastAsia="Arial" w:hAnsi="Times New Roman" w:cs="Times New Roman"/>
          <w:b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b/>
          <w:sz w:val="24"/>
          <w:szCs w:val="24"/>
        </w:rPr>
        <w:t>Miasta</w:t>
      </w:r>
      <w:proofErr w:type="spellEnd"/>
      <w:r w:rsidRPr="009F6E3C">
        <w:rPr>
          <w:rFonts w:ascii="Times New Roman" w:eastAsia="Arial" w:hAnsi="Times New Roman" w:cs="Times New Roman"/>
          <w:b/>
          <w:sz w:val="24"/>
          <w:szCs w:val="24"/>
        </w:rPr>
        <w:t xml:space="preserve"> Jastrzębie-</w:t>
      </w:r>
      <w:proofErr w:type="spellStart"/>
      <w:r w:rsidRPr="009F6E3C">
        <w:rPr>
          <w:rFonts w:ascii="Times New Roman" w:eastAsia="Arial" w:hAnsi="Times New Roman" w:cs="Times New Roman"/>
          <w:b/>
          <w:sz w:val="24"/>
          <w:szCs w:val="24"/>
        </w:rPr>
        <w:t>Zdrój</w:t>
      </w:r>
      <w:proofErr w:type="spellEnd"/>
      <w:r w:rsidRPr="009F6E3C">
        <w:rPr>
          <w:rFonts w:ascii="Times New Roman" w:eastAsia="Arial" w:hAnsi="Times New Roman" w:cs="Times New Roman"/>
          <w:b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b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b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b/>
          <w:sz w:val="24"/>
          <w:szCs w:val="24"/>
        </w:rPr>
        <w:t>Gminna</w:t>
      </w:r>
      <w:proofErr w:type="spellEnd"/>
      <w:r w:rsidRPr="009F6E3C">
        <w:rPr>
          <w:rFonts w:ascii="Times New Roman" w:eastAsia="Arial" w:hAnsi="Times New Roman" w:cs="Times New Roman"/>
          <w:b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b/>
          <w:sz w:val="24"/>
          <w:szCs w:val="24"/>
        </w:rPr>
        <w:t>Komisja</w:t>
      </w:r>
      <w:proofErr w:type="spellEnd"/>
      <w:r w:rsidRPr="009F6E3C">
        <w:rPr>
          <w:rFonts w:ascii="Times New Roman" w:eastAsia="Arial" w:hAnsi="Times New Roman" w:cs="Times New Roman"/>
          <w:b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b/>
          <w:sz w:val="24"/>
          <w:szCs w:val="24"/>
        </w:rPr>
        <w:t>Rozwiązywania</w:t>
      </w:r>
      <w:proofErr w:type="spellEnd"/>
      <w:r w:rsidRPr="009F6E3C">
        <w:rPr>
          <w:rFonts w:ascii="Times New Roman" w:eastAsia="Arial" w:hAnsi="Times New Roman" w:cs="Times New Roman"/>
          <w:b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b/>
          <w:sz w:val="24"/>
          <w:szCs w:val="24"/>
        </w:rPr>
        <w:t>Problemów</w:t>
      </w:r>
      <w:proofErr w:type="spellEnd"/>
      <w:r w:rsidRPr="009F6E3C">
        <w:rPr>
          <w:rFonts w:ascii="Times New Roman" w:eastAsia="Arial" w:hAnsi="Times New Roman" w:cs="Times New Roman"/>
          <w:b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b/>
          <w:sz w:val="24"/>
          <w:szCs w:val="24"/>
        </w:rPr>
        <w:t>Alkoholowych</w:t>
      </w:r>
      <w:proofErr w:type="spellEnd"/>
      <w:r w:rsidRPr="009F6E3C">
        <w:rPr>
          <w:rFonts w:ascii="Times New Roman" w:eastAsia="Arial" w:hAnsi="Times New Roman" w:cs="Times New Roman"/>
          <w:b/>
          <w:sz w:val="24"/>
          <w:szCs w:val="24"/>
        </w:rPr>
        <w:t xml:space="preserve">: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współpraca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przy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działaniach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profilaktycznych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dotyczących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uzależnień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zachowań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ryzykownych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w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tym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działań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wynikających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z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programu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miejskiego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na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lata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2025-2029.</w:t>
      </w:r>
    </w:p>
    <w:p w14:paraId="016D39C5" w14:textId="77777777" w:rsidR="00D631DC" w:rsidRPr="009F6E3C" w:rsidRDefault="00975E65" w:rsidP="00F42E2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6E3C">
        <w:rPr>
          <w:rFonts w:ascii="Times New Roman" w:eastAsia="Arial" w:hAnsi="Times New Roman" w:cs="Times New Roman"/>
          <w:b/>
          <w:sz w:val="24"/>
          <w:szCs w:val="24"/>
        </w:rPr>
        <w:lastRenderedPageBreak/>
        <w:t>Sąd</w:t>
      </w:r>
      <w:proofErr w:type="spellEnd"/>
      <w:r w:rsidRPr="009F6E3C">
        <w:rPr>
          <w:rFonts w:ascii="Times New Roman" w:eastAsia="Arial" w:hAnsi="Times New Roman" w:cs="Times New Roman"/>
          <w:b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b/>
          <w:sz w:val="24"/>
          <w:szCs w:val="24"/>
        </w:rPr>
        <w:t>Rejonowy</w:t>
      </w:r>
      <w:proofErr w:type="spellEnd"/>
      <w:r w:rsidRPr="009F6E3C">
        <w:rPr>
          <w:rFonts w:ascii="Times New Roman" w:eastAsia="Arial" w:hAnsi="Times New Roman" w:cs="Times New Roman"/>
          <w:b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b/>
          <w:sz w:val="24"/>
          <w:szCs w:val="24"/>
        </w:rPr>
        <w:t>kuratorzy</w:t>
      </w:r>
      <w:proofErr w:type="spellEnd"/>
      <w:r w:rsidRPr="009F6E3C">
        <w:rPr>
          <w:rFonts w:ascii="Times New Roman" w:eastAsia="Arial" w:hAnsi="Times New Roman" w:cs="Times New Roman"/>
          <w:b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b/>
          <w:sz w:val="24"/>
          <w:szCs w:val="24"/>
        </w:rPr>
        <w:t>sądowi</w:t>
      </w:r>
      <w:proofErr w:type="spellEnd"/>
      <w:r w:rsidRPr="009F6E3C">
        <w:rPr>
          <w:rFonts w:ascii="Times New Roman" w:eastAsia="Arial" w:hAnsi="Times New Roman" w:cs="Times New Roman"/>
          <w:b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b/>
          <w:sz w:val="24"/>
          <w:szCs w:val="24"/>
        </w:rPr>
        <w:t>Zespół</w:t>
      </w:r>
      <w:proofErr w:type="spellEnd"/>
      <w:r w:rsidRPr="009F6E3C">
        <w:rPr>
          <w:rFonts w:ascii="Times New Roman" w:eastAsia="Arial" w:hAnsi="Times New Roman" w:cs="Times New Roman"/>
          <w:b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b/>
          <w:sz w:val="24"/>
          <w:szCs w:val="24"/>
        </w:rPr>
        <w:t>Interdyscyplinarny</w:t>
      </w:r>
      <w:proofErr w:type="spellEnd"/>
      <w:r w:rsidRPr="009F6E3C">
        <w:rPr>
          <w:rFonts w:ascii="Times New Roman" w:eastAsia="Arial" w:hAnsi="Times New Roman" w:cs="Times New Roman"/>
          <w:b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b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b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b/>
          <w:sz w:val="24"/>
          <w:szCs w:val="24"/>
        </w:rPr>
        <w:t>Punkt</w:t>
      </w:r>
      <w:proofErr w:type="spellEnd"/>
      <w:r w:rsidRPr="009F6E3C">
        <w:rPr>
          <w:rFonts w:ascii="Times New Roman" w:eastAsia="Arial" w:hAnsi="Times New Roman" w:cs="Times New Roman"/>
          <w:b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b/>
          <w:sz w:val="24"/>
          <w:szCs w:val="24"/>
        </w:rPr>
        <w:t>Interwencji</w:t>
      </w:r>
      <w:proofErr w:type="spellEnd"/>
      <w:r w:rsidRPr="009F6E3C">
        <w:rPr>
          <w:rFonts w:ascii="Times New Roman" w:eastAsia="Arial" w:hAnsi="Times New Roman" w:cs="Times New Roman"/>
          <w:b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b/>
          <w:sz w:val="24"/>
          <w:szCs w:val="24"/>
        </w:rPr>
        <w:t>Kryzysowej</w:t>
      </w:r>
      <w:proofErr w:type="spellEnd"/>
      <w:r w:rsidRPr="009F6E3C">
        <w:rPr>
          <w:rFonts w:ascii="Times New Roman" w:eastAsia="Arial" w:hAnsi="Times New Roman" w:cs="Times New Roman"/>
          <w:b/>
          <w:sz w:val="24"/>
          <w:szCs w:val="24"/>
        </w:rPr>
        <w:t xml:space="preserve">: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współpraca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w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zakresie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ochrony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dziecka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sytuacji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rodzinnych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przemocy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zachowań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wymagających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interwencji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>.</w:t>
      </w:r>
    </w:p>
    <w:p w14:paraId="564DFDA0" w14:textId="77777777" w:rsidR="00D631DC" w:rsidRPr="009F6E3C" w:rsidRDefault="00975E65" w:rsidP="00F42E2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6E3C">
        <w:rPr>
          <w:rFonts w:ascii="Times New Roman" w:eastAsia="Arial" w:hAnsi="Times New Roman" w:cs="Times New Roman"/>
          <w:b/>
          <w:sz w:val="24"/>
          <w:szCs w:val="24"/>
        </w:rPr>
        <w:t>Miejska</w:t>
      </w:r>
      <w:proofErr w:type="spellEnd"/>
      <w:r w:rsidRPr="009F6E3C">
        <w:rPr>
          <w:rFonts w:ascii="Times New Roman" w:eastAsia="Arial" w:hAnsi="Times New Roman" w:cs="Times New Roman"/>
          <w:b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b/>
          <w:sz w:val="24"/>
          <w:szCs w:val="24"/>
        </w:rPr>
        <w:t>Biblioteka</w:t>
      </w:r>
      <w:proofErr w:type="spellEnd"/>
      <w:r w:rsidRPr="009F6E3C">
        <w:rPr>
          <w:rFonts w:ascii="Times New Roman" w:eastAsia="Arial" w:hAnsi="Times New Roman" w:cs="Times New Roman"/>
          <w:b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b/>
          <w:sz w:val="24"/>
          <w:szCs w:val="24"/>
        </w:rPr>
        <w:t>Publiczna</w:t>
      </w:r>
      <w:proofErr w:type="spellEnd"/>
      <w:r w:rsidRPr="009F6E3C">
        <w:rPr>
          <w:rFonts w:ascii="Times New Roman" w:eastAsia="Arial" w:hAnsi="Times New Roman" w:cs="Times New Roman"/>
          <w:b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b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b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b/>
          <w:sz w:val="24"/>
          <w:szCs w:val="24"/>
        </w:rPr>
        <w:t>Miejski</w:t>
      </w:r>
      <w:proofErr w:type="spellEnd"/>
      <w:r w:rsidRPr="009F6E3C">
        <w:rPr>
          <w:rFonts w:ascii="Times New Roman" w:eastAsia="Arial" w:hAnsi="Times New Roman" w:cs="Times New Roman"/>
          <w:b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b/>
          <w:sz w:val="24"/>
          <w:szCs w:val="24"/>
        </w:rPr>
        <w:t>Ośrodek</w:t>
      </w:r>
      <w:proofErr w:type="spellEnd"/>
      <w:r w:rsidRPr="009F6E3C">
        <w:rPr>
          <w:rFonts w:ascii="Times New Roman" w:eastAsia="Arial" w:hAnsi="Times New Roman" w:cs="Times New Roman"/>
          <w:b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b/>
          <w:sz w:val="24"/>
          <w:szCs w:val="24"/>
        </w:rPr>
        <w:t>Kultury</w:t>
      </w:r>
      <w:proofErr w:type="spellEnd"/>
      <w:r w:rsidRPr="009F6E3C">
        <w:rPr>
          <w:rFonts w:ascii="Times New Roman" w:eastAsia="Arial" w:hAnsi="Times New Roman" w:cs="Times New Roman"/>
          <w:b/>
          <w:sz w:val="24"/>
          <w:szCs w:val="24"/>
        </w:rPr>
        <w:t xml:space="preserve">: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rozwijanie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czytelnictwa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zainteresowań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uczestnictwa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w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kulturze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aktywności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off-line.</w:t>
      </w:r>
    </w:p>
    <w:p w14:paraId="0907D2C6" w14:textId="77777777" w:rsidR="00D631DC" w:rsidRPr="009F6E3C" w:rsidRDefault="00975E65" w:rsidP="00F42E2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6E3C">
        <w:rPr>
          <w:rFonts w:ascii="Times New Roman" w:eastAsia="Arial" w:hAnsi="Times New Roman" w:cs="Times New Roman"/>
          <w:b/>
          <w:sz w:val="24"/>
          <w:szCs w:val="24"/>
        </w:rPr>
        <w:t xml:space="preserve">OSP </w:t>
      </w:r>
      <w:proofErr w:type="spellStart"/>
      <w:r w:rsidRPr="009F6E3C">
        <w:rPr>
          <w:rFonts w:ascii="Times New Roman" w:eastAsia="Arial" w:hAnsi="Times New Roman" w:cs="Times New Roman"/>
          <w:b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b/>
          <w:sz w:val="24"/>
          <w:szCs w:val="24"/>
        </w:rPr>
        <w:t xml:space="preserve"> PSP: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edukacja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dla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bezpieczeństwa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profilaktyka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zagrożeń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zasady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postępowania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F42E26">
        <w:rPr>
          <w:rFonts w:ascii="Times New Roman" w:eastAsia="Arial" w:hAnsi="Times New Roman" w:cs="Times New Roman"/>
          <w:sz w:val="24"/>
          <w:szCs w:val="24"/>
        </w:rPr>
        <w:br/>
      </w:r>
      <w:r w:rsidRPr="009F6E3C">
        <w:rPr>
          <w:rFonts w:ascii="Times New Roman" w:eastAsia="Arial" w:hAnsi="Times New Roman" w:cs="Times New Roman"/>
          <w:sz w:val="24"/>
          <w:szCs w:val="24"/>
        </w:rPr>
        <w:t xml:space="preserve">w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sytuacjach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nadzwyczajnych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>.</w:t>
      </w:r>
    </w:p>
    <w:p w14:paraId="0C2DA73C" w14:textId="77777777" w:rsidR="00D631DC" w:rsidRPr="009F6E3C" w:rsidRDefault="00975E65" w:rsidP="00F42E2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6E3C">
        <w:rPr>
          <w:rFonts w:ascii="Times New Roman" w:eastAsia="Arial" w:hAnsi="Times New Roman" w:cs="Times New Roman"/>
          <w:b/>
          <w:sz w:val="24"/>
          <w:szCs w:val="24"/>
        </w:rPr>
        <w:t xml:space="preserve">PCK </w:t>
      </w:r>
      <w:proofErr w:type="spellStart"/>
      <w:r w:rsidRPr="009F6E3C">
        <w:rPr>
          <w:rFonts w:ascii="Times New Roman" w:eastAsia="Arial" w:hAnsi="Times New Roman" w:cs="Times New Roman"/>
          <w:b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b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b/>
          <w:sz w:val="24"/>
          <w:szCs w:val="24"/>
        </w:rPr>
        <w:t>inne</w:t>
      </w:r>
      <w:proofErr w:type="spellEnd"/>
      <w:r w:rsidRPr="009F6E3C">
        <w:rPr>
          <w:rFonts w:ascii="Times New Roman" w:eastAsia="Arial" w:hAnsi="Times New Roman" w:cs="Times New Roman"/>
          <w:b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b/>
          <w:sz w:val="24"/>
          <w:szCs w:val="24"/>
        </w:rPr>
        <w:t>organizacje</w:t>
      </w:r>
      <w:proofErr w:type="spellEnd"/>
      <w:r w:rsidRPr="009F6E3C">
        <w:rPr>
          <w:rFonts w:ascii="Times New Roman" w:eastAsia="Arial" w:hAnsi="Times New Roman" w:cs="Times New Roman"/>
          <w:b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b/>
          <w:sz w:val="24"/>
          <w:szCs w:val="24"/>
        </w:rPr>
        <w:t>społeczne</w:t>
      </w:r>
      <w:proofErr w:type="spellEnd"/>
      <w:r w:rsidRPr="009F6E3C">
        <w:rPr>
          <w:rFonts w:ascii="Times New Roman" w:eastAsia="Arial" w:hAnsi="Times New Roman" w:cs="Times New Roman"/>
          <w:b/>
          <w:sz w:val="24"/>
          <w:szCs w:val="24"/>
        </w:rPr>
        <w:t xml:space="preserve">: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wolontariat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akcje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charytatywne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edukacja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zdrowotna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F42E26">
        <w:rPr>
          <w:rFonts w:ascii="Times New Roman" w:eastAsia="Arial" w:hAnsi="Times New Roman" w:cs="Times New Roman"/>
          <w:sz w:val="24"/>
          <w:szCs w:val="24"/>
        </w:rPr>
        <w:br/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pierwsza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pomoc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>.</w:t>
      </w:r>
    </w:p>
    <w:p w14:paraId="4E757034" w14:textId="77777777" w:rsidR="00D631DC" w:rsidRPr="009F6E3C" w:rsidRDefault="00975E65" w:rsidP="00F42E2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6E3C">
        <w:rPr>
          <w:rFonts w:ascii="Times New Roman" w:eastAsia="Arial" w:hAnsi="Times New Roman" w:cs="Times New Roman"/>
          <w:b/>
          <w:sz w:val="24"/>
          <w:szCs w:val="24"/>
        </w:rPr>
        <w:t>Szkoły</w:t>
      </w:r>
      <w:proofErr w:type="spellEnd"/>
      <w:r w:rsidRPr="009F6E3C">
        <w:rPr>
          <w:rFonts w:ascii="Times New Roman" w:eastAsia="Arial" w:hAnsi="Times New Roman" w:cs="Times New Roman"/>
          <w:b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b/>
          <w:sz w:val="24"/>
          <w:szCs w:val="24"/>
        </w:rPr>
        <w:t>przedszkola</w:t>
      </w:r>
      <w:proofErr w:type="spellEnd"/>
      <w:r w:rsidRPr="009F6E3C">
        <w:rPr>
          <w:rFonts w:ascii="Times New Roman" w:eastAsia="Arial" w:hAnsi="Times New Roman" w:cs="Times New Roman"/>
          <w:b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b/>
          <w:sz w:val="24"/>
          <w:szCs w:val="24"/>
        </w:rPr>
        <w:t>parafie</w:t>
      </w:r>
      <w:proofErr w:type="spellEnd"/>
      <w:r w:rsidRPr="009F6E3C">
        <w:rPr>
          <w:rFonts w:ascii="Times New Roman" w:eastAsia="Arial" w:hAnsi="Times New Roman" w:cs="Times New Roman"/>
          <w:b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b/>
          <w:sz w:val="24"/>
          <w:szCs w:val="24"/>
        </w:rPr>
        <w:t>oraz</w:t>
      </w:r>
      <w:proofErr w:type="spellEnd"/>
      <w:r w:rsidRPr="009F6E3C">
        <w:rPr>
          <w:rFonts w:ascii="Times New Roman" w:eastAsia="Arial" w:hAnsi="Times New Roman" w:cs="Times New Roman"/>
          <w:b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b/>
          <w:sz w:val="24"/>
          <w:szCs w:val="24"/>
        </w:rPr>
        <w:t>inne</w:t>
      </w:r>
      <w:proofErr w:type="spellEnd"/>
      <w:r w:rsidRPr="009F6E3C">
        <w:rPr>
          <w:rFonts w:ascii="Times New Roman" w:eastAsia="Arial" w:hAnsi="Times New Roman" w:cs="Times New Roman"/>
          <w:b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b/>
          <w:sz w:val="24"/>
          <w:szCs w:val="24"/>
        </w:rPr>
        <w:t>instytucje</w:t>
      </w:r>
      <w:proofErr w:type="spellEnd"/>
      <w:r w:rsidRPr="009F6E3C">
        <w:rPr>
          <w:rFonts w:ascii="Times New Roman" w:eastAsia="Arial" w:hAnsi="Times New Roman" w:cs="Times New Roman"/>
          <w:b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b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b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b/>
          <w:sz w:val="24"/>
          <w:szCs w:val="24"/>
        </w:rPr>
        <w:t>organizacje</w:t>
      </w:r>
      <w:proofErr w:type="spellEnd"/>
      <w:r w:rsidRPr="009F6E3C">
        <w:rPr>
          <w:rFonts w:ascii="Times New Roman" w:eastAsia="Arial" w:hAnsi="Times New Roman" w:cs="Times New Roman"/>
          <w:b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b/>
          <w:sz w:val="24"/>
          <w:szCs w:val="24"/>
        </w:rPr>
        <w:t>środowiska</w:t>
      </w:r>
      <w:proofErr w:type="spellEnd"/>
      <w:r w:rsidRPr="009F6E3C">
        <w:rPr>
          <w:rFonts w:ascii="Times New Roman" w:eastAsia="Arial" w:hAnsi="Times New Roman" w:cs="Times New Roman"/>
          <w:b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b/>
          <w:sz w:val="24"/>
          <w:szCs w:val="24"/>
        </w:rPr>
        <w:t>lokalnego</w:t>
      </w:r>
      <w:proofErr w:type="spellEnd"/>
      <w:r w:rsidRPr="009F6E3C">
        <w:rPr>
          <w:rFonts w:ascii="Times New Roman" w:eastAsia="Arial" w:hAnsi="Times New Roman" w:cs="Times New Roman"/>
          <w:b/>
          <w:sz w:val="24"/>
          <w:szCs w:val="24"/>
        </w:rPr>
        <w:t xml:space="preserve">: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działania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integracyjne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patriotyczne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społeczne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kulturalne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charytatywne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zgodnie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z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potrzebami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szkoły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F42E26">
        <w:rPr>
          <w:rFonts w:ascii="Times New Roman" w:eastAsia="Arial" w:hAnsi="Times New Roman" w:cs="Times New Roman"/>
          <w:sz w:val="24"/>
          <w:szCs w:val="24"/>
        </w:rPr>
        <w:br/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zasadą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dobrowolności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udziału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uczniów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w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działaniach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o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charakterze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religijnym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>.</w:t>
      </w:r>
    </w:p>
    <w:p w14:paraId="0A5E58B4" w14:textId="77777777" w:rsidR="00D631DC" w:rsidRPr="009F6E3C" w:rsidRDefault="00975E65" w:rsidP="00F42E26">
      <w:pPr>
        <w:pStyle w:val="Nagwek2"/>
        <w:spacing w:before="140" w:after="100"/>
        <w:jc w:val="both"/>
        <w:rPr>
          <w:rFonts w:ascii="Times New Roman" w:hAnsi="Times New Roman" w:cs="Times New Roman"/>
        </w:rPr>
      </w:pPr>
      <w:r w:rsidRPr="009F6E3C">
        <w:rPr>
          <w:rFonts w:ascii="Times New Roman" w:eastAsia="Arial" w:hAnsi="Times New Roman" w:cs="Times New Roman"/>
          <w:sz w:val="24"/>
        </w:rPr>
        <w:t xml:space="preserve">Plan </w:t>
      </w:r>
      <w:proofErr w:type="spellStart"/>
      <w:r w:rsidRPr="009F6E3C">
        <w:rPr>
          <w:rFonts w:ascii="Times New Roman" w:eastAsia="Arial" w:hAnsi="Times New Roman" w:cs="Times New Roman"/>
          <w:sz w:val="24"/>
        </w:rPr>
        <w:t>wdrażania</w:t>
      </w:r>
      <w:proofErr w:type="spellEnd"/>
      <w:r w:rsidRPr="009F6E3C">
        <w:rPr>
          <w:rFonts w:ascii="Times New Roman" w:eastAsia="Arial" w:hAnsi="Times New Roman" w:cs="Times New Roman"/>
          <w:sz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</w:rPr>
        <w:t>programu</w:t>
      </w:r>
      <w:proofErr w:type="spellEnd"/>
      <w:r w:rsidRPr="009F6E3C">
        <w:rPr>
          <w:rFonts w:ascii="Times New Roman" w:eastAsia="Arial" w:hAnsi="Times New Roman" w:cs="Times New Roman"/>
          <w:sz w:val="24"/>
        </w:rPr>
        <w:t xml:space="preserve"> w </w:t>
      </w:r>
      <w:proofErr w:type="spellStart"/>
      <w:r w:rsidRPr="009F6E3C">
        <w:rPr>
          <w:rFonts w:ascii="Times New Roman" w:eastAsia="Arial" w:hAnsi="Times New Roman" w:cs="Times New Roman"/>
          <w:sz w:val="24"/>
        </w:rPr>
        <w:t>okresie</w:t>
      </w:r>
      <w:proofErr w:type="spellEnd"/>
      <w:r w:rsidRPr="009F6E3C">
        <w:rPr>
          <w:rFonts w:ascii="Times New Roman" w:eastAsia="Arial" w:hAnsi="Times New Roman" w:cs="Times New Roman"/>
          <w:sz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</w:rPr>
        <w:t>trzech</w:t>
      </w:r>
      <w:proofErr w:type="spellEnd"/>
      <w:r w:rsidRPr="009F6E3C">
        <w:rPr>
          <w:rFonts w:ascii="Times New Roman" w:eastAsia="Arial" w:hAnsi="Times New Roman" w:cs="Times New Roman"/>
          <w:sz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</w:rPr>
        <w:t>lat</w:t>
      </w:r>
      <w:proofErr w:type="spellEnd"/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14"/>
        <w:gridCol w:w="7711"/>
      </w:tblGrid>
      <w:tr w:rsidR="00D631DC" w:rsidRPr="009F6E3C" w14:paraId="05249601" w14:textId="77777777">
        <w:trPr>
          <w:cantSplit/>
          <w:tblHeader/>
          <w:jc w:val="center"/>
        </w:trPr>
        <w:tc>
          <w:tcPr>
            <w:tcW w:w="1814" w:type="dxa"/>
            <w:shd w:val="clear" w:color="auto" w:fill="E7E6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07DB4C0" w14:textId="77777777" w:rsidR="00D631DC" w:rsidRPr="009F6E3C" w:rsidRDefault="00975E65" w:rsidP="00131BD2">
            <w:pPr>
              <w:jc w:val="center"/>
              <w:rPr>
                <w:rFonts w:ascii="Times New Roman" w:hAnsi="Times New Roman" w:cs="Times New Roman"/>
              </w:rPr>
            </w:pPr>
            <w:r w:rsidRPr="009F6E3C">
              <w:rPr>
                <w:rFonts w:ascii="Times New Roman" w:eastAsia="Arial" w:hAnsi="Times New Roman" w:cs="Times New Roman"/>
                <w:b/>
                <w:sz w:val="18"/>
              </w:rPr>
              <w:t xml:space="preserve">Rok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18"/>
              </w:rPr>
              <w:t>szkolny</w:t>
            </w:r>
            <w:proofErr w:type="spellEnd"/>
          </w:p>
        </w:tc>
        <w:tc>
          <w:tcPr>
            <w:tcW w:w="7711" w:type="dxa"/>
            <w:shd w:val="clear" w:color="auto" w:fill="E7E6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18C0EE7" w14:textId="77777777" w:rsidR="00D631DC" w:rsidRPr="009F6E3C" w:rsidRDefault="00975E65" w:rsidP="00131BD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18"/>
              </w:rPr>
              <w:t>Główne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18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18"/>
              </w:rPr>
              <w:t>akcenty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18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18"/>
              </w:rPr>
              <w:t>realizacji</w:t>
            </w:r>
            <w:proofErr w:type="spellEnd"/>
          </w:p>
        </w:tc>
      </w:tr>
      <w:tr w:rsidR="00D631DC" w:rsidRPr="009F6E3C" w14:paraId="585406B1" w14:textId="77777777" w:rsidTr="00131BD2">
        <w:trPr>
          <w:cantSplit/>
          <w:jc w:val="center"/>
        </w:trPr>
        <w:tc>
          <w:tcPr>
            <w:tcW w:w="181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79B4EEC" w14:textId="77777777" w:rsidR="00D631DC" w:rsidRPr="009F6E3C" w:rsidRDefault="00975E65" w:rsidP="00131BD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2026/2027</w:t>
            </w:r>
          </w:p>
        </w:tc>
        <w:tc>
          <w:tcPr>
            <w:tcW w:w="7711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C2F942B" w14:textId="77777777" w:rsidR="00D631DC" w:rsidRPr="009F6E3C" w:rsidRDefault="00975E65" w:rsidP="00F42E2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hAnsi="Times New Roman" w:cs="Times New Roman"/>
                <w:sz w:val="24"/>
                <w:szCs w:val="24"/>
              </w:rPr>
              <w:t>Diagnoza</w:t>
            </w:r>
            <w:proofErr w:type="spellEnd"/>
            <w:r w:rsidRPr="009F6E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hAnsi="Times New Roman" w:cs="Times New Roman"/>
                <w:sz w:val="24"/>
                <w:szCs w:val="24"/>
              </w:rPr>
              <w:t>wyjściowa</w:t>
            </w:r>
            <w:proofErr w:type="spellEnd"/>
            <w:r w:rsidRPr="009F6E3C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9F6E3C">
              <w:rPr>
                <w:rFonts w:ascii="Times New Roman" w:hAnsi="Times New Roman" w:cs="Times New Roman"/>
                <w:sz w:val="24"/>
                <w:szCs w:val="24"/>
              </w:rPr>
              <w:t>intensyfikacja</w:t>
            </w:r>
            <w:proofErr w:type="spellEnd"/>
            <w:r w:rsidRPr="009F6E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hAnsi="Times New Roman" w:cs="Times New Roman"/>
                <w:sz w:val="24"/>
                <w:szCs w:val="24"/>
              </w:rPr>
              <w:t>działań</w:t>
            </w:r>
            <w:proofErr w:type="spellEnd"/>
            <w:r w:rsidRPr="009F6E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hAnsi="Times New Roman" w:cs="Times New Roman"/>
                <w:sz w:val="24"/>
                <w:szCs w:val="24"/>
              </w:rPr>
              <w:t>dotyczących</w:t>
            </w:r>
            <w:proofErr w:type="spellEnd"/>
            <w:r w:rsidRPr="009F6E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hAnsi="Times New Roman" w:cs="Times New Roman"/>
                <w:sz w:val="24"/>
                <w:szCs w:val="24"/>
              </w:rPr>
              <w:t>pozytywnych</w:t>
            </w:r>
            <w:proofErr w:type="spellEnd"/>
            <w:r w:rsidRPr="009F6E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hAnsi="Times New Roman" w:cs="Times New Roman"/>
                <w:sz w:val="24"/>
                <w:szCs w:val="24"/>
              </w:rPr>
              <w:t>relacji</w:t>
            </w:r>
            <w:proofErr w:type="spellEnd"/>
            <w:r w:rsidRPr="009F6E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hAnsi="Times New Roman" w:cs="Times New Roman"/>
                <w:sz w:val="24"/>
                <w:szCs w:val="24"/>
              </w:rPr>
              <w:t>rówieśniczych</w:t>
            </w:r>
            <w:proofErr w:type="spellEnd"/>
            <w:r w:rsidRPr="009F6E3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hAnsi="Times New Roman" w:cs="Times New Roman"/>
                <w:sz w:val="24"/>
                <w:szCs w:val="24"/>
              </w:rPr>
              <w:t>szacunku</w:t>
            </w:r>
            <w:proofErr w:type="spellEnd"/>
            <w:r w:rsidRPr="009F6E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hAnsi="Times New Roman" w:cs="Times New Roman"/>
                <w:sz w:val="24"/>
                <w:szCs w:val="24"/>
              </w:rPr>
              <w:t>kultury</w:t>
            </w:r>
            <w:proofErr w:type="spellEnd"/>
            <w:r w:rsidRPr="009F6E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hAnsi="Times New Roman" w:cs="Times New Roman"/>
                <w:sz w:val="24"/>
                <w:szCs w:val="24"/>
              </w:rPr>
              <w:t>słowa</w:t>
            </w:r>
            <w:proofErr w:type="spellEnd"/>
            <w:r w:rsidRPr="009F6E3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hAnsi="Times New Roman" w:cs="Times New Roman"/>
                <w:sz w:val="24"/>
                <w:szCs w:val="24"/>
              </w:rPr>
              <w:t>agresji</w:t>
            </w:r>
            <w:proofErr w:type="spellEnd"/>
            <w:r w:rsidRPr="009F6E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hAnsi="Times New Roman" w:cs="Times New Roman"/>
                <w:sz w:val="24"/>
                <w:szCs w:val="24"/>
              </w:rPr>
              <w:t>słownej</w:t>
            </w:r>
            <w:proofErr w:type="spellEnd"/>
            <w:r w:rsidRPr="009F6E3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hAnsi="Times New Roman" w:cs="Times New Roman"/>
                <w:sz w:val="24"/>
                <w:szCs w:val="24"/>
              </w:rPr>
              <w:t>pojedynczych</w:t>
            </w:r>
            <w:proofErr w:type="spellEnd"/>
            <w:r w:rsidRPr="009F6E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hAnsi="Times New Roman" w:cs="Times New Roman"/>
                <w:sz w:val="24"/>
                <w:szCs w:val="24"/>
              </w:rPr>
              <w:t>przypadków</w:t>
            </w:r>
            <w:proofErr w:type="spellEnd"/>
            <w:r w:rsidRPr="009F6E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hAnsi="Times New Roman" w:cs="Times New Roman"/>
                <w:sz w:val="24"/>
                <w:szCs w:val="24"/>
              </w:rPr>
              <w:t>agresji</w:t>
            </w:r>
            <w:proofErr w:type="spellEnd"/>
            <w:r w:rsidRPr="009F6E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hAnsi="Times New Roman" w:cs="Times New Roman"/>
                <w:sz w:val="24"/>
                <w:szCs w:val="24"/>
              </w:rPr>
              <w:t>fizycznej</w:t>
            </w:r>
            <w:proofErr w:type="spellEnd"/>
            <w:r w:rsidRPr="009F6E3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hAnsi="Times New Roman" w:cs="Times New Roman"/>
                <w:sz w:val="24"/>
                <w:szCs w:val="24"/>
              </w:rPr>
              <w:t>przemocy</w:t>
            </w:r>
            <w:proofErr w:type="spellEnd"/>
            <w:r w:rsidRPr="009F6E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hAnsi="Times New Roman" w:cs="Times New Roman"/>
                <w:sz w:val="24"/>
                <w:szCs w:val="24"/>
              </w:rPr>
              <w:t>emocjonalnej</w:t>
            </w:r>
            <w:proofErr w:type="spellEnd"/>
            <w:r w:rsidRPr="009F6E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hAnsi="Times New Roman" w:cs="Times New Roman"/>
                <w:sz w:val="24"/>
                <w:szCs w:val="24"/>
              </w:rPr>
              <w:t>psychicznej</w:t>
            </w:r>
            <w:proofErr w:type="spellEnd"/>
            <w:r w:rsidRPr="009F6E3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hAnsi="Times New Roman" w:cs="Times New Roman"/>
                <w:sz w:val="24"/>
                <w:szCs w:val="24"/>
              </w:rPr>
              <w:t>cyberprzemocy</w:t>
            </w:r>
            <w:proofErr w:type="spellEnd"/>
            <w:r w:rsidRPr="009F6E3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hAnsi="Times New Roman" w:cs="Times New Roman"/>
                <w:sz w:val="24"/>
                <w:szCs w:val="24"/>
              </w:rPr>
              <w:t>reagowania</w:t>
            </w:r>
            <w:proofErr w:type="spellEnd"/>
            <w:r w:rsidRPr="009F6E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proofErr w:type="spellEnd"/>
            <w:r w:rsidRPr="009F6E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hAnsi="Times New Roman" w:cs="Times New Roman"/>
                <w:sz w:val="24"/>
                <w:szCs w:val="24"/>
              </w:rPr>
              <w:t>dokuczanie</w:t>
            </w:r>
            <w:proofErr w:type="spellEnd"/>
            <w:r w:rsidRPr="009F6E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hAnsi="Times New Roman" w:cs="Times New Roman"/>
                <w:sz w:val="24"/>
                <w:szCs w:val="24"/>
              </w:rPr>
              <w:t>młodszym</w:t>
            </w:r>
            <w:proofErr w:type="spellEnd"/>
            <w:r w:rsidRPr="009F6E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hAnsi="Times New Roman" w:cs="Times New Roman"/>
                <w:sz w:val="24"/>
                <w:szCs w:val="24"/>
              </w:rPr>
              <w:t>uczniom</w:t>
            </w:r>
            <w:proofErr w:type="spellEnd"/>
            <w:r w:rsidRPr="009F6E3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hAnsi="Times New Roman" w:cs="Times New Roman"/>
                <w:sz w:val="24"/>
                <w:szCs w:val="24"/>
              </w:rPr>
              <w:t>higieny</w:t>
            </w:r>
            <w:proofErr w:type="spellEnd"/>
            <w:r w:rsidRPr="009F6E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hAnsi="Times New Roman" w:cs="Times New Roman"/>
                <w:sz w:val="24"/>
                <w:szCs w:val="24"/>
              </w:rPr>
              <w:t>cyfrowej</w:t>
            </w:r>
            <w:proofErr w:type="spellEnd"/>
            <w:r w:rsidRPr="009F6E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hAnsi="Times New Roman" w:cs="Times New Roman"/>
                <w:sz w:val="24"/>
                <w:szCs w:val="24"/>
              </w:rPr>
              <w:t>problemowego</w:t>
            </w:r>
            <w:proofErr w:type="spellEnd"/>
            <w:r w:rsidRPr="009F6E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hAnsi="Times New Roman" w:cs="Times New Roman"/>
                <w:sz w:val="24"/>
                <w:szCs w:val="24"/>
              </w:rPr>
              <w:t>korzystania</w:t>
            </w:r>
            <w:proofErr w:type="spellEnd"/>
            <w:r w:rsidRPr="009F6E3C">
              <w:rPr>
                <w:rFonts w:ascii="Times New Roman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9F6E3C">
              <w:rPr>
                <w:rFonts w:ascii="Times New Roman" w:hAnsi="Times New Roman" w:cs="Times New Roman"/>
                <w:sz w:val="24"/>
                <w:szCs w:val="24"/>
              </w:rPr>
              <w:t>telefonów</w:t>
            </w:r>
            <w:proofErr w:type="spellEnd"/>
            <w:r w:rsidRPr="009F6E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hAnsi="Times New Roman" w:cs="Times New Roman"/>
                <w:sz w:val="24"/>
                <w:szCs w:val="24"/>
              </w:rPr>
              <w:t>oraz</w:t>
            </w:r>
            <w:proofErr w:type="spellEnd"/>
            <w:r w:rsidRPr="009F6E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hAnsi="Times New Roman" w:cs="Times New Roman"/>
                <w:sz w:val="24"/>
                <w:szCs w:val="24"/>
              </w:rPr>
              <w:t>Internetu</w:t>
            </w:r>
            <w:proofErr w:type="spellEnd"/>
            <w:r w:rsidRPr="009F6E3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F6E3C">
              <w:rPr>
                <w:rFonts w:ascii="Times New Roman" w:hAnsi="Times New Roman" w:cs="Times New Roman"/>
                <w:sz w:val="24"/>
                <w:szCs w:val="24"/>
              </w:rPr>
              <w:t>Rozwijanie</w:t>
            </w:r>
            <w:proofErr w:type="spellEnd"/>
            <w:r w:rsidRPr="009F6E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hAnsi="Times New Roman" w:cs="Times New Roman"/>
                <w:sz w:val="24"/>
                <w:szCs w:val="24"/>
              </w:rPr>
              <w:t>umiejętności</w:t>
            </w:r>
            <w:proofErr w:type="spellEnd"/>
            <w:r w:rsidRPr="009F6E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hAnsi="Times New Roman" w:cs="Times New Roman"/>
                <w:sz w:val="24"/>
                <w:szCs w:val="24"/>
              </w:rPr>
              <w:t>radzenia</w:t>
            </w:r>
            <w:proofErr w:type="spellEnd"/>
            <w:r w:rsidRPr="009F6E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hAnsi="Times New Roman" w:cs="Times New Roman"/>
                <w:sz w:val="24"/>
                <w:szCs w:val="24"/>
              </w:rPr>
              <w:t>sobie</w:t>
            </w:r>
            <w:proofErr w:type="spellEnd"/>
            <w:r w:rsidRPr="009F6E3C">
              <w:rPr>
                <w:rFonts w:ascii="Times New Roman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9F6E3C">
              <w:rPr>
                <w:rFonts w:ascii="Times New Roman" w:hAnsi="Times New Roman" w:cs="Times New Roman"/>
                <w:sz w:val="24"/>
                <w:szCs w:val="24"/>
              </w:rPr>
              <w:t>emocjami</w:t>
            </w:r>
            <w:proofErr w:type="spellEnd"/>
            <w:r w:rsidRPr="009F6E3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hAnsi="Times New Roman" w:cs="Times New Roman"/>
                <w:sz w:val="24"/>
                <w:szCs w:val="24"/>
              </w:rPr>
              <w:t>stresem</w:t>
            </w:r>
            <w:proofErr w:type="spellEnd"/>
            <w:r w:rsidRPr="009F6E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hAnsi="Times New Roman" w:cs="Times New Roman"/>
                <w:sz w:val="24"/>
                <w:szCs w:val="24"/>
              </w:rPr>
              <w:t>presją</w:t>
            </w:r>
            <w:proofErr w:type="spellEnd"/>
            <w:r w:rsidRPr="009F6E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hAnsi="Times New Roman" w:cs="Times New Roman"/>
                <w:sz w:val="24"/>
                <w:szCs w:val="24"/>
              </w:rPr>
              <w:t>rówieśniczą</w:t>
            </w:r>
            <w:proofErr w:type="spellEnd"/>
            <w:r w:rsidRPr="009F6E3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F6E3C">
              <w:rPr>
                <w:rFonts w:ascii="Times New Roman" w:hAnsi="Times New Roman" w:cs="Times New Roman"/>
                <w:sz w:val="24"/>
                <w:szCs w:val="24"/>
              </w:rPr>
              <w:t>Kontynuowanie</w:t>
            </w:r>
            <w:proofErr w:type="spellEnd"/>
            <w:r w:rsidRPr="009F6E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hAnsi="Times New Roman" w:cs="Times New Roman"/>
                <w:sz w:val="24"/>
                <w:szCs w:val="24"/>
              </w:rPr>
              <w:t>profilaktyki</w:t>
            </w:r>
            <w:proofErr w:type="spellEnd"/>
            <w:r w:rsidRPr="009F6E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hAnsi="Times New Roman" w:cs="Times New Roman"/>
                <w:sz w:val="24"/>
                <w:szCs w:val="24"/>
              </w:rPr>
              <w:t>nikotynowej</w:t>
            </w:r>
            <w:proofErr w:type="spellEnd"/>
            <w:r w:rsidRPr="009F6E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hAnsi="Times New Roman" w:cs="Times New Roman"/>
                <w:sz w:val="24"/>
                <w:szCs w:val="24"/>
              </w:rPr>
              <w:t>oraz</w:t>
            </w:r>
            <w:proofErr w:type="spellEnd"/>
            <w:r w:rsidRPr="009F6E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hAnsi="Times New Roman" w:cs="Times New Roman"/>
                <w:sz w:val="24"/>
                <w:szCs w:val="24"/>
              </w:rPr>
              <w:t>współpracy</w:t>
            </w:r>
            <w:proofErr w:type="spellEnd"/>
            <w:r w:rsidRPr="009F6E3C">
              <w:rPr>
                <w:rFonts w:ascii="Times New Roman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9F6E3C">
              <w:rPr>
                <w:rFonts w:ascii="Times New Roman" w:hAnsi="Times New Roman" w:cs="Times New Roman"/>
                <w:sz w:val="24"/>
                <w:szCs w:val="24"/>
              </w:rPr>
              <w:t>rodzicami</w:t>
            </w:r>
            <w:proofErr w:type="spellEnd"/>
            <w:r w:rsidRPr="009F6E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42E2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F6E3C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hAnsi="Times New Roman" w:cs="Times New Roman"/>
                <w:sz w:val="24"/>
                <w:szCs w:val="24"/>
              </w:rPr>
              <w:t>instytucjami</w:t>
            </w:r>
            <w:proofErr w:type="spellEnd"/>
            <w:r w:rsidRPr="009F6E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hAnsi="Times New Roman" w:cs="Times New Roman"/>
                <w:sz w:val="24"/>
                <w:szCs w:val="24"/>
              </w:rPr>
              <w:t>wspierającymi</w:t>
            </w:r>
            <w:proofErr w:type="spellEnd"/>
            <w:r w:rsidRPr="009F6E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hAnsi="Times New Roman" w:cs="Times New Roman"/>
                <w:sz w:val="24"/>
                <w:szCs w:val="24"/>
              </w:rPr>
              <w:t>szkołę</w:t>
            </w:r>
            <w:proofErr w:type="spellEnd"/>
            <w:r w:rsidRPr="009F6E3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F6E3C">
              <w:rPr>
                <w:rFonts w:ascii="Times New Roman" w:hAnsi="Times New Roman" w:cs="Times New Roman"/>
                <w:sz w:val="24"/>
                <w:szCs w:val="24"/>
              </w:rPr>
              <w:t>Realizacja</w:t>
            </w:r>
            <w:proofErr w:type="spellEnd"/>
            <w:r w:rsidRPr="009F6E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hAnsi="Times New Roman" w:cs="Times New Roman"/>
                <w:sz w:val="24"/>
                <w:szCs w:val="24"/>
              </w:rPr>
              <w:t>kierunków</w:t>
            </w:r>
            <w:proofErr w:type="spellEnd"/>
            <w:r w:rsidRPr="009F6E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hAnsi="Times New Roman" w:cs="Times New Roman"/>
                <w:sz w:val="24"/>
                <w:szCs w:val="24"/>
              </w:rPr>
              <w:t>polityki</w:t>
            </w:r>
            <w:proofErr w:type="spellEnd"/>
            <w:r w:rsidRPr="009F6E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hAnsi="Times New Roman" w:cs="Times New Roman"/>
                <w:sz w:val="24"/>
                <w:szCs w:val="24"/>
              </w:rPr>
              <w:t>oświatowej</w:t>
            </w:r>
            <w:proofErr w:type="spellEnd"/>
            <w:r w:rsidRPr="009F6E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hAnsi="Times New Roman" w:cs="Times New Roman"/>
                <w:sz w:val="24"/>
                <w:szCs w:val="24"/>
              </w:rPr>
              <w:t>państwa</w:t>
            </w:r>
            <w:proofErr w:type="spellEnd"/>
            <w:r w:rsidRPr="009F6E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proofErr w:type="spellEnd"/>
            <w:r w:rsidRPr="009F6E3C">
              <w:rPr>
                <w:rFonts w:ascii="Times New Roman" w:hAnsi="Times New Roman" w:cs="Times New Roman"/>
                <w:sz w:val="24"/>
                <w:szCs w:val="24"/>
              </w:rPr>
              <w:t xml:space="preserve"> 2026/2027.</w:t>
            </w:r>
          </w:p>
        </w:tc>
      </w:tr>
      <w:tr w:rsidR="00D631DC" w:rsidRPr="009F6E3C" w14:paraId="0047112F" w14:textId="77777777" w:rsidTr="00131BD2">
        <w:trPr>
          <w:cantSplit/>
          <w:jc w:val="center"/>
        </w:trPr>
        <w:tc>
          <w:tcPr>
            <w:tcW w:w="181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A91A2AC" w14:textId="77777777" w:rsidR="00D631DC" w:rsidRPr="009F6E3C" w:rsidRDefault="00975E65" w:rsidP="00131BD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2027/2028</w:t>
            </w:r>
          </w:p>
        </w:tc>
        <w:tc>
          <w:tcPr>
            <w:tcW w:w="7711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01A6951" w14:textId="77777777" w:rsidR="00D631DC" w:rsidRPr="009F6E3C" w:rsidRDefault="00975E65" w:rsidP="00F42E2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Coroczna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diagnoza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aktualizacja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programu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Ocena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skuteczności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działań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wdrożonych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pierwszym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roku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utrzymanie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działań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skutecznych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modyfikacja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nieskutecznych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oraz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uwzględnienie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kierunków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MEN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2027/2028.</w:t>
            </w:r>
          </w:p>
        </w:tc>
      </w:tr>
      <w:tr w:rsidR="00D631DC" w:rsidRPr="009F6E3C" w14:paraId="686AA715" w14:textId="77777777" w:rsidTr="00131BD2">
        <w:trPr>
          <w:cantSplit/>
          <w:jc w:val="center"/>
        </w:trPr>
        <w:tc>
          <w:tcPr>
            <w:tcW w:w="181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16AF9DD" w14:textId="77777777" w:rsidR="00D631DC" w:rsidRPr="009F6E3C" w:rsidRDefault="00975E65" w:rsidP="00131BD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2028/2029</w:t>
            </w:r>
          </w:p>
        </w:tc>
        <w:tc>
          <w:tcPr>
            <w:tcW w:w="7711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0005932" w14:textId="77777777" w:rsidR="00D631DC" w:rsidRPr="009F6E3C" w:rsidRDefault="00975E65" w:rsidP="00F42E2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Coroczna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diagnoza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aktualizacja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Utrwalenie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zmian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kulturze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szkoły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relacjach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nawykach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cyfrowych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podsumowanie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trzyletniego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cyklu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oraz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sformułowanie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rekomendacji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do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kolejnego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programu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</w:tc>
      </w:tr>
    </w:tbl>
    <w:p w14:paraId="5E98BB40" w14:textId="77777777" w:rsidR="00D631DC" w:rsidRPr="009F6E3C" w:rsidRDefault="00D631DC">
      <w:pPr>
        <w:rPr>
          <w:rFonts w:ascii="Times New Roman" w:hAnsi="Times New Roman" w:cs="Times New Roman"/>
        </w:rPr>
        <w:sectPr w:rsidR="00D631DC" w:rsidRPr="009F6E3C">
          <w:footerReference w:type="default" r:id="rId8"/>
          <w:pgSz w:w="11906" w:h="16838"/>
          <w:pgMar w:top="1020" w:right="1134" w:bottom="907" w:left="1134" w:header="720" w:footer="720" w:gutter="0"/>
          <w:cols w:space="720"/>
          <w:docGrid w:linePitch="360"/>
        </w:sectPr>
      </w:pPr>
    </w:p>
    <w:p w14:paraId="2454724C" w14:textId="77777777" w:rsidR="00D631DC" w:rsidRPr="005F54E3" w:rsidRDefault="00975E65">
      <w:pPr>
        <w:pStyle w:val="Nagwek1"/>
        <w:spacing w:before="200" w:after="100"/>
        <w:rPr>
          <w:rFonts w:ascii="Times New Roman" w:hAnsi="Times New Roman" w:cs="Times New Roman"/>
        </w:rPr>
      </w:pPr>
      <w:r w:rsidRPr="005F54E3">
        <w:rPr>
          <w:rFonts w:ascii="Times New Roman" w:eastAsia="Arial" w:hAnsi="Times New Roman" w:cs="Times New Roman"/>
        </w:rPr>
        <w:lastRenderedPageBreak/>
        <w:t>X. REALIZACJA ZADAŃ WYCHOWAWCZO-PROFILAKTYCZNYCH</w:t>
      </w:r>
    </w:p>
    <w:p w14:paraId="56B1A49A" w14:textId="77777777" w:rsidR="00D631DC" w:rsidRPr="005F54E3" w:rsidRDefault="00975E65">
      <w:pPr>
        <w:keepNext/>
        <w:spacing w:before="160" w:after="40"/>
        <w:rPr>
          <w:rFonts w:ascii="Times New Roman" w:hAnsi="Times New Roman" w:cs="Times New Roman"/>
          <w:sz w:val="28"/>
          <w:szCs w:val="28"/>
        </w:rPr>
      </w:pPr>
      <w:r w:rsidRPr="005F54E3">
        <w:rPr>
          <w:rFonts w:ascii="Times New Roman" w:eastAsia="Arial" w:hAnsi="Times New Roman" w:cs="Times New Roman"/>
          <w:b/>
          <w:sz w:val="28"/>
          <w:szCs w:val="28"/>
        </w:rPr>
        <w:t>KLASY I-III</w:t>
      </w:r>
    </w:p>
    <w:p w14:paraId="78047D5C" w14:textId="77777777" w:rsidR="00D631DC" w:rsidRPr="005F54E3" w:rsidRDefault="00975E65">
      <w:pPr>
        <w:keepNext/>
        <w:spacing w:after="80"/>
        <w:rPr>
          <w:rFonts w:ascii="Times New Roman" w:hAnsi="Times New Roman" w:cs="Times New Roman"/>
          <w:sz w:val="28"/>
          <w:szCs w:val="28"/>
        </w:rPr>
      </w:pPr>
      <w:proofErr w:type="spellStart"/>
      <w:r w:rsidRPr="005F54E3">
        <w:rPr>
          <w:rFonts w:ascii="Times New Roman" w:eastAsia="Arial" w:hAnsi="Times New Roman" w:cs="Times New Roman"/>
          <w:b/>
          <w:sz w:val="28"/>
          <w:szCs w:val="28"/>
        </w:rPr>
        <w:t>Obszar</w:t>
      </w:r>
      <w:proofErr w:type="spellEnd"/>
      <w:r w:rsidRPr="005F54E3">
        <w:rPr>
          <w:rFonts w:ascii="Times New Roman" w:eastAsia="Arial" w:hAnsi="Times New Roman" w:cs="Times New Roman"/>
          <w:b/>
          <w:sz w:val="28"/>
          <w:szCs w:val="28"/>
        </w:rPr>
        <w:t xml:space="preserve"> I - </w:t>
      </w:r>
      <w:proofErr w:type="spellStart"/>
      <w:r w:rsidRPr="005F54E3">
        <w:rPr>
          <w:rFonts w:ascii="Times New Roman" w:eastAsia="Arial" w:hAnsi="Times New Roman" w:cs="Times New Roman"/>
          <w:b/>
          <w:sz w:val="28"/>
          <w:szCs w:val="28"/>
        </w:rPr>
        <w:t>wychowanie</w:t>
      </w:r>
      <w:proofErr w:type="spellEnd"/>
      <w:r w:rsidRPr="005F54E3">
        <w:rPr>
          <w:rFonts w:ascii="Times New Roman" w:eastAsia="Arial" w:hAnsi="Times New Roman" w:cs="Times New Roman"/>
          <w:b/>
          <w:sz w:val="28"/>
          <w:szCs w:val="28"/>
        </w:rPr>
        <w:t xml:space="preserve"> do </w:t>
      </w:r>
      <w:proofErr w:type="spellStart"/>
      <w:r w:rsidRPr="005F54E3">
        <w:rPr>
          <w:rFonts w:ascii="Times New Roman" w:eastAsia="Arial" w:hAnsi="Times New Roman" w:cs="Times New Roman"/>
          <w:b/>
          <w:sz w:val="28"/>
          <w:szCs w:val="28"/>
        </w:rPr>
        <w:t>wartości</w:t>
      </w:r>
      <w:proofErr w:type="spellEnd"/>
      <w:r w:rsidRPr="005F54E3">
        <w:rPr>
          <w:rFonts w:ascii="Times New Roman" w:eastAsia="Arial" w:hAnsi="Times New Roman" w:cs="Times New Roman"/>
          <w:b/>
          <w:sz w:val="28"/>
          <w:szCs w:val="28"/>
        </w:rPr>
        <w:t xml:space="preserve"> </w:t>
      </w:r>
      <w:proofErr w:type="spellStart"/>
      <w:r w:rsidRPr="005F54E3">
        <w:rPr>
          <w:rFonts w:ascii="Times New Roman" w:eastAsia="Arial" w:hAnsi="Times New Roman" w:cs="Times New Roman"/>
          <w:b/>
          <w:sz w:val="28"/>
          <w:szCs w:val="28"/>
        </w:rPr>
        <w:t>i</w:t>
      </w:r>
      <w:proofErr w:type="spellEnd"/>
      <w:r w:rsidRPr="005F54E3">
        <w:rPr>
          <w:rFonts w:ascii="Times New Roman" w:eastAsia="Arial" w:hAnsi="Times New Roman" w:cs="Times New Roman"/>
          <w:b/>
          <w:sz w:val="28"/>
          <w:szCs w:val="28"/>
        </w:rPr>
        <w:t xml:space="preserve"> </w:t>
      </w:r>
      <w:proofErr w:type="spellStart"/>
      <w:r w:rsidRPr="005F54E3">
        <w:rPr>
          <w:rFonts w:ascii="Times New Roman" w:eastAsia="Arial" w:hAnsi="Times New Roman" w:cs="Times New Roman"/>
          <w:b/>
          <w:sz w:val="28"/>
          <w:szCs w:val="28"/>
        </w:rPr>
        <w:t>kształtowanie</w:t>
      </w:r>
      <w:proofErr w:type="spellEnd"/>
      <w:r w:rsidRPr="005F54E3">
        <w:rPr>
          <w:rFonts w:ascii="Times New Roman" w:eastAsia="Arial" w:hAnsi="Times New Roman" w:cs="Times New Roman"/>
          <w:b/>
          <w:sz w:val="28"/>
          <w:szCs w:val="28"/>
        </w:rPr>
        <w:t xml:space="preserve"> </w:t>
      </w:r>
      <w:proofErr w:type="spellStart"/>
      <w:r w:rsidRPr="005F54E3">
        <w:rPr>
          <w:rFonts w:ascii="Times New Roman" w:eastAsia="Arial" w:hAnsi="Times New Roman" w:cs="Times New Roman"/>
          <w:b/>
          <w:sz w:val="28"/>
          <w:szCs w:val="28"/>
        </w:rPr>
        <w:t>postaw</w:t>
      </w:r>
      <w:proofErr w:type="spellEnd"/>
      <w:r w:rsidRPr="005F54E3">
        <w:rPr>
          <w:rFonts w:ascii="Times New Roman" w:eastAsia="Arial" w:hAnsi="Times New Roman" w:cs="Times New Roman"/>
          <w:b/>
          <w:sz w:val="28"/>
          <w:szCs w:val="28"/>
        </w:rPr>
        <w:t xml:space="preserve"> </w:t>
      </w:r>
      <w:proofErr w:type="spellStart"/>
      <w:r w:rsidRPr="005F54E3">
        <w:rPr>
          <w:rFonts w:ascii="Times New Roman" w:eastAsia="Arial" w:hAnsi="Times New Roman" w:cs="Times New Roman"/>
          <w:b/>
          <w:sz w:val="28"/>
          <w:szCs w:val="28"/>
        </w:rPr>
        <w:t>prospołecznych</w:t>
      </w:r>
      <w:proofErr w:type="spellEnd"/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02"/>
        <w:gridCol w:w="4989"/>
        <w:gridCol w:w="6690"/>
      </w:tblGrid>
      <w:tr w:rsidR="00D631DC" w:rsidRPr="009F6E3C" w14:paraId="490EE9EA" w14:textId="77777777">
        <w:trPr>
          <w:cantSplit/>
          <w:tblHeader/>
          <w:jc w:val="center"/>
        </w:trPr>
        <w:tc>
          <w:tcPr>
            <w:tcW w:w="3402" w:type="dxa"/>
            <w:shd w:val="clear" w:color="auto" w:fill="E7E6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F4A3552" w14:textId="77777777" w:rsidR="00D631DC" w:rsidRPr="009F6E3C" w:rsidRDefault="00975E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Cele</w:t>
            </w:r>
          </w:p>
        </w:tc>
        <w:tc>
          <w:tcPr>
            <w:tcW w:w="4989" w:type="dxa"/>
            <w:shd w:val="clear" w:color="auto" w:fill="E7E6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CEC7137" w14:textId="77777777" w:rsidR="00D631DC" w:rsidRPr="009F6E3C" w:rsidRDefault="00975E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Zadania</w:t>
            </w:r>
            <w:proofErr w:type="spellEnd"/>
          </w:p>
        </w:tc>
        <w:tc>
          <w:tcPr>
            <w:tcW w:w="6690" w:type="dxa"/>
            <w:shd w:val="clear" w:color="auto" w:fill="E7E6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5C0306F" w14:textId="77777777" w:rsidR="00D631DC" w:rsidRPr="009F6E3C" w:rsidRDefault="00975E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Formy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realizacji</w:t>
            </w:r>
            <w:proofErr w:type="spellEnd"/>
          </w:p>
        </w:tc>
      </w:tr>
      <w:tr w:rsidR="00D631DC" w:rsidRPr="009F6E3C" w14:paraId="4D67CCE7" w14:textId="77777777">
        <w:trPr>
          <w:cantSplit/>
          <w:jc w:val="center"/>
        </w:trPr>
        <w:tc>
          <w:tcPr>
            <w:tcW w:w="34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C309CCF" w14:textId="77777777" w:rsidR="00D631DC" w:rsidRPr="009F6E3C" w:rsidRDefault="00975E65">
            <w:pPr>
              <w:spacing w:after="3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Rozwijanie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samorządności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uczniów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9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FFC9321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Poznanie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norm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współżycia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grupie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  <w:p w14:paraId="27A54257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Zorganizowanie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sekcji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porządkowej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  <w:p w14:paraId="09EEC5EC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Aktywne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uczestnictwo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życiu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klasy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szkoły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69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82B98B2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zawarcie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kontraktu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klasowego</w:t>
            </w:r>
            <w:proofErr w:type="spellEnd"/>
          </w:p>
          <w:p w14:paraId="2B8DB3B7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ustalenie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czynności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dyżurnego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klasowego</w:t>
            </w:r>
            <w:proofErr w:type="spellEnd"/>
          </w:p>
          <w:p w14:paraId="76343F28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udział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uroczystościach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szkolnych</w:t>
            </w:r>
            <w:proofErr w:type="spellEnd"/>
          </w:p>
        </w:tc>
      </w:tr>
      <w:tr w:rsidR="00D631DC" w:rsidRPr="009F6E3C" w14:paraId="4566BB25" w14:textId="77777777">
        <w:trPr>
          <w:jc w:val="center"/>
        </w:trPr>
        <w:tc>
          <w:tcPr>
            <w:tcW w:w="34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22C9F00" w14:textId="77777777" w:rsidR="00D631DC" w:rsidRPr="009F6E3C" w:rsidRDefault="00975E65">
            <w:pPr>
              <w:spacing w:after="3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Integracja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w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grupie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rówieśniczej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- z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uwzględnieniem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adaptacji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uczniów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kl. 1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oraz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uczniów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innej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narodowości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w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tym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z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Ukrainy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9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4DC77C0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Przygotowanie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uczniów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naszej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szkoły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przyjęcie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do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zespołu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klasowego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ucznia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innej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narodowości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  <w:p w14:paraId="38EAD5CB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Zapoznanie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się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grupie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rówieśniczej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  <w:p w14:paraId="2418ACCE" w14:textId="77777777" w:rsidR="00D631DC" w:rsidRPr="009F6E3C" w:rsidRDefault="00975E65" w:rsidP="00131BD2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Nawiązywanie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poprawnych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relacji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grupie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  <w:p w14:paraId="61AA2F6E" w14:textId="77777777" w:rsidR="00D631DC" w:rsidRPr="009F6E3C" w:rsidRDefault="00975E65" w:rsidP="00131BD2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Reintegracja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zespołów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klasowych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sytuacjach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problemowych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kryzysowych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. Uczenie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rozpoznawania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dokuczania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wykluczania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oraz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zgłaszania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takich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sytuacji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osobie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dorosłej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ze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szczególnym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uwzględnieniem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bezpieczeństwa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najmłodszych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uczniów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kontaktach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ze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starszymi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kolegami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69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8EA6B92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udział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zabawach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integrujących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zespół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klasowy</w:t>
            </w:r>
            <w:proofErr w:type="spellEnd"/>
          </w:p>
          <w:p w14:paraId="342DAD5C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pogadanki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lekcjach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temat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właściwego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zachowania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zespole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klasowym</w:t>
            </w:r>
            <w:proofErr w:type="spellEnd"/>
          </w:p>
          <w:p w14:paraId="57607CC9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pogadanki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temat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trudnej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sytuacji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uczniów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przybywających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Ukrainy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Wyczulenie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zespołów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klasowych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potrzeby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nowych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kolegów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  <w:p w14:paraId="2BA0071C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zajęcia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wychowawcze</w:t>
            </w:r>
            <w:proofErr w:type="spellEnd"/>
          </w:p>
          <w:p w14:paraId="353D79B7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warsztaty</w:t>
            </w:r>
            <w:proofErr w:type="spellEnd"/>
          </w:p>
          <w:p w14:paraId="12733255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rozmowy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indywidualne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uczniami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rodzicami</w:t>
            </w:r>
            <w:proofErr w:type="spellEnd"/>
          </w:p>
          <w:p w14:paraId="685E99FA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obserwacja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zachowań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uczniów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(w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tym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podczas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wycieczek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klasowych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)</w:t>
            </w:r>
          </w:p>
          <w:p w14:paraId="10460761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zabawy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integracyjne</w:t>
            </w:r>
            <w:proofErr w:type="spellEnd"/>
          </w:p>
          <w:p w14:paraId="6995DBDE" w14:textId="77777777" w:rsidR="00D631DC" w:rsidRPr="009F6E3C" w:rsidRDefault="00975E65" w:rsidP="00131BD2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konkursy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projekty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prace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zespołowe</w:t>
            </w:r>
            <w:proofErr w:type="spellEnd"/>
          </w:p>
          <w:p w14:paraId="3520C65D" w14:textId="77777777" w:rsidR="00D631DC" w:rsidRPr="009F6E3C" w:rsidRDefault="00975E65" w:rsidP="00131BD2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systematyczna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obserwacja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relacji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między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uczniami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młodszymi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="00F42E26">
              <w:rPr>
                <w:rFonts w:ascii="Times New Roman" w:eastAsia="Arial" w:hAnsi="Times New Roman" w:cs="Times New Roman"/>
                <w:sz w:val="24"/>
                <w:szCs w:val="24"/>
              </w:rPr>
              <w:br/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starszymi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podczas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przerw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oraz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szybkie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reagowanie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drobne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przejawy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dokuczania</w:t>
            </w:r>
            <w:proofErr w:type="spellEnd"/>
          </w:p>
        </w:tc>
      </w:tr>
      <w:tr w:rsidR="00D631DC" w:rsidRPr="009F6E3C" w14:paraId="6D849290" w14:textId="77777777" w:rsidTr="00AC1CEB">
        <w:trPr>
          <w:cantSplit/>
          <w:jc w:val="center"/>
        </w:trPr>
        <w:tc>
          <w:tcPr>
            <w:tcW w:w="3402" w:type="dxa"/>
            <w:tcBorders>
              <w:bottom w:val="single" w:sz="4" w:space="0" w:color="auto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12660B9" w14:textId="77777777" w:rsidR="00D631DC" w:rsidRPr="006056EF" w:rsidRDefault="00975E65">
            <w:pPr>
              <w:spacing w:after="3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56EF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lastRenderedPageBreak/>
              <w:t>Przygotowanie</w:t>
            </w:r>
            <w:proofErr w:type="spellEnd"/>
            <w:r w:rsidRPr="006056EF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056EF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uczniów</w:t>
            </w:r>
            <w:proofErr w:type="spellEnd"/>
            <w:r w:rsidRPr="006056EF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do </w:t>
            </w:r>
            <w:proofErr w:type="spellStart"/>
            <w:r w:rsidRPr="006056EF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świadomego</w:t>
            </w:r>
            <w:proofErr w:type="spellEnd"/>
            <w:r w:rsidRPr="006056EF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056EF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uczestnictwa</w:t>
            </w:r>
            <w:proofErr w:type="spellEnd"/>
            <w:r w:rsidRPr="006056EF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w </w:t>
            </w:r>
            <w:proofErr w:type="spellStart"/>
            <w:r w:rsidRPr="006056EF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życiu</w:t>
            </w:r>
            <w:proofErr w:type="spellEnd"/>
            <w:r w:rsidRPr="006056EF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056EF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społecznym</w:t>
            </w:r>
            <w:proofErr w:type="spellEnd"/>
            <w:r w:rsidRPr="006056EF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989" w:type="dxa"/>
            <w:tcBorders>
              <w:bottom w:val="single" w:sz="4" w:space="0" w:color="auto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8594A5D" w14:textId="77777777" w:rsidR="00D631DC" w:rsidRPr="006056EF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56EF">
              <w:rPr>
                <w:rFonts w:ascii="Times New Roman" w:eastAsia="Arial" w:hAnsi="Times New Roman" w:cs="Times New Roman"/>
                <w:sz w:val="24"/>
                <w:szCs w:val="24"/>
              </w:rPr>
              <w:t>Kształtowanie</w:t>
            </w:r>
            <w:proofErr w:type="spellEnd"/>
            <w:r w:rsidRPr="006056EF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6EF">
              <w:rPr>
                <w:rFonts w:ascii="Times New Roman" w:eastAsia="Arial" w:hAnsi="Times New Roman" w:cs="Times New Roman"/>
                <w:sz w:val="24"/>
                <w:szCs w:val="24"/>
              </w:rPr>
              <w:t>zasad</w:t>
            </w:r>
            <w:proofErr w:type="spellEnd"/>
            <w:r w:rsidRPr="006056EF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6EF">
              <w:rPr>
                <w:rFonts w:ascii="Times New Roman" w:eastAsia="Arial" w:hAnsi="Times New Roman" w:cs="Times New Roman"/>
                <w:sz w:val="24"/>
                <w:szCs w:val="24"/>
              </w:rPr>
              <w:t>demokratycznych</w:t>
            </w:r>
            <w:proofErr w:type="spellEnd"/>
            <w:r w:rsidRPr="006056EF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6EF">
              <w:rPr>
                <w:rFonts w:ascii="Times New Roman" w:eastAsia="Arial" w:hAnsi="Times New Roman" w:cs="Times New Roman"/>
                <w:sz w:val="24"/>
                <w:szCs w:val="24"/>
              </w:rPr>
              <w:t>wśród</w:t>
            </w:r>
            <w:proofErr w:type="spellEnd"/>
            <w:r w:rsidRPr="006056EF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6EF">
              <w:rPr>
                <w:rFonts w:ascii="Times New Roman" w:eastAsia="Arial" w:hAnsi="Times New Roman" w:cs="Times New Roman"/>
                <w:sz w:val="24"/>
                <w:szCs w:val="24"/>
              </w:rPr>
              <w:t>uczniów</w:t>
            </w:r>
            <w:proofErr w:type="spellEnd"/>
            <w:r w:rsidRPr="006056EF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  <w:p w14:paraId="64868B41" w14:textId="77777777" w:rsidR="00D631DC" w:rsidRPr="006056EF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56EF">
              <w:rPr>
                <w:rFonts w:ascii="Times New Roman" w:eastAsia="Arial" w:hAnsi="Times New Roman" w:cs="Times New Roman"/>
                <w:sz w:val="24"/>
                <w:szCs w:val="24"/>
              </w:rPr>
              <w:t>Wybór</w:t>
            </w:r>
            <w:proofErr w:type="spellEnd"/>
            <w:r w:rsidRPr="006056EF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6EF">
              <w:rPr>
                <w:rFonts w:ascii="Times New Roman" w:eastAsia="Arial" w:hAnsi="Times New Roman" w:cs="Times New Roman"/>
                <w:sz w:val="24"/>
                <w:szCs w:val="24"/>
              </w:rPr>
              <w:t>samorządu</w:t>
            </w:r>
            <w:proofErr w:type="spellEnd"/>
            <w:r w:rsidRPr="006056EF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6EF">
              <w:rPr>
                <w:rFonts w:ascii="Times New Roman" w:eastAsia="Arial" w:hAnsi="Times New Roman" w:cs="Times New Roman"/>
                <w:sz w:val="24"/>
                <w:szCs w:val="24"/>
              </w:rPr>
              <w:t>klasowego</w:t>
            </w:r>
            <w:proofErr w:type="spellEnd"/>
            <w:r w:rsidRPr="006056EF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  <w:p w14:paraId="189922AB" w14:textId="77777777" w:rsidR="00D631DC" w:rsidRPr="006056EF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56EF">
              <w:rPr>
                <w:rFonts w:ascii="Times New Roman" w:eastAsia="Arial" w:hAnsi="Times New Roman" w:cs="Times New Roman"/>
                <w:sz w:val="24"/>
                <w:szCs w:val="24"/>
              </w:rPr>
              <w:t>Kształtowanie</w:t>
            </w:r>
            <w:proofErr w:type="spellEnd"/>
            <w:r w:rsidRPr="006056EF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6EF">
              <w:rPr>
                <w:rFonts w:ascii="Times New Roman" w:eastAsia="Arial" w:hAnsi="Times New Roman" w:cs="Times New Roman"/>
                <w:sz w:val="24"/>
                <w:szCs w:val="24"/>
              </w:rPr>
              <w:t>postawy</w:t>
            </w:r>
            <w:proofErr w:type="spellEnd"/>
            <w:r w:rsidRPr="006056EF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6EF">
              <w:rPr>
                <w:rFonts w:ascii="Times New Roman" w:eastAsia="Arial" w:hAnsi="Times New Roman" w:cs="Times New Roman"/>
                <w:sz w:val="24"/>
                <w:szCs w:val="24"/>
              </w:rPr>
              <w:t>poszanowania</w:t>
            </w:r>
            <w:proofErr w:type="spellEnd"/>
            <w:r w:rsidRPr="006056EF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6EF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6056EF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6EF">
              <w:rPr>
                <w:rFonts w:ascii="Times New Roman" w:eastAsia="Arial" w:hAnsi="Times New Roman" w:cs="Times New Roman"/>
                <w:sz w:val="24"/>
                <w:szCs w:val="24"/>
              </w:rPr>
              <w:t>tolerancji</w:t>
            </w:r>
            <w:proofErr w:type="spellEnd"/>
            <w:r w:rsidRPr="006056EF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6EF">
              <w:rPr>
                <w:rFonts w:ascii="Times New Roman" w:eastAsia="Arial" w:hAnsi="Times New Roman" w:cs="Times New Roman"/>
                <w:sz w:val="24"/>
                <w:szCs w:val="24"/>
              </w:rPr>
              <w:t>dla</w:t>
            </w:r>
            <w:proofErr w:type="spellEnd"/>
            <w:r w:rsidRPr="006056EF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6EF">
              <w:rPr>
                <w:rFonts w:ascii="Times New Roman" w:eastAsia="Arial" w:hAnsi="Times New Roman" w:cs="Times New Roman"/>
                <w:sz w:val="24"/>
                <w:szCs w:val="24"/>
              </w:rPr>
              <w:t>innych</w:t>
            </w:r>
            <w:proofErr w:type="spellEnd"/>
            <w:r w:rsidRPr="006056EF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690" w:type="dxa"/>
            <w:tcBorders>
              <w:bottom w:val="single" w:sz="4" w:space="0" w:color="auto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5D3BCBB" w14:textId="77777777" w:rsidR="00D631DC" w:rsidRPr="006056EF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56EF">
              <w:rPr>
                <w:rFonts w:ascii="Times New Roman" w:eastAsia="Arial" w:hAnsi="Times New Roman" w:cs="Times New Roman"/>
                <w:sz w:val="24"/>
                <w:szCs w:val="24"/>
              </w:rPr>
              <w:t>wspólne</w:t>
            </w:r>
            <w:proofErr w:type="spellEnd"/>
            <w:r w:rsidRPr="006056EF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6EF">
              <w:rPr>
                <w:rFonts w:ascii="Times New Roman" w:eastAsia="Arial" w:hAnsi="Times New Roman" w:cs="Times New Roman"/>
                <w:sz w:val="24"/>
                <w:szCs w:val="24"/>
              </w:rPr>
              <w:t>uczestnictwo</w:t>
            </w:r>
            <w:proofErr w:type="spellEnd"/>
            <w:r w:rsidRPr="006056EF">
              <w:rPr>
                <w:rFonts w:ascii="Times New Roman" w:eastAsia="Arial" w:hAnsi="Times New Roman" w:cs="Times New Roman"/>
                <w:sz w:val="24"/>
                <w:szCs w:val="24"/>
              </w:rPr>
              <w:br/>
              <w:t xml:space="preserve">w </w:t>
            </w:r>
            <w:proofErr w:type="spellStart"/>
            <w:r w:rsidRPr="006056EF">
              <w:rPr>
                <w:rFonts w:ascii="Times New Roman" w:eastAsia="Arial" w:hAnsi="Times New Roman" w:cs="Times New Roman"/>
                <w:sz w:val="24"/>
                <w:szCs w:val="24"/>
              </w:rPr>
              <w:t>uroczystościach</w:t>
            </w:r>
            <w:proofErr w:type="spellEnd"/>
            <w:r w:rsidRPr="006056EF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6EF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6056EF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6EF">
              <w:rPr>
                <w:rFonts w:ascii="Times New Roman" w:eastAsia="Arial" w:hAnsi="Times New Roman" w:cs="Times New Roman"/>
                <w:sz w:val="24"/>
                <w:szCs w:val="24"/>
              </w:rPr>
              <w:t>imprezach</w:t>
            </w:r>
            <w:proofErr w:type="spellEnd"/>
            <w:r w:rsidRPr="006056EF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6EF">
              <w:rPr>
                <w:rFonts w:ascii="Times New Roman" w:eastAsia="Arial" w:hAnsi="Times New Roman" w:cs="Times New Roman"/>
                <w:sz w:val="24"/>
                <w:szCs w:val="24"/>
              </w:rPr>
              <w:t>szkolnych</w:t>
            </w:r>
            <w:proofErr w:type="spellEnd"/>
          </w:p>
          <w:p w14:paraId="66FC3E21" w14:textId="77777777" w:rsidR="00D631DC" w:rsidRPr="006056EF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56EF">
              <w:rPr>
                <w:rFonts w:ascii="Times New Roman" w:eastAsia="Arial" w:hAnsi="Times New Roman" w:cs="Times New Roman"/>
                <w:sz w:val="24"/>
                <w:szCs w:val="24"/>
              </w:rPr>
              <w:t>udział</w:t>
            </w:r>
            <w:proofErr w:type="spellEnd"/>
            <w:r w:rsidRPr="006056EF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6EF">
              <w:rPr>
                <w:rFonts w:ascii="Times New Roman" w:eastAsia="Arial" w:hAnsi="Times New Roman" w:cs="Times New Roman"/>
                <w:sz w:val="24"/>
                <w:szCs w:val="24"/>
              </w:rPr>
              <w:t>uczniów</w:t>
            </w:r>
            <w:proofErr w:type="spellEnd"/>
            <w:r w:rsidRPr="006056EF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6056EF">
              <w:rPr>
                <w:rFonts w:ascii="Times New Roman" w:eastAsia="Arial" w:hAnsi="Times New Roman" w:cs="Times New Roman"/>
                <w:sz w:val="24"/>
                <w:szCs w:val="24"/>
              </w:rPr>
              <w:t>wyborach</w:t>
            </w:r>
            <w:proofErr w:type="spellEnd"/>
            <w:r w:rsidRPr="006056EF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Samorządu </w:t>
            </w:r>
            <w:proofErr w:type="spellStart"/>
            <w:r w:rsidRPr="006056EF">
              <w:rPr>
                <w:rFonts w:ascii="Times New Roman" w:eastAsia="Arial" w:hAnsi="Times New Roman" w:cs="Times New Roman"/>
                <w:sz w:val="24"/>
                <w:szCs w:val="24"/>
              </w:rPr>
              <w:t>Szkolnego</w:t>
            </w:r>
            <w:proofErr w:type="spellEnd"/>
          </w:p>
          <w:p w14:paraId="75E85CEA" w14:textId="77777777" w:rsidR="00D631DC" w:rsidRPr="006056EF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56EF">
              <w:rPr>
                <w:rFonts w:ascii="Times New Roman" w:eastAsia="Arial" w:hAnsi="Times New Roman" w:cs="Times New Roman"/>
                <w:sz w:val="24"/>
                <w:szCs w:val="24"/>
              </w:rPr>
              <w:t>zorganizowanie</w:t>
            </w:r>
            <w:proofErr w:type="spellEnd"/>
            <w:r w:rsidRPr="006056EF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6EF">
              <w:rPr>
                <w:rFonts w:ascii="Times New Roman" w:eastAsia="Arial" w:hAnsi="Times New Roman" w:cs="Times New Roman"/>
                <w:sz w:val="24"/>
                <w:szCs w:val="24"/>
              </w:rPr>
              <w:t>wyborów</w:t>
            </w:r>
            <w:proofErr w:type="spellEnd"/>
            <w:r w:rsidRPr="006056EF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6EF">
              <w:rPr>
                <w:rFonts w:ascii="Times New Roman" w:eastAsia="Arial" w:hAnsi="Times New Roman" w:cs="Times New Roman"/>
                <w:sz w:val="24"/>
                <w:szCs w:val="24"/>
              </w:rPr>
              <w:t>Samorządu</w:t>
            </w:r>
            <w:proofErr w:type="spellEnd"/>
            <w:r w:rsidRPr="006056EF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6EF">
              <w:rPr>
                <w:rFonts w:ascii="Times New Roman" w:eastAsia="Arial" w:hAnsi="Times New Roman" w:cs="Times New Roman"/>
                <w:sz w:val="24"/>
                <w:szCs w:val="24"/>
              </w:rPr>
              <w:t>Klasowego</w:t>
            </w:r>
            <w:proofErr w:type="spellEnd"/>
          </w:p>
          <w:p w14:paraId="6E41708B" w14:textId="77777777" w:rsidR="00D631DC" w:rsidRPr="006056EF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56EF">
              <w:rPr>
                <w:rFonts w:ascii="Times New Roman" w:eastAsia="Arial" w:hAnsi="Times New Roman" w:cs="Times New Roman"/>
                <w:sz w:val="24"/>
                <w:szCs w:val="24"/>
              </w:rPr>
              <w:t>udział</w:t>
            </w:r>
            <w:proofErr w:type="spellEnd"/>
            <w:r w:rsidRPr="006056EF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6EF">
              <w:rPr>
                <w:rFonts w:ascii="Times New Roman" w:eastAsia="Arial" w:hAnsi="Times New Roman" w:cs="Times New Roman"/>
                <w:sz w:val="24"/>
                <w:szCs w:val="24"/>
              </w:rPr>
              <w:t>całego</w:t>
            </w:r>
            <w:proofErr w:type="spellEnd"/>
            <w:r w:rsidRPr="006056EF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6EF">
              <w:rPr>
                <w:rFonts w:ascii="Times New Roman" w:eastAsia="Arial" w:hAnsi="Times New Roman" w:cs="Times New Roman"/>
                <w:sz w:val="24"/>
                <w:szCs w:val="24"/>
              </w:rPr>
              <w:t>zespołu</w:t>
            </w:r>
            <w:proofErr w:type="spellEnd"/>
            <w:r w:rsidRPr="006056EF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6056EF">
              <w:rPr>
                <w:rFonts w:ascii="Times New Roman" w:eastAsia="Arial" w:hAnsi="Times New Roman" w:cs="Times New Roman"/>
                <w:sz w:val="24"/>
                <w:szCs w:val="24"/>
              </w:rPr>
              <w:t>planowaniu</w:t>
            </w:r>
            <w:proofErr w:type="spellEnd"/>
            <w:r w:rsidRPr="006056EF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6EF">
              <w:rPr>
                <w:rFonts w:ascii="Times New Roman" w:eastAsia="Arial" w:hAnsi="Times New Roman" w:cs="Times New Roman"/>
                <w:sz w:val="24"/>
                <w:szCs w:val="24"/>
              </w:rPr>
              <w:t>podjętych</w:t>
            </w:r>
            <w:proofErr w:type="spellEnd"/>
            <w:r w:rsidRPr="006056EF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6EF">
              <w:rPr>
                <w:rFonts w:ascii="Times New Roman" w:eastAsia="Arial" w:hAnsi="Times New Roman" w:cs="Times New Roman"/>
                <w:sz w:val="24"/>
                <w:szCs w:val="24"/>
              </w:rPr>
              <w:t>działań</w:t>
            </w:r>
            <w:proofErr w:type="spellEnd"/>
            <w:r w:rsidRPr="006056EF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: np. </w:t>
            </w:r>
            <w:proofErr w:type="spellStart"/>
            <w:r w:rsidRPr="006056EF">
              <w:rPr>
                <w:rFonts w:ascii="Times New Roman" w:eastAsia="Arial" w:hAnsi="Times New Roman" w:cs="Times New Roman"/>
                <w:sz w:val="24"/>
                <w:szCs w:val="24"/>
              </w:rPr>
              <w:t>prac</w:t>
            </w:r>
            <w:proofErr w:type="spellEnd"/>
            <w:r w:rsidRPr="006056EF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6EF">
              <w:rPr>
                <w:rFonts w:ascii="Times New Roman" w:eastAsia="Arial" w:hAnsi="Times New Roman" w:cs="Times New Roman"/>
                <w:sz w:val="24"/>
                <w:szCs w:val="24"/>
              </w:rPr>
              <w:t>porządkowe</w:t>
            </w:r>
            <w:proofErr w:type="spellEnd"/>
            <w:r w:rsidRPr="006056EF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6056EF">
              <w:rPr>
                <w:rFonts w:ascii="Times New Roman" w:eastAsia="Arial" w:hAnsi="Times New Roman" w:cs="Times New Roman"/>
                <w:sz w:val="24"/>
                <w:szCs w:val="24"/>
              </w:rPr>
              <w:t>kącikach</w:t>
            </w:r>
            <w:proofErr w:type="spellEnd"/>
            <w:r w:rsidRPr="006056EF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6EF">
              <w:rPr>
                <w:rFonts w:ascii="Times New Roman" w:eastAsia="Arial" w:hAnsi="Times New Roman" w:cs="Times New Roman"/>
                <w:sz w:val="24"/>
                <w:szCs w:val="24"/>
              </w:rPr>
              <w:t>tematycznych</w:t>
            </w:r>
            <w:proofErr w:type="spellEnd"/>
            <w:r w:rsidRPr="006056EF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6056EF">
              <w:rPr>
                <w:rFonts w:ascii="Times New Roman" w:eastAsia="Arial" w:hAnsi="Times New Roman" w:cs="Times New Roman"/>
                <w:sz w:val="24"/>
                <w:szCs w:val="24"/>
              </w:rPr>
              <w:t>podział</w:t>
            </w:r>
            <w:proofErr w:type="spellEnd"/>
            <w:r w:rsidRPr="006056EF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6EF">
              <w:rPr>
                <w:rFonts w:ascii="Times New Roman" w:eastAsia="Arial" w:hAnsi="Times New Roman" w:cs="Times New Roman"/>
                <w:sz w:val="24"/>
                <w:szCs w:val="24"/>
              </w:rPr>
              <w:t>zadań</w:t>
            </w:r>
            <w:proofErr w:type="spellEnd"/>
          </w:p>
          <w:p w14:paraId="5F87884B" w14:textId="77777777" w:rsidR="00D631DC" w:rsidRPr="006056EF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56EF">
              <w:rPr>
                <w:rFonts w:ascii="Times New Roman" w:eastAsia="Arial" w:hAnsi="Times New Roman" w:cs="Times New Roman"/>
                <w:sz w:val="24"/>
                <w:szCs w:val="24"/>
              </w:rPr>
              <w:t>odwoływanie</w:t>
            </w:r>
            <w:proofErr w:type="spellEnd"/>
            <w:r w:rsidRPr="006056EF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6EF">
              <w:rPr>
                <w:rFonts w:ascii="Times New Roman" w:eastAsia="Arial" w:hAnsi="Times New Roman" w:cs="Times New Roman"/>
                <w:sz w:val="24"/>
                <w:szCs w:val="24"/>
              </w:rPr>
              <w:t>się</w:t>
            </w:r>
            <w:proofErr w:type="spellEnd"/>
            <w:r w:rsidRPr="006056EF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do </w:t>
            </w:r>
            <w:proofErr w:type="spellStart"/>
            <w:r w:rsidRPr="006056EF">
              <w:rPr>
                <w:rFonts w:ascii="Times New Roman" w:eastAsia="Arial" w:hAnsi="Times New Roman" w:cs="Times New Roman"/>
                <w:sz w:val="24"/>
                <w:szCs w:val="24"/>
              </w:rPr>
              <w:t>wzorców</w:t>
            </w:r>
            <w:proofErr w:type="spellEnd"/>
            <w:r w:rsidRPr="006056EF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6EF">
              <w:rPr>
                <w:rFonts w:ascii="Times New Roman" w:eastAsia="Arial" w:hAnsi="Times New Roman" w:cs="Times New Roman"/>
                <w:sz w:val="24"/>
                <w:szCs w:val="24"/>
              </w:rPr>
              <w:t>osobowościowych</w:t>
            </w:r>
            <w:proofErr w:type="spellEnd"/>
            <w:r w:rsidRPr="006056EF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6EF">
              <w:rPr>
                <w:rFonts w:ascii="Times New Roman" w:eastAsia="Arial" w:hAnsi="Times New Roman" w:cs="Times New Roman"/>
                <w:sz w:val="24"/>
                <w:szCs w:val="24"/>
              </w:rPr>
              <w:t>na</w:t>
            </w:r>
            <w:proofErr w:type="spellEnd"/>
            <w:r w:rsidRPr="006056EF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6EF">
              <w:rPr>
                <w:rFonts w:ascii="Times New Roman" w:eastAsia="Arial" w:hAnsi="Times New Roman" w:cs="Times New Roman"/>
                <w:sz w:val="24"/>
                <w:szCs w:val="24"/>
              </w:rPr>
              <w:t>przykładach</w:t>
            </w:r>
            <w:proofErr w:type="spellEnd"/>
            <w:r w:rsidRPr="006056EF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6EF">
              <w:rPr>
                <w:rFonts w:ascii="Times New Roman" w:eastAsia="Arial" w:hAnsi="Times New Roman" w:cs="Times New Roman"/>
                <w:sz w:val="24"/>
                <w:szCs w:val="24"/>
              </w:rPr>
              <w:t>zaczerpniętych</w:t>
            </w:r>
            <w:proofErr w:type="spellEnd"/>
            <w:r w:rsidRPr="006056EF">
              <w:rPr>
                <w:rFonts w:ascii="Times New Roman" w:eastAsia="Arial" w:hAnsi="Times New Roman" w:cs="Times New Roman"/>
                <w:sz w:val="24"/>
                <w:szCs w:val="24"/>
              </w:rPr>
              <w:br/>
              <w:t xml:space="preserve">z </w:t>
            </w:r>
            <w:proofErr w:type="spellStart"/>
            <w:r w:rsidRPr="006056EF">
              <w:rPr>
                <w:rFonts w:ascii="Times New Roman" w:eastAsia="Arial" w:hAnsi="Times New Roman" w:cs="Times New Roman"/>
                <w:sz w:val="24"/>
                <w:szCs w:val="24"/>
              </w:rPr>
              <w:t>podręczników</w:t>
            </w:r>
            <w:proofErr w:type="spellEnd"/>
            <w:r w:rsidRPr="006056EF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6EF">
              <w:rPr>
                <w:rFonts w:ascii="Times New Roman" w:eastAsia="Arial" w:hAnsi="Times New Roman" w:cs="Times New Roman"/>
                <w:sz w:val="24"/>
                <w:szCs w:val="24"/>
              </w:rPr>
              <w:t>dla</w:t>
            </w:r>
            <w:proofErr w:type="spellEnd"/>
            <w:r w:rsidRPr="006056EF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kl. 1-3 (np. </w:t>
            </w:r>
            <w:proofErr w:type="spellStart"/>
            <w:r w:rsidRPr="006056EF">
              <w:rPr>
                <w:rFonts w:ascii="Times New Roman" w:eastAsia="Arial" w:hAnsi="Times New Roman" w:cs="Times New Roman"/>
                <w:sz w:val="24"/>
                <w:szCs w:val="24"/>
              </w:rPr>
              <w:t>pozytywni</w:t>
            </w:r>
            <w:proofErr w:type="spellEnd"/>
            <w:r w:rsidRPr="006056EF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6EF">
              <w:rPr>
                <w:rFonts w:ascii="Times New Roman" w:eastAsia="Arial" w:hAnsi="Times New Roman" w:cs="Times New Roman"/>
                <w:sz w:val="24"/>
                <w:szCs w:val="24"/>
              </w:rPr>
              <w:t>bohaterowie</w:t>
            </w:r>
            <w:proofErr w:type="spellEnd"/>
            <w:r w:rsidRPr="006056EF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6EF">
              <w:rPr>
                <w:rFonts w:ascii="Times New Roman" w:eastAsia="Arial" w:hAnsi="Times New Roman" w:cs="Times New Roman"/>
                <w:sz w:val="24"/>
                <w:szCs w:val="24"/>
              </w:rPr>
              <w:t>bajek</w:t>
            </w:r>
            <w:proofErr w:type="spellEnd"/>
            <w:r w:rsidRPr="006056EF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="00F42E26">
              <w:rPr>
                <w:rFonts w:ascii="Times New Roman" w:eastAsia="Arial" w:hAnsi="Times New Roman" w:cs="Times New Roman"/>
                <w:sz w:val="24"/>
                <w:szCs w:val="24"/>
              </w:rPr>
              <w:br/>
            </w:r>
            <w:proofErr w:type="spellStart"/>
            <w:r w:rsidRPr="006056EF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6056EF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6EF">
              <w:rPr>
                <w:rFonts w:ascii="Times New Roman" w:eastAsia="Arial" w:hAnsi="Times New Roman" w:cs="Times New Roman"/>
                <w:sz w:val="24"/>
                <w:szCs w:val="24"/>
              </w:rPr>
              <w:t>opowiadań</w:t>
            </w:r>
            <w:proofErr w:type="spellEnd"/>
            <w:r w:rsidRPr="006056EF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6EF">
              <w:rPr>
                <w:rFonts w:ascii="Times New Roman" w:eastAsia="Arial" w:hAnsi="Times New Roman" w:cs="Times New Roman"/>
                <w:sz w:val="24"/>
                <w:szCs w:val="24"/>
              </w:rPr>
              <w:t>dla</w:t>
            </w:r>
            <w:proofErr w:type="spellEnd"/>
            <w:r w:rsidRPr="006056EF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6EF">
              <w:rPr>
                <w:rFonts w:ascii="Times New Roman" w:eastAsia="Arial" w:hAnsi="Times New Roman" w:cs="Times New Roman"/>
                <w:sz w:val="24"/>
                <w:szCs w:val="24"/>
              </w:rPr>
              <w:t>dzieci</w:t>
            </w:r>
            <w:proofErr w:type="spellEnd"/>
            <w:r w:rsidRPr="006056EF">
              <w:rPr>
                <w:rFonts w:ascii="Times New Roman" w:eastAsia="Arial" w:hAnsi="Times New Roman" w:cs="Times New Roman"/>
                <w:sz w:val="24"/>
                <w:szCs w:val="24"/>
              </w:rPr>
              <w:t>)</w:t>
            </w:r>
          </w:p>
        </w:tc>
      </w:tr>
      <w:tr w:rsidR="00D631DC" w:rsidRPr="009F6E3C" w14:paraId="492FDA76" w14:textId="77777777" w:rsidTr="00131BD2">
        <w:trPr>
          <w:jc w:val="center"/>
        </w:trPr>
        <w:tc>
          <w:tcPr>
            <w:tcW w:w="34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1F79F0B" w14:textId="77777777" w:rsidR="00D631DC" w:rsidRPr="006056EF" w:rsidRDefault="00975E65" w:rsidP="006056EF">
            <w:proofErr w:type="spellStart"/>
            <w:r w:rsidRPr="006056EF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Rozwijanie</w:t>
            </w:r>
            <w:proofErr w:type="spellEnd"/>
            <w:r w:rsidRPr="006056EF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056EF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wszechstronnych</w:t>
            </w:r>
            <w:proofErr w:type="spellEnd"/>
            <w:r w:rsidRPr="006056EF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056EF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umiejętności</w:t>
            </w:r>
            <w:proofErr w:type="spellEnd"/>
            <w:r w:rsidRPr="006056EF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056EF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uczniów</w:t>
            </w:r>
            <w:proofErr w:type="spellEnd"/>
            <w:r w:rsidRPr="006056EF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056EF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wpływających</w:t>
            </w:r>
            <w:proofErr w:type="spellEnd"/>
            <w:r w:rsidRPr="006056EF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056EF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na</w:t>
            </w:r>
            <w:proofErr w:type="spellEnd"/>
            <w:r w:rsidRPr="006056EF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056EF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rozwój</w:t>
            </w:r>
            <w:proofErr w:type="spellEnd"/>
            <w:r w:rsidRPr="006056EF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056EF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biopsychospołeczny</w:t>
            </w:r>
            <w:proofErr w:type="spellEnd"/>
            <w:r w:rsidRPr="006056EF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9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39D1EDE" w14:textId="77777777" w:rsidR="00D631DC" w:rsidRPr="00A41A83" w:rsidRDefault="00975E65" w:rsidP="00A41A83">
            <w:pPr>
              <w:pStyle w:val="Listapunktowana"/>
              <w:spacing w:after="30"/>
              <w:ind w:left="215" w:hanging="11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Tworzenie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warunków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sprzyjających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rozwojowi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indywidualnych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zainteresowań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  <w:p w14:paraId="1DB61B7E" w14:textId="77777777" w:rsidR="00D631DC" w:rsidRPr="00A41A83" w:rsidRDefault="00975E65" w:rsidP="00A41A83">
            <w:pPr>
              <w:pStyle w:val="Listapunktowana"/>
              <w:spacing w:after="30"/>
              <w:ind w:left="215" w:hanging="11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Aktywny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udział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uczniów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we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wszelkich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konkursach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zawodach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sportowych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  <w:p w14:paraId="6E497960" w14:textId="77777777" w:rsidR="00D631DC" w:rsidRPr="00A41A83" w:rsidRDefault="00975E65" w:rsidP="00A41A83">
            <w:pPr>
              <w:pStyle w:val="Listapunktowana"/>
              <w:spacing w:after="30"/>
              <w:ind w:left="215" w:hanging="11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Udział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organizacji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uroczystości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klasowych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oraz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imprez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szkolnych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okolicznościowych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  <w:p w14:paraId="13C25874" w14:textId="77777777" w:rsidR="00D631DC" w:rsidRPr="00A41A83" w:rsidRDefault="00975E65" w:rsidP="00A41A83">
            <w:pPr>
              <w:pStyle w:val="Listapunktowana"/>
              <w:spacing w:after="30"/>
              <w:ind w:left="215" w:hanging="11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Wdrażanie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do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świadomego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odpowiedzialnego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korzystania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ze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środków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komunikacji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medialnej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  <w:p w14:paraId="21C8284B" w14:textId="77777777" w:rsidR="00D631DC" w:rsidRPr="00A41A83" w:rsidRDefault="00975E65" w:rsidP="00A41A83">
            <w:pPr>
              <w:pStyle w:val="Listapunktowana"/>
              <w:spacing w:after="30"/>
              <w:ind w:left="215" w:hanging="11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Prowadzenie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zajęć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dydaktyczno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wychowawczych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  <w:p w14:paraId="16BE8A08" w14:textId="77777777" w:rsidR="00D631DC" w:rsidRPr="00A41A83" w:rsidRDefault="00975E65" w:rsidP="00A41A83">
            <w:pPr>
              <w:pStyle w:val="Listapunktowana"/>
              <w:spacing w:after="30"/>
              <w:ind w:left="215" w:hanging="11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Opieka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pedagoga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szkolnego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psychologa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pedagoga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specjalnego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  <w:p w14:paraId="26C22502" w14:textId="77777777" w:rsidR="00D631DC" w:rsidRPr="00A41A83" w:rsidRDefault="00975E65" w:rsidP="00A41A83">
            <w:pPr>
              <w:pStyle w:val="Listapunktowana"/>
              <w:spacing w:after="30"/>
              <w:ind w:left="215" w:hanging="11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Pomoc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świetlicy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szkolnej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organizowaniu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czasu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wolnego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uczniów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  <w:p w14:paraId="011277E0" w14:textId="77777777" w:rsidR="00D631DC" w:rsidRPr="00A41A83" w:rsidRDefault="00975E65" w:rsidP="00A41A83">
            <w:pPr>
              <w:pStyle w:val="Listapunktowana"/>
              <w:spacing w:after="30"/>
              <w:ind w:left="215" w:hanging="11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Rozbudzanie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zainteresowań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czytelniczych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  <w:p w14:paraId="3C8D7E0E" w14:textId="77777777" w:rsidR="00D631DC" w:rsidRPr="006056EF" w:rsidRDefault="00975E65" w:rsidP="00A41A83">
            <w:pPr>
              <w:pStyle w:val="Listapunktowana"/>
              <w:spacing w:after="30"/>
              <w:ind w:left="215" w:hanging="113"/>
            </w:pP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Kształtowanie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odpowiedzialnego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korzystania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urządzeń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cyfrowych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oraz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szacunku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dla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innych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osób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komunikacji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internetowej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69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B29A2FA" w14:textId="77777777" w:rsidR="00D631DC" w:rsidRPr="00A41A83" w:rsidRDefault="00975E65" w:rsidP="00A41A83">
            <w:pPr>
              <w:pStyle w:val="Listapunktowana"/>
              <w:spacing w:after="30"/>
              <w:ind w:left="215" w:hanging="11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rozwijanie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zamiłowania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uczniów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formie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zajęć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02ADB"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rozwijających</w:t>
            </w:r>
            <w:proofErr w:type="spellEnd"/>
          </w:p>
          <w:p w14:paraId="275DFF21" w14:textId="77777777" w:rsidR="00D631DC" w:rsidRPr="00A41A83" w:rsidRDefault="00975E65" w:rsidP="00A41A83">
            <w:pPr>
              <w:pStyle w:val="Listapunktowana"/>
              <w:spacing w:after="30"/>
              <w:ind w:left="215" w:hanging="11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przygotowywanie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uczniów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do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udziału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konkursach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klasowych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szkolnych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miejskich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wojewódzkich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ogólnopolskich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czy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międzynarodowych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organizowanych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dla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kl.1-3</w:t>
            </w:r>
          </w:p>
          <w:p w14:paraId="5C115234" w14:textId="77777777" w:rsidR="00D631DC" w:rsidRPr="00A41A83" w:rsidRDefault="00975E65" w:rsidP="00A41A83">
            <w:pPr>
              <w:pStyle w:val="Listapunktowana"/>
              <w:spacing w:after="30"/>
              <w:ind w:left="215" w:hanging="11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prezentacja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wszelkich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dram,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scenek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rodzajowych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pokazów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tanecznych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wokalnych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inscenizacji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improwizacji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ruchowych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na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zajęciach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lekcyjnych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rozwijających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zainteresowania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jak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również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apelach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akademiach</w:t>
            </w:r>
            <w:proofErr w:type="spellEnd"/>
          </w:p>
          <w:p w14:paraId="1F8B7E18" w14:textId="77777777" w:rsidR="00D631DC" w:rsidRPr="00A41A83" w:rsidRDefault="00975E65" w:rsidP="00A41A83">
            <w:pPr>
              <w:pStyle w:val="Listapunktowana"/>
              <w:spacing w:after="30"/>
              <w:ind w:left="215" w:hanging="11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zapoznanie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tzw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netykietą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Internecie</w:t>
            </w:r>
            <w:proofErr w:type="spellEnd"/>
          </w:p>
          <w:p w14:paraId="45711318" w14:textId="77777777" w:rsidR="00D631DC" w:rsidRPr="00A41A83" w:rsidRDefault="00975E65" w:rsidP="00A41A83">
            <w:pPr>
              <w:pStyle w:val="Listapunktowana"/>
              <w:spacing w:after="30"/>
              <w:ind w:left="215" w:hanging="11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korzystanie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różnorodnych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źródeł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informacji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wykonywanie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prostych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projektów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wykorzystujących</w:t>
            </w:r>
            <w:proofErr w:type="spellEnd"/>
            <w:r w:rsidR="00D02ADB"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zasoby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multimedialne</w:t>
            </w:r>
            <w:proofErr w:type="spellEnd"/>
          </w:p>
          <w:p w14:paraId="1DF65849" w14:textId="77777777" w:rsidR="00D631DC" w:rsidRPr="00A41A83" w:rsidRDefault="00975E65" w:rsidP="00A41A83">
            <w:pPr>
              <w:pStyle w:val="Listapunktowana"/>
              <w:spacing w:after="30"/>
              <w:ind w:left="215" w:hanging="11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pogadanki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dotyczące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bezpiecznego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korzystania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Internetu</w:t>
            </w:r>
            <w:proofErr w:type="spellEnd"/>
          </w:p>
          <w:p w14:paraId="0EA5B6D3" w14:textId="77777777" w:rsidR="00D631DC" w:rsidRPr="00A41A83" w:rsidRDefault="00975E65" w:rsidP="00A41A83">
            <w:pPr>
              <w:pStyle w:val="Listapunktowana"/>
              <w:spacing w:after="30"/>
              <w:ind w:left="215" w:hanging="11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realizowanie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zajęć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pozalekcyjnych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dla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uczniów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mających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trudności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nauce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:</w:t>
            </w:r>
          </w:p>
          <w:p w14:paraId="06636904" w14:textId="77777777" w:rsidR="00D631DC" w:rsidRPr="00A41A83" w:rsidRDefault="00975E65" w:rsidP="00A41A83">
            <w:pPr>
              <w:pStyle w:val="Listapunktowana"/>
              <w:spacing w:after="30"/>
              <w:ind w:left="215" w:hanging="11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zajęcia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korekcyjno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kompensacyjne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rewalidacyjne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rozwijające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zainteresowania</w:t>
            </w:r>
            <w:proofErr w:type="spellEnd"/>
          </w:p>
          <w:p w14:paraId="2EC05FF3" w14:textId="77777777" w:rsidR="00D631DC" w:rsidRPr="00A41A83" w:rsidRDefault="00975E65" w:rsidP="00A41A83">
            <w:pPr>
              <w:pStyle w:val="Listapunktowana"/>
              <w:spacing w:after="30"/>
              <w:ind w:left="215" w:hanging="11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organizowanie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terapii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zajęciowej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dla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uczniów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trudnościami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nauce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zach</w:t>
            </w:r>
            <w:r w:rsidR="00D02ADB"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owaniu</w:t>
            </w:r>
            <w:proofErr w:type="spellEnd"/>
            <w:r w:rsidR="00D02ADB"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D02ADB"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Stała</w:t>
            </w:r>
            <w:proofErr w:type="spellEnd"/>
            <w:r w:rsidR="00D02ADB"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02ADB"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współpraca</w:t>
            </w:r>
            <w:proofErr w:type="spellEnd"/>
            <w:r w:rsidR="00D02ADB"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 PPP</w:t>
            </w:r>
          </w:p>
          <w:p w14:paraId="252DA82C" w14:textId="77777777" w:rsidR="00D631DC" w:rsidRPr="00A41A83" w:rsidRDefault="00975E65" w:rsidP="00A41A83">
            <w:pPr>
              <w:pStyle w:val="Listapunktowana"/>
              <w:spacing w:after="30"/>
              <w:ind w:left="215" w:hanging="11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organizowanie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zajęć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dotyczących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odrabiania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zadań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domowych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="00F42E26">
              <w:rPr>
                <w:rFonts w:ascii="Times New Roman" w:eastAsia="Arial" w:hAnsi="Times New Roman" w:cs="Times New Roman"/>
                <w:sz w:val="24"/>
                <w:szCs w:val="24"/>
              </w:rPr>
              <w:br/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powtórki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materiału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dydaktycznego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oraz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zajęcia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samorozwijające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  <w:p w14:paraId="639970FB" w14:textId="77777777" w:rsidR="00D631DC" w:rsidRPr="00A41A83" w:rsidRDefault="00975E65" w:rsidP="00A41A83">
            <w:pPr>
              <w:pStyle w:val="Listapunktowana"/>
              <w:spacing w:after="30"/>
              <w:ind w:left="215" w:hanging="11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organizowanie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szkolnych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lekcji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bibliotecznych</w:t>
            </w:r>
            <w:proofErr w:type="spellEnd"/>
            <w:r w:rsidR="00D02ADB"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dla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uczniów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klas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1-3</w:t>
            </w:r>
          </w:p>
          <w:p w14:paraId="10903496" w14:textId="77777777" w:rsidR="00D631DC" w:rsidRPr="00A41A83" w:rsidRDefault="00975E65" w:rsidP="00A41A83">
            <w:pPr>
              <w:pStyle w:val="Listapunktowana"/>
              <w:spacing w:after="30"/>
              <w:ind w:left="215" w:hanging="11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lastRenderedPageBreak/>
              <w:t>organizowanie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konkursów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czytelniczych</w:t>
            </w:r>
            <w:proofErr w:type="spellEnd"/>
          </w:p>
          <w:p w14:paraId="073E2B73" w14:textId="77777777" w:rsidR="00D631DC" w:rsidRPr="00A41A83" w:rsidRDefault="00975E65" w:rsidP="00A41A83">
            <w:pPr>
              <w:pStyle w:val="Listapunktowana"/>
              <w:spacing w:after="30"/>
              <w:ind w:left="215" w:hanging="11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korzystanie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biblioteki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szkolnej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zapoznanie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zasobami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zachęcanie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do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czytelnict</w:t>
            </w:r>
            <w:r w:rsidR="00D02ADB"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wa</w:t>
            </w:r>
            <w:proofErr w:type="spellEnd"/>
            <w:r w:rsidR="00D02ADB"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02ADB"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poprzez</w:t>
            </w:r>
            <w:proofErr w:type="spellEnd"/>
            <w:r w:rsidR="00D02ADB"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02ADB"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uczestnictwo</w:t>
            </w:r>
            <w:proofErr w:type="spellEnd"/>
            <w:r w:rsidR="00D02ADB"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="00D02ADB"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akcji</w:t>
            </w:r>
            <w:proofErr w:type="spellEnd"/>
            <w:r w:rsidR="00D02ADB"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„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Piękne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Czytanie”</w:t>
            </w:r>
            <w:r w:rsidR="00D02ADB"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organizacja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wyjść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do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Biblioteki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Miejskiej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="00F42E26">
              <w:rPr>
                <w:rFonts w:ascii="Times New Roman" w:eastAsia="Arial" w:hAnsi="Times New Roman" w:cs="Times New Roman"/>
                <w:sz w:val="24"/>
                <w:szCs w:val="24"/>
              </w:rPr>
              <w:br/>
            </w:r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w Jastrzębiu-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Zdroju</w:t>
            </w:r>
            <w:proofErr w:type="spellEnd"/>
          </w:p>
          <w:p w14:paraId="77157CCB" w14:textId="77777777" w:rsidR="00D631DC" w:rsidRPr="00A41A83" w:rsidRDefault="00975E65" w:rsidP="00A41A83">
            <w:pPr>
              <w:pStyle w:val="Listapunktowana"/>
              <w:spacing w:after="30"/>
              <w:ind w:left="215" w:hanging="11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zajęcia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o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netykiecie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prywatności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bezpiecznej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komunikacji</w:t>
            </w:r>
            <w:proofErr w:type="spellEnd"/>
          </w:p>
          <w:p w14:paraId="0E61636C" w14:textId="77777777" w:rsidR="00D631DC" w:rsidRPr="006056EF" w:rsidRDefault="00975E65" w:rsidP="00A41A83">
            <w:pPr>
              <w:pStyle w:val="Listapunktowana"/>
              <w:spacing w:after="30"/>
              <w:ind w:left="215" w:hanging="113"/>
            </w:pP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rozmowy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o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tym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jak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reagować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na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krzywdzące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wiadomości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="00F42E26">
              <w:rPr>
                <w:rFonts w:ascii="Times New Roman" w:eastAsia="Arial" w:hAnsi="Times New Roman" w:cs="Times New Roman"/>
                <w:sz w:val="24"/>
                <w:szCs w:val="24"/>
              </w:rPr>
              <w:br/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treści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oraz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kiedy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zwrócić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się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do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osoby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dorosłej</w:t>
            </w:r>
            <w:proofErr w:type="spellEnd"/>
          </w:p>
        </w:tc>
      </w:tr>
      <w:tr w:rsidR="00D631DC" w:rsidRPr="009F6E3C" w14:paraId="3EBA985F" w14:textId="77777777" w:rsidTr="00AC1CEB">
        <w:trPr>
          <w:trHeight w:val="4413"/>
          <w:jc w:val="center"/>
        </w:trPr>
        <w:tc>
          <w:tcPr>
            <w:tcW w:w="34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BDCAB7F" w14:textId="77777777" w:rsidR="00D631DC" w:rsidRPr="006056EF" w:rsidRDefault="00975E65" w:rsidP="006056EF">
            <w:proofErr w:type="spellStart"/>
            <w:r w:rsidRPr="006056EF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lastRenderedPageBreak/>
              <w:t>Kształtowanie</w:t>
            </w:r>
            <w:proofErr w:type="spellEnd"/>
            <w:r w:rsidRPr="006056EF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056EF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wysokiego</w:t>
            </w:r>
            <w:proofErr w:type="spellEnd"/>
            <w:r w:rsidRPr="006056EF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056EF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poziomu</w:t>
            </w:r>
            <w:proofErr w:type="spellEnd"/>
            <w:r w:rsidRPr="006056EF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056EF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kultury</w:t>
            </w:r>
            <w:proofErr w:type="spellEnd"/>
            <w:r w:rsidRPr="006056EF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056EF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osobistej</w:t>
            </w:r>
            <w:proofErr w:type="spellEnd"/>
            <w:r w:rsidRPr="006056EF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6056EF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wzajemnego</w:t>
            </w:r>
            <w:proofErr w:type="spellEnd"/>
            <w:r w:rsidRPr="006056EF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056EF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szacunku</w:t>
            </w:r>
            <w:proofErr w:type="spellEnd"/>
            <w:r w:rsidRPr="006056EF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056EF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i</w:t>
            </w:r>
            <w:proofErr w:type="spellEnd"/>
            <w:r w:rsidRPr="006056EF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056EF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odpowiedzialności</w:t>
            </w:r>
            <w:proofErr w:type="spellEnd"/>
            <w:r w:rsidRPr="006056EF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za </w:t>
            </w:r>
            <w:proofErr w:type="spellStart"/>
            <w:r w:rsidRPr="006056EF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słowo</w:t>
            </w:r>
            <w:proofErr w:type="spellEnd"/>
            <w:r w:rsidRPr="006056EF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9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BABFDAD" w14:textId="77777777" w:rsidR="00D631DC" w:rsidRPr="00A41A83" w:rsidRDefault="00975E65" w:rsidP="00A41A83">
            <w:pPr>
              <w:pStyle w:val="Listapunktowana"/>
              <w:spacing w:after="30"/>
              <w:ind w:left="215" w:hanging="11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Wdrażanie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uczniów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do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właściwego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zachowania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wobec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rówieśników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nauczycieli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pozostałych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pracowników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szkoły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  <w:p w14:paraId="402FCE2F" w14:textId="77777777" w:rsidR="00D631DC" w:rsidRPr="00A41A83" w:rsidRDefault="00975E65" w:rsidP="00A41A83">
            <w:pPr>
              <w:pStyle w:val="Listapunktowana"/>
              <w:spacing w:after="30"/>
              <w:ind w:left="215" w:hanging="11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Kształtowanie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postawy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poszanowania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dobra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wspólnego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  <w:p w14:paraId="0505B021" w14:textId="77777777" w:rsidR="00D631DC" w:rsidRPr="00A41A83" w:rsidRDefault="00975E65" w:rsidP="00A41A83">
            <w:pPr>
              <w:pStyle w:val="Listapunktowana"/>
              <w:spacing w:after="30"/>
              <w:ind w:left="215" w:hanging="11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Kształtowanie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umiejętności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reagowania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na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sytuacje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konfliktowe</w:t>
            </w:r>
            <w:proofErr w:type="spellEnd"/>
          </w:p>
          <w:p w14:paraId="4642874D" w14:textId="77777777" w:rsidR="00D631DC" w:rsidRPr="009F6E3C" w:rsidRDefault="00975E65" w:rsidP="00A41A83">
            <w:pPr>
              <w:pStyle w:val="Listapunktowana"/>
              <w:spacing w:after="30"/>
              <w:ind w:left="215" w:hanging="113"/>
            </w:pP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Systematyczne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kształtowanie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języka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szacunku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empatii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komunikacji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bez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przemocy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Rozpoznawanie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wyśmiewania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dokuczania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poniżania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wykluczania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jako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zachowań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krzywdzących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Rozwijanie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umiejętności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przepraszania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naprawiania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szkody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rozwiązywania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konfliktów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bez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agresji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69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14D8059" w14:textId="77777777" w:rsidR="00D631DC" w:rsidRPr="00A41A83" w:rsidRDefault="00975E65" w:rsidP="00A41A83">
            <w:pPr>
              <w:pStyle w:val="Listapunktowana"/>
              <w:spacing w:after="30"/>
              <w:ind w:left="215" w:hanging="11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promowanie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kultury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słowa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poprzez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właściwe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odnoszenie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się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do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innych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stosowanie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form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grzecznościowych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życiu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codziennym</w:t>
            </w:r>
            <w:proofErr w:type="spellEnd"/>
          </w:p>
          <w:p w14:paraId="154194FA" w14:textId="77777777" w:rsidR="00D631DC" w:rsidRPr="00A41A83" w:rsidRDefault="00975E65" w:rsidP="00A41A83">
            <w:pPr>
              <w:pStyle w:val="Listapunktowana"/>
              <w:spacing w:after="30"/>
              <w:ind w:left="215" w:hanging="11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podejmowanie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działań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mających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na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celu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dbanie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m.in.</w:t>
            </w:r>
            <w:r w:rsidR="00D02ADB"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o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wystrój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sali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lekcyjnej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porządek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na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korytarzu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toaletach</w:t>
            </w:r>
            <w:proofErr w:type="spellEnd"/>
          </w:p>
          <w:p w14:paraId="0FFCE89B" w14:textId="77777777" w:rsidR="00D631DC" w:rsidRPr="00A41A83" w:rsidRDefault="00975E65" w:rsidP="00A41A83">
            <w:pPr>
              <w:pStyle w:val="Listapunktowana"/>
              <w:spacing w:after="30"/>
              <w:ind w:left="215" w:hanging="11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rozmowy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dziećmi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dotyczące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rozwiązywania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konfliktów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rówieśniczych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mediacje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  <w:p w14:paraId="7474409C" w14:textId="77777777" w:rsidR="00D631DC" w:rsidRPr="00A41A83" w:rsidRDefault="00975E65" w:rsidP="00A41A83">
            <w:pPr>
              <w:pStyle w:val="Listapunktowana"/>
              <w:spacing w:after="30"/>
              <w:ind w:left="215" w:hanging="11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klasowe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zasady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języka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szacunku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życzliwości</w:t>
            </w:r>
            <w:proofErr w:type="spellEnd"/>
          </w:p>
          <w:p w14:paraId="2ADF8F01" w14:textId="77777777" w:rsidR="00D631DC" w:rsidRPr="00A41A83" w:rsidRDefault="00975E65" w:rsidP="00A41A83">
            <w:pPr>
              <w:pStyle w:val="Listapunktowana"/>
              <w:spacing w:after="30"/>
              <w:ind w:left="215" w:hanging="11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ćwiczenia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komunikacji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bez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przemocy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odgrywanie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scenek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="00F42E26">
              <w:rPr>
                <w:rFonts w:ascii="Times New Roman" w:eastAsia="Arial" w:hAnsi="Times New Roman" w:cs="Times New Roman"/>
                <w:sz w:val="24"/>
                <w:szCs w:val="24"/>
              </w:rPr>
              <w:br/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mediacje</w:t>
            </w:r>
            <w:proofErr w:type="spellEnd"/>
          </w:p>
          <w:p w14:paraId="5D7DF201" w14:textId="77777777" w:rsidR="00D631DC" w:rsidRPr="00A41A83" w:rsidRDefault="00975E65" w:rsidP="00A41A83">
            <w:pPr>
              <w:pStyle w:val="Listapunktowana"/>
              <w:spacing w:after="30"/>
              <w:ind w:left="215" w:hanging="11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konsekwentne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reagowanie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na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wyśmiewanie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obrażanie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wulgaryzmy</w:t>
            </w:r>
            <w:proofErr w:type="spellEnd"/>
          </w:p>
          <w:p w14:paraId="43B9E5A2" w14:textId="77777777" w:rsidR="00D631DC" w:rsidRPr="00A41A83" w:rsidRDefault="00975E65" w:rsidP="00A41A83">
            <w:pPr>
              <w:pStyle w:val="Listapunktowana"/>
              <w:spacing w:after="30"/>
              <w:ind w:left="215" w:hanging="11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wzmacnianie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pozytywnych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zachowań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postaw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koleżeńskich</w:t>
            </w:r>
            <w:proofErr w:type="spellEnd"/>
          </w:p>
          <w:p w14:paraId="4DAB4673" w14:textId="77777777" w:rsidR="00D631DC" w:rsidRPr="009F6E3C" w:rsidRDefault="00975E65" w:rsidP="00A41A83">
            <w:pPr>
              <w:pStyle w:val="Listapunktowana"/>
              <w:spacing w:after="30"/>
              <w:ind w:left="215" w:hanging="113"/>
            </w:pP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ćwiczenia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rozpoznawania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emocji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własnych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innych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osób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oraz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prostych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sposobów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radzenia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sobie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ze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złością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stresem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presją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grupy</w:t>
            </w:r>
            <w:proofErr w:type="spellEnd"/>
          </w:p>
        </w:tc>
      </w:tr>
      <w:tr w:rsidR="00D631DC" w:rsidRPr="009F6E3C" w14:paraId="18239033" w14:textId="77777777" w:rsidTr="00AC1CEB">
        <w:trPr>
          <w:jc w:val="center"/>
        </w:trPr>
        <w:tc>
          <w:tcPr>
            <w:tcW w:w="34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7745240" w14:textId="77777777" w:rsidR="00D631DC" w:rsidRPr="009F6E3C" w:rsidRDefault="00975E65">
            <w:pPr>
              <w:spacing w:after="3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Wdrażanie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rodziców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do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działań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profilaktycznych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wychowawczych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9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4841DA4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Zapoznanie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rodziców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programem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wychowawczo-profilaktycznym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; w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tym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wymaganiami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dotyczącymi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zachowania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ucznia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  <w:p w14:paraId="3B7205DA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Włączanie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rodziców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prace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związane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realizacją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zamierzeń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wychowawczych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profilaktycznych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:</w:t>
            </w:r>
          </w:p>
          <w:p w14:paraId="20575DE7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dokumentacja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szkolna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</w:p>
          <w:p w14:paraId="52BA3B5D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uroczystości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imprezy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szkolne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</w:p>
          <w:p w14:paraId="4D842D76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rozwiązywania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problemów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ucznia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  <w:p w14:paraId="62D0D711" w14:textId="77777777" w:rsidR="00D631DC" w:rsidRPr="009F6E3C" w:rsidRDefault="00975E65" w:rsidP="00131BD2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lastRenderedPageBreak/>
              <w:t>Pedagogizacja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rodziców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ws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oddziaływań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wychowawczych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  <w:p w14:paraId="00D780CB" w14:textId="77777777" w:rsidR="00D631DC" w:rsidRPr="009F6E3C" w:rsidRDefault="00975E65" w:rsidP="00131BD2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Wspieranie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rodziców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rozpoznawaniu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przemocy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emocjonalnej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cyberprzemocy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nadmiernego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korzystania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urządzeń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ekranowych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oraz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sygnałów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trudności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emocjonalnych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dziecka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69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674A883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lastRenderedPageBreak/>
              <w:t>zebrania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ogólne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dla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rodziców</w:t>
            </w:r>
            <w:proofErr w:type="spellEnd"/>
          </w:p>
          <w:p w14:paraId="24718F58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przedstawienie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zadań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nauczycieli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; w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tym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dyżurowania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przerwach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oraz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procedur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reagowania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sytuacjach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konfliktowych</w:t>
            </w:r>
            <w:proofErr w:type="spellEnd"/>
          </w:p>
          <w:p w14:paraId="3394FB89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współpraca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Radą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Rodziców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ramach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współorganizacji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imprez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szkolnych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br/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okolicznościowych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:</w:t>
            </w:r>
            <w:r w:rsidR="00D02ADB"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Pasowanie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Ucznia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="00D02ADB"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Andrzejki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wigilijka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klasowa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bal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karnawałowy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="00D02ADB"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Dzień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Matki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Ojca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Dzień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Dziecka,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wycieczki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jednodniowe</w:t>
            </w:r>
            <w:proofErr w:type="spellEnd"/>
          </w:p>
          <w:p w14:paraId="75828511" w14:textId="77777777" w:rsidR="00D631DC" w:rsidRPr="009F6E3C" w:rsidRDefault="00975E65" w:rsidP="00131BD2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lastRenderedPageBreak/>
              <w:t>przedstawienie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tematyki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pedagogizacji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oraz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propozycja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dyskusji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zebraniu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ogólnym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trakcie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rozmów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indywidualnych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rodzicami</w:t>
            </w:r>
            <w:proofErr w:type="spellEnd"/>
          </w:p>
          <w:p w14:paraId="2B37D643" w14:textId="77777777" w:rsidR="00D631DC" w:rsidRPr="009F6E3C" w:rsidRDefault="00975E65" w:rsidP="00131BD2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warsztaty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prelekcje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dla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rodziców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dotyczące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relacji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rówieśniczych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odpowiedzialnego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korzystania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Internetu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hejtu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uzależnień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behawioralnych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bezpieczeństwa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sieci</w:t>
            </w:r>
            <w:proofErr w:type="spellEnd"/>
          </w:p>
        </w:tc>
      </w:tr>
      <w:tr w:rsidR="00D631DC" w:rsidRPr="009F6E3C" w14:paraId="21A24FB2" w14:textId="77777777" w:rsidTr="00AC1CEB">
        <w:trPr>
          <w:cantSplit/>
          <w:jc w:val="center"/>
        </w:trPr>
        <w:tc>
          <w:tcPr>
            <w:tcW w:w="34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75FAF6C" w14:textId="77777777" w:rsidR="00D631DC" w:rsidRPr="009F6E3C" w:rsidRDefault="00975E65">
            <w:pPr>
              <w:spacing w:after="3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lastRenderedPageBreak/>
              <w:t>Współpraca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placówki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z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instytucjami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środowiskiem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lokalnym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9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CD9933C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Integrowanie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szkoły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ze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środowiskiem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lokalnym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trakcie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udziału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akcjach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imprezach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konkursach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organizowanych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przez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instytucje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współpracujące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ze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szkołą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( np. z OSP,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Parafią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Św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Katarzyny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PP nr 7,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Zarządem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Osiedla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Jastrzębie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Górne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Dolne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69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1F225D5" w14:textId="77777777" w:rsidR="00D631DC" w:rsidRPr="009F6E3C" w:rsidRDefault="001D34D1" w:rsidP="001D34D1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udział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konkursach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75E65"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plastyczny</w:t>
            </w:r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ch</w:t>
            </w:r>
            <w:proofErr w:type="spellEnd"/>
            <w:r w:rsidR="00975E65"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75E65"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oraz</w:t>
            </w:r>
            <w:proofErr w:type="spellEnd"/>
            <w:r w:rsidR="00975E65"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75E65"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przedstawieniach</w:t>
            </w:r>
            <w:proofErr w:type="spellEnd"/>
            <w:r w:rsidR="00975E65"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75E65"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tematycznych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r w:rsidR="00975E65" w:rsidRPr="009F6E3C">
              <w:rPr>
                <w:rFonts w:ascii="Times New Roman" w:eastAsia="Arial" w:hAnsi="Times New Roman" w:cs="Times New Roman"/>
                <w:sz w:val="24"/>
                <w:szCs w:val="24"/>
              </w:rPr>
              <w:br/>
            </w:r>
            <w:proofErr w:type="spellStart"/>
            <w:r w:rsidR="00975E65"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organizowanie</w:t>
            </w:r>
            <w:proofErr w:type="spellEnd"/>
            <w:r w:rsidR="00975E65"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75E65"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dni</w:t>
            </w:r>
            <w:proofErr w:type="spellEnd"/>
            <w:r w:rsidR="00975E65"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75E65"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otwartych</w:t>
            </w:r>
            <w:proofErr w:type="spellEnd"/>
            <w:r w:rsidR="00975E65"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75E65"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dla</w:t>
            </w:r>
            <w:proofErr w:type="spellEnd"/>
            <w:r w:rsidR="00975E65"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75E65"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przyszłych</w:t>
            </w:r>
            <w:proofErr w:type="spellEnd"/>
            <w:r w:rsidR="00975E65"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75E65"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uczniów</w:t>
            </w:r>
            <w:proofErr w:type="spellEnd"/>
            <w:r w:rsidR="00975E65"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75E65"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szkoły</w:t>
            </w:r>
            <w:proofErr w:type="spellEnd"/>
            <w:r w:rsidR="00975E65"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975E65"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zapraszanie</w:t>
            </w:r>
            <w:proofErr w:type="spellEnd"/>
            <w:r w:rsidR="00975E65"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75E65"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na</w:t>
            </w:r>
            <w:proofErr w:type="spellEnd"/>
            <w:r w:rsidR="00975E65"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75E65"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wspólne</w:t>
            </w:r>
            <w:proofErr w:type="spellEnd"/>
            <w:r w:rsidR="00975E65"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75E65"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imprezy</w:t>
            </w:r>
            <w:proofErr w:type="spellEnd"/>
            <w:r w:rsidR="00975E65"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75E65"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okolicznościowe</w:t>
            </w:r>
            <w:proofErr w:type="spellEnd"/>
          </w:p>
        </w:tc>
      </w:tr>
    </w:tbl>
    <w:p w14:paraId="6AD8280B" w14:textId="77777777" w:rsidR="00D631DC" w:rsidRPr="009F6E3C" w:rsidRDefault="00D631DC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018519AC" w14:textId="77777777" w:rsidR="00D631DC" w:rsidRPr="005F54E3" w:rsidRDefault="00975E65">
      <w:pPr>
        <w:keepNext/>
        <w:spacing w:before="160" w:after="40"/>
        <w:rPr>
          <w:rFonts w:ascii="Times New Roman" w:hAnsi="Times New Roman" w:cs="Times New Roman"/>
          <w:sz w:val="28"/>
          <w:szCs w:val="28"/>
        </w:rPr>
      </w:pPr>
      <w:r w:rsidRPr="005F54E3">
        <w:rPr>
          <w:rFonts w:ascii="Times New Roman" w:eastAsia="Arial" w:hAnsi="Times New Roman" w:cs="Times New Roman"/>
          <w:b/>
          <w:sz w:val="28"/>
          <w:szCs w:val="28"/>
        </w:rPr>
        <w:t>KLASY I-III</w:t>
      </w:r>
    </w:p>
    <w:p w14:paraId="6A368FB5" w14:textId="77777777" w:rsidR="00D631DC" w:rsidRPr="005F54E3" w:rsidRDefault="00975E65">
      <w:pPr>
        <w:keepNext/>
        <w:spacing w:after="80"/>
        <w:rPr>
          <w:rFonts w:ascii="Times New Roman" w:hAnsi="Times New Roman" w:cs="Times New Roman"/>
          <w:sz w:val="28"/>
          <w:szCs w:val="28"/>
        </w:rPr>
      </w:pPr>
      <w:proofErr w:type="spellStart"/>
      <w:r w:rsidRPr="005F54E3">
        <w:rPr>
          <w:rFonts w:ascii="Times New Roman" w:eastAsia="Arial" w:hAnsi="Times New Roman" w:cs="Times New Roman"/>
          <w:b/>
          <w:sz w:val="28"/>
          <w:szCs w:val="28"/>
        </w:rPr>
        <w:t>Obszar</w:t>
      </w:r>
      <w:proofErr w:type="spellEnd"/>
      <w:r w:rsidRPr="005F54E3">
        <w:rPr>
          <w:rFonts w:ascii="Times New Roman" w:eastAsia="Arial" w:hAnsi="Times New Roman" w:cs="Times New Roman"/>
          <w:b/>
          <w:sz w:val="28"/>
          <w:szCs w:val="28"/>
        </w:rPr>
        <w:t xml:space="preserve"> II - </w:t>
      </w:r>
      <w:proofErr w:type="spellStart"/>
      <w:r w:rsidRPr="005F54E3">
        <w:rPr>
          <w:rFonts w:ascii="Times New Roman" w:eastAsia="Arial" w:hAnsi="Times New Roman" w:cs="Times New Roman"/>
          <w:b/>
          <w:sz w:val="28"/>
          <w:szCs w:val="28"/>
        </w:rPr>
        <w:t>wychowanie</w:t>
      </w:r>
      <w:proofErr w:type="spellEnd"/>
      <w:r w:rsidRPr="005F54E3">
        <w:rPr>
          <w:rFonts w:ascii="Times New Roman" w:eastAsia="Arial" w:hAnsi="Times New Roman" w:cs="Times New Roman"/>
          <w:b/>
          <w:sz w:val="28"/>
          <w:szCs w:val="28"/>
        </w:rPr>
        <w:t xml:space="preserve"> </w:t>
      </w:r>
      <w:proofErr w:type="spellStart"/>
      <w:r w:rsidRPr="005F54E3">
        <w:rPr>
          <w:rFonts w:ascii="Times New Roman" w:eastAsia="Arial" w:hAnsi="Times New Roman" w:cs="Times New Roman"/>
          <w:b/>
          <w:sz w:val="28"/>
          <w:szCs w:val="28"/>
        </w:rPr>
        <w:t>patriotyczne</w:t>
      </w:r>
      <w:proofErr w:type="spellEnd"/>
      <w:r w:rsidRPr="005F54E3">
        <w:rPr>
          <w:rFonts w:ascii="Times New Roman" w:eastAsia="Arial" w:hAnsi="Times New Roman" w:cs="Times New Roman"/>
          <w:b/>
          <w:sz w:val="28"/>
          <w:szCs w:val="28"/>
        </w:rPr>
        <w:t xml:space="preserve">, </w:t>
      </w:r>
      <w:proofErr w:type="spellStart"/>
      <w:r w:rsidRPr="005F54E3">
        <w:rPr>
          <w:rFonts w:ascii="Times New Roman" w:eastAsia="Arial" w:hAnsi="Times New Roman" w:cs="Times New Roman"/>
          <w:b/>
          <w:sz w:val="28"/>
          <w:szCs w:val="28"/>
        </w:rPr>
        <w:t>obywatelskie</w:t>
      </w:r>
      <w:proofErr w:type="spellEnd"/>
      <w:r w:rsidRPr="005F54E3">
        <w:rPr>
          <w:rFonts w:ascii="Times New Roman" w:eastAsia="Arial" w:hAnsi="Times New Roman" w:cs="Times New Roman"/>
          <w:b/>
          <w:sz w:val="28"/>
          <w:szCs w:val="28"/>
        </w:rPr>
        <w:t xml:space="preserve"> </w:t>
      </w:r>
      <w:proofErr w:type="spellStart"/>
      <w:r w:rsidRPr="005F54E3">
        <w:rPr>
          <w:rFonts w:ascii="Times New Roman" w:eastAsia="Arial" w:hAnsi="Times New Roman" w:cs="Times New Roman"/>
          <w:b/>
          <w:sz w:val="28"/>
          <w:szCs w:val="28"/>
        </w:rPr>
        <w:t>i</w:t>
      </w:r>
      <w:proofErr w:type="spellEnd"/>
      <w:r w:rsidRPr="005F54E3">
        <w:rPr>
          <w:rFonts w:ascii="Times New Roman" w:eastAsia="Arial" w:hAnsi="Times New Roman" w:cs="Times New Roman"/>
          <w:b/>
          <w:sz w:val="28"/>
          <w:szCs w:val="28"/>
        </w:rPr>
        <w:t xml:space="preserve"> </w:t>
      </w:r>
      <w:proofErr w:type="spellStart"/>
      <w:r w:rsidRPr="005F54E3">
        <w:rPr>
          <w:rFonts w:ascii="Times New Roman" w:eastAsia="Arial" w:hAnsi="Times New Roman" w:cs="Times New Roman"/>
          <w:b/>
          <w:sz w:val="28"/>
          <w:szCs w:val="28"/>
        </w:rPr>
        <w:t>otwartość</w:t>
      </w:r>
      <w:proofErr w:type="spellEnd"/>
      <w:r w:rsidRPr="005F54E3">
        <w:rPr>
          <w:rFonts w:ascii="Times New Roman" w:eastAsia="Arial" w:hAnsi="Times New Roman" w:cs="Times New Roman"/>
          <w:b/>
          <w:sz w:val="28"/>
          <w:szCs w:val="28"/>
        </w:rPr>
        <w:t xml:space="preserve"> </w:t>
      </w:r>
      <w:proofErr w:type="spellStart"/>
      <w:r w:rsidRPr="005F54E3">
        <w:rPr>
          <w:rFonts w:ascii="Times New Roman" w:eastAsia="Arial" w:hAnsi="Times New Roman" w:cs="Times New Roman"/>
          <w:b/>
          <w:sz w:val="28"/>
          <w:szCs w:val="28"/>
        </w:rPr>
        <w:t>na</w:t>
      </w:r>
      <w:proofErr w:type="spellEnd"/>
      <w:r w:rsidRPr="005F54E3">
        <w:rPr>
          <w:rFonts w:ascii="Times New Roman" w:eastAsia="Arial" w:hAnsi="Times New Roman" w:cs="Times New Roman"/>
          <w:b/>
          <w:sz w:val="28"/>
          <w:szCs w:val="28"/>
        </w:rPr>
        <w:t xml:space="preserve"> </w:t>
      </w:r>
      <w:proofErr w:type="spellStart"/>
      <w:r w:rsidRPr="005F54E3">
        <w:rPr>
          <w:rFonts w:ascii="Times New Roman" w:eastAsia="Arial" w:hAnsi="Times New Roman" w:cs="Times New Roman"/>
          <w:b/>
          <w:sz w:val="28"/>
          <w:szCs w:val="28"/>
        </w:rPr>
        <w:t>inne</w:t>
      </w:r>
      <w:proofErr w:type="spellEnd"/>
      <w:r w:rsidRPr="005F54E3">
        <w:rPr>
          <w:rFonts w:ascii="Times New Roman" w:eastAsia="Arial" w:hAnsi="Times New Roman" w:cs="Times New Roman"/>
          <w:b/>
          <w:sz w:val="28"/>
          <w:szCs w:val="28"/>
        </w:rPr>
        <w:t xml:space="preserve"> </w:t>
      </w:r>
      <w:proofErr w:type="spellStart"/>
      <w:r w:rsidRPr="005F54E3">
        <w:rPr>
          <w:rFonts w:ascii="Times New Roman" w:eastAsia="Arial" w:hAnsi="Times New Roman" w:cs="Times New Roman"/>
          <w:b/>
          <w:sz w:val="28"/>
          <w:szCs w:val="28"/>
        </w:rPr>
        <w:t>kultury</w:t>
      </w:r>
      <w:proofErr w:type="spellEnd"/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02"/>
        <w:gridCol w:w="4989"/>
        <w:gridCol w:w="6690"/>
      </w:tblGrid>
      <w:tr w:rsidR="00D631DC" w:rsidRPr="009F6E3C" w14:paraId="5E81B27E" w14:textId="77777777">
        <w:trPr>
          <w:cantSplit/>
          <w:tblHeader/>
          <w:jc w:val="center"/>
        </w:trPr>
        <w:tc>
          <w:tcPr>
            <w:tcW w:w="3402" w:type="dxa"/>
            <w:shd w:val="clear" w:color="auto" w:fill="E7E6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A3403BF" w14:textId="77777777" w:rsidR="00D631DC" w:rsidRPr="009F6E3C" w:rsidRDefault="00975E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Cele</w:t>
            </w:r>
          </w:p>
        </w:tc>
        <w:tc>
          <w:tcPr>
            <w:tcW w:w="4989" w:type="dxa"/>
            <w:shd w:val="clear" w:color="auto" w:fill="E7E6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809865" w14:textId="77777777" w:rsidR="00D631DC" w:rsidRPr="009F6E3C" w:rsidRDefault="00975E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Zadania</w:t>
            </w:r>
            <w:proofErr w:type="spellEnd"/>
          </w:p>
        </w:tc>
        <w:tc>
          <w:tcPr>
            <w:tcW w:w="6690" w:type="dxa"/>
            <w:shd w:val="clear" w:color="auto" w:fill="E7E6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86324A6" w14:textId="77777777" w:rsidR="00D631DC" w:rsidRPr="009F6E3C" w:rsidRDefault="00975E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Formy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realizacji</w:t>
            </w:r>
            <w:proofErr w:type="spellEnd"/>
          </w:p>
        </w:tc>
      </w:tr>
      <w:tr w:rsidR="00D631DC" w:rsidRPr="009F6E3C" w14:paraId="2F7454E8" w14:textId="77777777">
        <w:trPr>
          <w:jc w:val="center"/>
        </w:trPr>
        <w:tc>
          <w:tcPr>
            <w:tcW w:w="34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0A982D6" w14:textId="77777777" w:rsidR="00D631DC" w:rsidRPr="009F6E3C" w:rsidRDefault="00975E65">
            <w:pPr>
              <w:spacing w:after="3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Kształtowanie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poczucia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świadomości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obywatelskiej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szacunku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dla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kraju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9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20D1744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Kultywowanie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tradycji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związanych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naszą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ojczyzną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oraz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najbliższą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okolicą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  <w:p w14:paraId="7B428F80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Kulturalne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zachowanie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się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miejscach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Pamięci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Narodowej.</w:t>
            </w:r>
          </w:p>
          <w:p w14:paraId="43880ED2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Przekazywanie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informacji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temat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ważnych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wydarzeń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patriotycznych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związanych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historią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kraju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regionu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  <w:p w14:paraId="55AD68BA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Dbałość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o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strój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galowy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czasie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świąt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szkolnych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akademii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69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8978A9F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znajomość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hymnu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narodowego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szkolnego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symboli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narodowych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ich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historii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znaczenia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poprzez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okazywanie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szacunku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  <w:p w14:paraId="68ADFAE8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wykonywanie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hymnu</w:t>
            </w:r>
            <w:proofErr w:type="spellEnd"/>
            <w:r w:rsidR="001D34D1"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 </w:t>
            </w:r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w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odpowiedniej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postawie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podczas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uroczystości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szkolnych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miejskich</w:t>
            </w:r>
            <w:proofErr w:type="spellEnd"/>
          </w:p>
          <w:p w14:paraId="757F8DF0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odwiedzanie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miejsc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upamiętniających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bohaterów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państwowych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lokalnych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wyjście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cmentarz</w:t>
            </w:r>
            <w:proofErr w:type="spellEnd"/>
          </w:p>
          <w:p w14:paraId="39753376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udział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uroczystościach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szkolnych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państwowych</w:t>
            </w:r>
            <w:proofErr w:type="spellEnd"/>
          </w:p>
          <w:p w14:paraId="604418B2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udział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apelach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organizowanych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okazji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rocznic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świąt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państwowych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odpowiednim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stroju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uczniowskim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określonym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Statucie</w:t>
            </w:r>
            <w:proofErr w:type="spellEnd"/>
          </w:p>
        </w:tc>
      </w:tr>
      <w:tr w:rsidR="00D631DC" w:rsidRPr="009F6E3C" w14:paraId="73CEC654" w14:textId="77777777">
        <w:trPr>
          <w:jc w:val="center"/>
        </w:trPr>
        <w:tc>
          <w:tcPr>
            <w:tcW w:w="34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CEA25DF" w14:textId="77777777" w:rsidR="00D631DC" w:rsidRPr="009F6E3C" w:rsidRDefault="00975E65">
            <w:pPr>
              <w:spacing w:after="3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Kształtowanie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poczucia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przynależności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do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wspólnoty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lokalnej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9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DBB8A77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Zdobywanie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wiedzy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temat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historii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miasta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regionu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weryfikowanie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informacji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temat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legend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historycznych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zapisów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o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Jastrzębiu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  <w:p w14:paraId="7EBBE8BE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lastRenderedPageBreak/>
              <w:t>Poznawanie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historii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własnej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rodziny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  <w:p w14:paraId="09DCC859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Uczestnictwo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życiu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wspólnoty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lokalnej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udział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organizowanie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uroczystości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imprez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okolicznościowych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szkolnych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69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5FEB39A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lastRenderedPageBreak/>
              <w:t>wycieczki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wyjścia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zajęcia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tematyczne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oraz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udział</w:t>
            </w:r>
            <w:proofErr w:type="spellEnd"/>
            <w:r w:rsidR="001D34D1"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w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miejskim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konkursie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temat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Jastrzębia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Zdroju</w:t>
            </w:r>
            <w:proofErr w:type="spellEnd"/>
          </w:p>
          <w:p w14:paraId="473D20C4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udział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uroczystościach</w:t>
            </w:r>
            <w:proofErr w:type="spellEnd"/>
          </w:p>
          <w:p w14:paraId="0F1EE8EE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lastRenderedPageBreak/>
              <w:t>tworzenie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oraz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omówienie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drzewa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genealogicznego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rodziny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lekcjach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edukacji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plastyczno-technicznej</w:t>
            </w:r>
            <w:proofErr w:type="spellEnd"/>
          </w:p>
          <w:p w14:paraId="2FDAB141" w14:textId="77777777" w:rsidR="00D631DC" w:rsidRPr="009F6E3C" w:rsidRDefault="00975E65" w:rsidP="0015799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udział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uczniów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Dożynkach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Zawodach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Sikawek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Konnych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festynach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parafialnych</w:t>
            </w:r>
            <w:proofErr w:type="spellEnd"/>
            <w:r w:rsidR="00FF50B5"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="00BF2B23"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organizowanie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Dnia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Górnika</w:t>
            </w:r>
            <w:proofErr w:type="spellEnd"/>
          </w:p>
        </w:tc>
      </w:tr>
      <w:tr w:rsidR="00D631DC" w:rsidRPr="009F6E3C" w14:paraId="6E53D97B" w14:textId="77777777">
        <w:trPr>
          <w:cantSplit/>
          <w:jc w:val="center"/>
        </w:trPr>
        <w:tc>
          <w:tcPr>
            <w:tcW w:w="34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E9B7BCD" w14:textId="77777777" w:rsidR="00D631DC" w:rsidRPr="009F6E3C" w:rsidRDefault="00975E65">
            <w:pPr>
              <w:spacing w:after="3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lastRenderedPageBreak/>
              <w:t>Przekazywanie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wiedzy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na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temat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dziedzictwa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kulturowego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kraju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regionu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9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DE947E9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Zapoznawanie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historią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elementami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kultury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wybranych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miast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regionów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Polski.</w:t>
            </w:r>
          </w:p>
          <w:p w14:paraId="4978605A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Zwiedzanie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oraz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poznawanie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historii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zabytków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regionu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kraju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Poznawanie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legend o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Jastrzębiu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69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A154B11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tematyczne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zajęcia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dydaktyczne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wyjścia</w:t>
            </w:r>
            <w:proofErr w:type="spellEnd"/>
            <w:r w:rsidR="00157995"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w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najbliższą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okolicę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m.in. do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Parku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Zdrojowego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autokarowe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wycieczki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krajoznawcze</w:t>
            </w:r>
            <w:proofErr w:type="spellEnd"/>
          </w:p>
          <w:p w14:paraId="0DED9402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czytanie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legend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przez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nauczyciela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zajęciach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edukacji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społecznej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br/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polonistycznej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Wykonywanie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ilustracji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tematycznych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lekcji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edukacji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plastycznej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technicznej</w:t>
            </w:r>
            <w:proofErr w:type="spellEnd"/>
          </w:p>
        </w:tc>
      </w:tr>
      <w:tr w:rsidR="00D631DC" w:rsidRPr="009F6E3C" w14:paraId="048BADB9" w14:textId="77777777">
        <w:trPr>
          <w:cantSplit/>
          <w:jc w:val="center"/>
        </w:trPr>
        <w:tc>
          <w:tcPr>
            <w:tcW w:w="34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1CB2BD6" w14:textId="77777777" w:rsidR="00D631DC" w:rsidRPr="009F6E3C" w:rsidRDefault="00975E65">
            <w:pPr>
              <w:spacing w:after="3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Kształtowanie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poczucia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wspólnoty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europejskiej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9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A5D76CE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Otwieranie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bogactwo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kultur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tradycji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krajów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europejskich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  <w:p w14:paraId="3EA369F1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Zachowanie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tożsamości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narodowej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we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wspólnocie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Wychowanie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duchu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tolerancji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  <w:p w14:paraId="1E2429BB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Otwarcie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kulturę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zwyczaje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uczniów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przybywających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do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naszej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szkoły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innych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krajów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Europy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( w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tym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Ukrainy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669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C61A2FA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poznawanie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historii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kultury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krajów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UE m.in.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zajęciach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edukacji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społecznej</w:t>
            </w:r>
            <w:proofErr w:type="spellEnd"/>
          </w:p>
          <w:p w14:paraId="78B64BED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zajęcia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wychowawcze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promujące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postawę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tolerancji</w:t>
            </w:r>
            <w:proofErr w:type="spellEnd"/>
          </w:p>
        </w:tc>
      </w:tr>
    </w:tbl>
    <w:p w14:paraId="7D9457F6" w14:textId="77777777" w:rsidR="00D631DC" w:rsidRPr="009F6E3C" w:rsidRDefault="00D631DC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3EFF7CB1" w14:textId="77777777" w:rsidR="00D631DC" w:rsidRPr="005F54E3" w:rsidRDefault="00975E65">
      <w:pPr>
        <w:keepNext/>
        <w:spacing w:before="160" w:after="40"/>
        <w:rPr>
          <w:rFonts w:ascii="Times New Roman" w:hAnsi="Times New Roman" w:cs="Times New Roman"/>
          <w:sz w:val="28"/>
          <w:szCs w:val="28"/>
        </w:rPr>
      </w:pPr>
      <w:r w:rsidRPr="005F54E3">
        <w:rPr>
          <w:rFonts w:ascii="Times New Roman" w:eastAsia="Arial" w:hAnsi="Times New Roman" w:cs="Times New Roman"/>
          <w:b/>
          <w:sz w:val="28"/>
          <w:szCs w:val="28"/>
        </w:rPr>
        <w:t>KLASY I-III</w:t>
      </w:r>
    </w:p>
    <w:p w14:paraId="6A5F63BF" w14:textId="77777777" w:rsidR="00D631DC" w:rsidRPr="005F54E3" w:rsidRDefault="00975E65">
      <w:pPr>
        <w:keepNext/>
        <w:spacing w:after="80"/>
        <w:rPr>
          <w:rFonts w:ascii="Times New Roman" w:hAnsi="Times New Roman" w:cs="Times New Roman"/>
          <w:sz w:val="28"/>
          <w:szCs w:val="28"/>
        </w:rPr>
      </w:pPr>
      <w:proofErr w:type="spellStart"/>
      <w:r w:rsidRPr="005F54E3">
        <w:rPr>
          <w:rFonts w:ascii="Times New Roman" w:eastAsia="Arial" w:hAnsi="Times New Roman" w:cs="Times New Roman"/>
          <w:b/>
          <w:sz w:val="28"/>
          <w:szCs w:val="28"/>
        </w:rPr>
        <w:t>Obszar</w:t>
      </w:r>
      <w:proofErr w:type="spellEnd"/>
      <w:r w:rsidRPr="005F54E3">
        <w:rPr>
          <w:rFonts w:ascii="Times New Roman" w:eastAsia="Arial" w:hAnsi="Times New Roman" w:cs="Times New Roman"/>
          <w:b/>
          <w:sz w:val="28"/>
          <w:szCs w:val="28"/>
        </w:rPr>
        <w:t xml:space="preserve"> III - </w:t>
      </w:r>
      <w:proofErr w:type="spellStart"/>
      <w:r w:rsidRPr="005F54E3">
        <w:rPr>
          <w:rFonts w:ascii="Times New Roman" w:eastAsia="Arial" w:hAnsi="Times New Roman" w:cs="Times New Roman"/>
          <w:b/>
          <w:sz w:val="28"/>
          <w:szCs w:val="28"/>
        </w:rPr>
        <w:t>wychowanie</w:t>
      </w:r>
      <w:proofErr w:type="spellEnd"/>
      <w:r w:rsidRPr="005F54E3">
        <w:rPr>
          <w:rFonts w:ascii="Times New Roman" w:eastAsia="Arial" w:hAnsi="Times New Roman" w:cs="Times New Roman"/>
          <w:b/>
          <w:sz w:val="28"/>
          <w:szCs w:val="28"/>
        </w:rPr>
        <w:t xml:space="preserve"> </w:t>
      </w:r>
      <w:proofErr w:type="spellStart"/>
      <w:r w:rsidRPr="005F54E3">
        <w:rPr>
          <w:rFonts w:ascii="Times New Roman" w:eastAsia="Arial" w:hAnsi="Times New Roman" w:cs="Times New Roman"/>
          <w:b/>
          <w:sz w:val="28"/>
          <w:szCs w:val="28"/>
        </w:rPr>
        <w:t>prozdrowotne</w:t>
      </w:r>
      <w:proofErr w:type="spellEnd"/>
      <w:r w:rsidRPr="005F54E3">
        <w:rPr>
          <w:rFonts w:ascii="Times New Roman" w:eastAsia="Arial" w:hAnsi="Times New Roman" w:cs="Times New Roman"/>
          <w:b/>
          <w:sz w:val="28"/>
          <w:szCs w:val="28"/>
        </w:rPr>
        <w:t xml:space="preserve"> </w:t>
      </w:r>
      <w:proofErr w:type="spellStart"/>
      <w:r w:rsidRPr="005F54E3">
        <w:rPr>
          <w:rFonts w:ascii="Times New Roman" w:eastAsia="Arial" w:hAnsi="Times New Roman" w:cs="Times New Roman"/>
          <w:b/>
          <w:sz w:val="28"/>
          <w:szCs w:val="28"/>
        </w:rPr>
        <w:t>i</w:t>
      </w:r>
      <w:proofErr w:type="spellEnd"/>
      <w:r w:rsidRPr="005F54E3">
        <w:rPr>
          <w:rFonts w:ascii="Times New Roman" w:eastAsia="Arial" w:hAnsi="Times New Roman" w:cs="Times New Roman"/>
          <w:b/>
          <w:sz w:val="28"/>
          <w:szCs w:val="28"/>
        </w:rPr>
        <w:t xml:space="preserve"> </w:t>
      </w:r>
      <w:proofErr w:type="spellStart"/>
      <w:r w:rsidRPr="005F54E3">
        <w:rPr>
          <w:rFonts w:ascii="Times New Roman" w:eastAsia="Arial" w:hAnsi="Times New Roman" w:cs="Times New Roman"/>
          <w:b/>
          <w:sz w:val="28"/>
          <w:szCs w:val="28"/>
        </w:rPr>
        <w:t>edukacja</w:t>
      </w:r>
      <w:proofErr w:type="spellEnd"/>
      <w:r w:rsidRPr="005F54E3">
        <w:rPr>
          <w:rFonts w:ascii="Times New Roman" w:eastAsia="Arial" w:hAnsi="Times New Roman" w:cs="Times New Roman"/>
          <w:b/>
          <w:sz w:val="28"/>
          <w:szCs w:val="28"/>
        </w:rPr>
        <w:t xml:space="preserve"> </w:t>
      </w:r>
      <w:proofErr w:type="spellStart"/>
      <w:r w:rsidRPr="005F54E3">
        <w:rPr>
          <w:rFonts w:ascii="Times New Roman" w:eastAsia="Arial" w:hAnsi="Times New Roman" w:cs="Times New Roman"/>
          <w:b/>
          <w:sz w:val="28"/>
          <w:szCs w:val="28"/>
        </w:rPr>
        <w:t>dla</w:t>
      </w:r>
      <w:proofErr w:type="spellEnd"/>
      <w:r w:rsidRPr="005F54E3">
        <w:rPr>
          <w:rFonts w:ascii="Times New Roman" w:eastAsia="Arial" w:hAnsi="Times New Roman" w:cs="Times New Roman"/>
          <w:b/>
          <w:sz w:val="28"/>
          <w:szCs w:val="28"/>
        </w:rPr>
        <w:t xml:space="preserve"> </w:t>
      </w:r>
      <w:proofErr w:type="spellStart"/>
      <w:r w:rsidRPr="005F54E3">
        <w:rPr>
          <w:rFonts w:ascii="Times New Roman" w:eastAsia="Arial" w:hAnsi="Times New Roman" w:cs="Times New Roman"/>
          <w:b/>
          <w:sz w:val="28"/>
          <w:szCs w:val="28"/>
        </w:rPr>
        <w:t>zdrowia</w:t>
      </w:r>
      <w:proofErr w:type="spellEnd"/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02"/>
        <w:gridCol w:w="4989"/>
        <w:gridCol w:w="6690"/>
      </w:tblGrid>
      <w:tr w:rsidR="00D631DC" w:rsidRPr="009F6E3C" w14:paraId="6CDFDAC2" w14:textId="77777777">
        <w:trPr>
          <w:cantSplit/>
          <w:tblHeader/>
          <w:jc w:val="center"/>
        </w:trPr>
        <w:tc>
          <w:tcPr>
            <w:tcW w:w="3402" w:type="dxa"/>
            <w:shd w:val="clear" w:color="auto" w:fill="E7E6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882813B" w14:textId="77777777" w:rsidR="00D631DC" w:rsidRPr="009F6E3C" w:rsidRDefault="00975E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Cele</w:t>
            </w:r>
          </w:p>
        </w:tc>
        <w:tc>
          <w:tcPr>
            <w:tcW w:w="4989" w:type="dxa"/>
            <w:shd w:val="clear" w:color="auto" w:fill="E7E6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A4B562" w14:textId="77777777" w:rsidR="00D631DC" w:rsidRPr="009F6E3C" w:rsidRDefault="00975E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Zadania</w:t>
            </w:r>
            <w:proofErr w:type="spellEnd"/>
          </w:p>
        </w:tc>
        <w:tc>
          <w:tcPr>
            <w:tcW w:w="6690" w:type="dxa"/>
            <w:shd w:val="clear" w:color="auto" w:fill="E7E6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CF6198" w14:textId="77777777" w:rsidR="00D631DC" w:rsidRPr="009F6E3C" w:rsidRDefault="00975E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Formy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realizacji</w:t>
            </w:r>
            <w:proofErr w:type="spellEnd"/>
          </w:p>
        </w:tc>
      </w:tr>
      <w:tr w:rsidR="00D631DC" w:rsidRPr="009F6E3C" w14:paraId="32480512" w14:textId="77777777">
        <w:trPr>
          <w:jc w:val="center"/>
        </w:trPr>
        <w:tc>
          <w:tcPr>
            <w:tcW w:w="34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2D83CCF" w14:textId="77777777" w:rsidR="00D631DC" w:rsidRPr="009F6E3C" w:rsidRDefault="00975E65">
            <w:pPr>
              <w:spacing w:after="3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Kształtowanie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właściwych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zachowań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nawyków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zdrowotnych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9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CA1C69D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Rozwijanie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sprawności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fizycznej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własnych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predyspozycji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do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uprawiania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różnych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dyscyplin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sportowych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  <w:p w14:paraId="054D40B7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Przekazywanie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wiedzy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o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zdrowym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odżywianiu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  <w:p w14:paraId="7FB8717C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Wdrażanie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do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przestrzegania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zasad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higieny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osobistej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schludnego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wyglądu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zewnętrznego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  <w:p w14:paraId="61E6AD69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Promocja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wychowania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fizycznego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trakcie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zajęć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oraz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jako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pozaszkolnych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form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spędzania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lastRenderedPageBreak/>
              <w:t>czasu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wolnego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  <w:p w14:paraId="69978FA6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Wyrabianie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nawyku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prawidłowej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higieny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jamy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ustnej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  <w:p w14:paraId="766ED2D4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Uwrażliwienie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przestrzeganie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zasad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bezpiecznego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poruszania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się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szczególności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po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drodze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do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szkoły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także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poza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nią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  <w:p w14:paraId="149B1511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Ukazywanie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negatywnego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wpływu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hałasu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zdrowie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fizyczne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psychiczne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człowieka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  <w:p w14:paraId="1C83DF01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Ochrona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zdrowia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swojego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innych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sytuacji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pandemii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Motywowanie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egzekwowanie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wśród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uczniów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samodyscypliny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zakresie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przestrzegania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obostrzeń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występujących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szkole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  <w:p w14:paraId="0A0EFB30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Ukazywanie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uczniom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rodzicom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zasadności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szczepień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  <w:p w14:paraId="7BC72166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Ukazywanie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pozytywnego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wpływu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aktywności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fizycznej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prawidłową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postawę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ciała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niwelowanie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wad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postawy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spowodowanych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długotrwałym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spędzaniem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czasu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przed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komputerem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).</w:t>
            </w:r>
          </w:p>
          <w:p w14:paraId="21593267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Propagowanie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aktywności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fizycznej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kontekście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zdrowia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psychicznego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poprawa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samopoczucia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przeciwdziałanie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obniżonemu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nastrojowi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depresji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669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5EF6611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lastRenderedPageBreak/>
              <w:t>propagowanie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sportu</w:t>
            </w:r>
            <w:proofErr w:type="spellEnd"/>
            <w:r w:rsidR="00157995"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aktywnego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wypoczynku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poprzez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organizowanie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rozgrywek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sportowych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np.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Dzień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Sportu</w:t>
            </w:r>
            <w:proofErr w:type="spellEnd"/>
          </w:p>
          <w:p w14:paraId="7C2B9368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spotkanie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pielęgniarką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;</w:t>
            </w:r>
          </w:p>
          <w:p w14:paraId="2EC2F917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pogadanka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rozmowy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wychowawcami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;</w:t>
            </w:r>
          </w:p>
          <w:p w14:paraId="08DAA806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organizowanie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zajęć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o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zdrowym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żywieniu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przygotowania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posiłków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wraz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zachowaniem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zasad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bhp: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sałatki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warzywne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owocowe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kanapki-degustacja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zajęciach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edukacji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zdrowotnej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technicznej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)</w:t>
            </w:r>
          </w:p>
          <w:p w14:paraId="476C984A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lastRenderedPageBreak/>
              <w:t>rozmowy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klasie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temat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właściwego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ubioru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wyglądu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ucznia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szkole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odwołanie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się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do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informacji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zawartych</w:t>
            </w:r>
            <w:proofErr w:type="spellEnd"/>
            <w:r w:rsidR="00157995"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w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Statucie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Szkoły),</w:t>
            </w:r>
          </w:p>
          <w:p w14:paraId="2C1B2BDF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konkursy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profilaktyczne</w:t>
            </w:r>
            <w:proofErr w:type="spellEnd"/>
          </w:p>
          <w:p w14:paraId="296ECD73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przeprowadzanie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badań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programów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prozdrowotnych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przez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pielęgniarkę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szkolną</w:t>
            </w:r>
            <w:proofErr w:type="spellEnd"/>
          </w:p>
          <w:p w14:paraId="1ACC7A8A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przeprowadzenie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pogadanki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temat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uprawiania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sportów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dla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dzieci</w:t>
            </w:r>
            <w:proofErr w:type="spellEnd"/>
          </w:p>
          <w:p w14:paraId="3185B7BB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organizowanie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pieszych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wycieczek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najbliższą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okolicę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szkoły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ramach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promowania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zdrowego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trybu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życia</w:t>
            </w:r>
            <w:proofErr w:type="spellEnd"/>
          </w:p>
          <w:p w14:paraId="71E6523A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zachęcanie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do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zajęć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świeżym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powietrzu</w:t>
            </w:r>
            <w:proofErr w:type="spellEnd"/>
          </w:p>
          <w:p w14:paraId="2BED7E59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fluoryzacja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ki. 1 -3</w:t>
            </w:r>
          </w:p>
          <w:p w14:paraId="5114D8CC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prowadzenie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pogadanek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prelekcji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temat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bezpieczeństwa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drodze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do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szkoły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poza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nią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;</w:t>
            </w:r>
          </w:p>
          <w:p w14:paraId="27CDFA5B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spotkanie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Policjantem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bezpieczne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przechodzenie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przez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drogę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zajęcia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praktyczne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terenie</w:t>
            </w:r>
            <w:proofErr w:type="spellEnd"/>
            <w:r w:rsidR="00157995"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z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Policjantem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  <w:p w14:paraId="240A2C48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przesiewowe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badania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słuchu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</w:p>
          <w:p w14:paraId="35519AFA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poruszanie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problemu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podczas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zebrań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rodzicami</w:t>
            </w:r>
            <w:proofErr w:type="spellEnd"/>
          </w:p>
          <w:p w14:paraId="16B333FA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zapoznanie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uczniów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procedurą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szkolną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zobowiązanie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ich do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przestrzegania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reżimu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sanitarnego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częste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mycie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rąk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ochrona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podczas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kichania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kaszlu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oraz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unikanie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dotykania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oczu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nosa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ust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)</w:t>
            </w:r>
          </w:p>
          <w:p w14:paraId="73DDB869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pogadanki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wychowawcą</w:t>
            </w:r>
            <w:proofErr w:type="spellEnd"/>
          </w:p>
          <w:p w14:paraId="1BF895FF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wzbudzanie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odpowiedzialności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za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bezpieczeństwo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swoje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innych</w:t>
            </w:r>
            <w:proofErr w:type="spellEnd"/>
          </w:p>
          <w:p w14:paraId="2A9F293C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akcje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informacyjne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temat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szczepień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</w:p>
          <w:p w14:paraId="36FDB538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lekcje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wychowawcze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</w:p>
          <w:p w14:paraId="3E1DF7B1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spotkania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pielęgniarką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szkolną</w:t>
            </w:r>
            <w:proofErr w:type="spellEnd"/>
          </w:p>
          <w:p w14:paraId="1EB40CAE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organizowanie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zawodów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sportowych</w:t>
            </w:r>
            <w:proofErr w:type="spellEnd"/>
          </w:p>
          <w:p w14:paraId="7C573EB5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wycieczki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plenerowe</w:t>
            </w:r>
            <w:proofErr w:type="spellEnd"/>
          </w:p>
          <w:p w14:paraId="3A0D9B3E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zabawy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ruchowe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w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tym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świetlicy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szkolnej</w:t>
            </w:r>
            <w:proofErr w:type="spellEnd"/>
          </w:p>
          <w:p w14:paraId="37096C2C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zachęcanie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do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aktywnego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spędzania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czasu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wolnego</w:t>
            </w:r>
            <w:proofErr w:type="spellEnd"/>
          </w:p>
          <w:p w14:paraId="7F8794DE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zajęcia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wychowawcze</w:t>
            </w:r>
            <w:proofErr w:type="spellEnd"/>
          </w:p>
          <w:p w14:paraId="0F671465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lastRenderedPageBreak/>
              <w:t>spotkania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pedagogiem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szkolnym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psychologiem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pedagogiem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specjalnym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przedstawicielami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PPP,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pielęgniarką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szkolną</w:t>
            </w:r>
            <w:proofErr w:type="spellEnd"/>
          </w:p>
          <w:p w14:paraId="00861108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pedagogizacja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rodziców</w:t>
            </w:r>
            <w:proofErr w:type="spellEnd"/>
          </w:p>
        </w:tc>
      </w:tr>
      <w:tr w:rsidR="00D631DC" w:rsidRPr="009F6E3C" w14:paraId="7602C1CB" w14:textId="77777777">
        <w:trPr>
          <w:jc w:val="center"/>
        </w:trPr>
        <w:tc>
          <w:tcPr>
            <w:tcW w:w="34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FF760FB" w14:textId="77777777" w:rsidR="00D631DC" w:rsidRPr="009F6E3C" w:rsidRDefault="00975E65">
            <w:pPr>
              <w:spacing w:after="3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lastRenderedPageBreak/>
              <w:t>Kształtowanie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poczucia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bezpieczeństwa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psychicznego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fizycznego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9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0502935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Zapewnienie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uczniom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odpowiedniej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higieny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bezpiecznych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warunków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pracy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  <w:p w14:paraId="3E4991EF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Minimalizowanie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sytuacji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niebezpiecznych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zagrożeń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  <w:p w14:paraId="27705E72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Zapewnienie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opieki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oraz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pomocy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psychologiczno-pedagogicznej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dla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uczniów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  <w:p w14:paraId="1CE40AB1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Reagowanie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wszelkie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przejawy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negatywnych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zachowań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wśród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uczniów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szkole</w:t>
            </w:r>
            <w:proofErr w:type="spellEnd"/>
          </w:p>
          <w:p w14:paraId="737AE284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Kształtowanie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prawidłowych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relacji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społecznych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między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uczniami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oraz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uwrażliwianie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ich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potrzeby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rówieśników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  <w:p w14:paraId="4C50E753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Otwarcie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potrzeby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uczniów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Ukrainy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okazanie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im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zrozumienia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życzliwości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69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6C74147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rzetelna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realizacja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planu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dyżurów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nauczycielskich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czasie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przerw</w:t>
            </w:r>
            <w:proofErr w:type="spellEnd"/>
          </w:p>
          <w:p w14:paraId="352030BD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zapoznanie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uczniów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rodziców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zasadami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bezpieczeństwa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obowiązującymi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terenie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szkoły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; w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salach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lekcyjnych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gimnastycznej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korytarzu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czy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boisku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szkolnym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omówienie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m.in.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regulaminu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sali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gimnastycznej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uczniami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</w:p>
          <w:p w14:paraId="2EFA8460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przeprowadzanie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alarmów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próbnych</w:t>
            </w:r>
            <w:proofErr w:type="spellEnd"/>
          </w:p>
          <w:p w14:paraId="5BB515D0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egzekwowanie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przestrzegania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regulaminów</w:t>
            </w:r>
            <w:proofErr w:type="spellEnd"/>
          </w:p>
          <w:p w14:paraId="4D12BC94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systematyczne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pogadanki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lekcjach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dotyczące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bezpiecznego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zachowania</w:t>
            </w:r>
            <w:proofErr w:type="spellEnd"/>
          </w:p>
          <w:p w14:paraId="62D968CF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objęcie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opieką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pedagogiczną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uczniów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problemami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wychowawczo-dydaktycznymi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oraz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kierowanie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ich do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specjalistów</w:t>
            </w:r>
            <w:proofErr w:type="spellEnd"/>
          </w:p>
          <w:p w14:paraId="4996AE62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typowanie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uczniów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do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pomocy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psychologiczno-pedagogicznej</w:t>
            </w:r>
            <w:proofErr w:type="spellEnd"/>
          </w:p>
          <w:p w14:paraId="34ACAFA2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uwzględnianie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respektowanie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opinii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orzeczeń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PPP w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pracy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uczniami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Współpraca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powołanymi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do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tego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instytucjami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(PPP,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Sąd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Policja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Straż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Miejska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, OPS)</w:t>
            </w:r>
          </w:p>
          <w:p w14:paraId="5FDA9F02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spotkania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rodzicami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ramach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pomocy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psychologiczno-pedagogicznej</w:t>
            </w:r>
            <w:proofErr w:type="spellEnd"/>
          </w:p>
          <w:p w14:paraId="611302AA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rozmowy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wspierające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dyscyplinujące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wychowawcy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nauczyciele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pedagog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)</w:t>
            </w:r>
          </w:p>
          <w:p w14:paraId="315A2606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informowanie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rodziców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o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zachowaniu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dziecka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rozmowy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indywidualne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)</w:t>
            </w:r>
          </w:p>
          <w:p w14:paraId="6A718E17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spotkania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pogadanki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przedstawicielami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Straży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Miejskiej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Policji</w:t>
            </w:r>
            <w:proofErr w:type="spellEnd"/>
          </w:p>
          <w:p w14:paraId="2165075C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zajęcia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wychowawcze</w:t>
            </w:r>
            <w:proofErr w:type="spellEnd"/>
          </w:p>
          <w:p w14:paraId="3BD829B1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pogadanki</w:t>
            </w:r>
            <w:proofErr w:type="spellEnd"/>
          </w:p>
          <w:p w14:paraId="6EC439E6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akcje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charytatywne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wolontariat</w:t>
            </w:r>
            <w:proofErr w:type="spellEnd"/>
          </w:p>
          <w:p w14:paraId="78EE1B25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zabawy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integracyjne</w:t>
            </w:r>
            <w:proofErr w:type="spellEnd"/>
          </w:p>
          <w:p w14:paraId="61945E8A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warsztaty</w:t>
            </w:r>
            <w:proofErr w:type="spellEnd"/>
          </w:p>
          <w:p w14:paraId="13FBB6F7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lastRenderedPageBreak/>
              <w:t>elementy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dramy</w:t>
            </w:r>
            <w:proofErr w:type="spellEnd"/>
          </w:p>
          <w:p w14:paraId="3AA6EB9C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zajęcia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wychowawcze</w:t>
            </w:r>
            <w:proofErr w:type="spellEnd"/>
          </w:p>
          <w:p w14:paraId="30A99D42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objęcie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PPP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dzieci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Ukrainy</w:t>
            </w:r>
            <w:proofErr w:type="spellEnd"/>
          </w:p>
        </w:tc>
      </w:tr>
      <w:tr w:rsidR="00D631DC" w:rsidRPr="009F6E3C" w14:paraId="05FAA171" w14:textId="77777777">
        <w:trPr>
          <w:jc w:val="center"/>
        </w:trPr>
        <w:tc>
          <w:tcPr>
            <w:tcW w:w="34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2D17A43" w14:textId="77777777" w:rsidR="00D631DC" w:rsidRPr="009F6E3C" w:rsidRDefault="00975E65">
            <w:pPr>
              <w:spacing w:after="3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lastRenderedPageBreak/>
              <w:t>Wczesne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diagnozowanie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prewencja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nałogów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oraz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uzależnień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wśród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uczniów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9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94C3D60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Ukazywanie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negatywnego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wpływu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przemocy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wulgaryzmów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- w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środkach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masowego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przekazu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oraz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grach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komputerowych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postawy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społeczne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uczniów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  <w:p w14:paraId="1CDB47F8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Prowadzenie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systematycznych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działań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informacyjnych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dotyczących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zagrożeń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związanych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sięganiem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po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środki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uzależniające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narkotyki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nowe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substancje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psychoaktywne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papierosy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alkohol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napoje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energetyczne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669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364C27F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zachęcanie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rodziców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do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stałej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kontroli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zachowań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dziecka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korzystania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ze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środków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masowego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przekazu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tj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literatury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Internetu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pozostałych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mediów</w:t>
            </w:r>
            <w:proofErr w:type="spellEnd"/>
          </w:p>
          <w:p w14:paraId="6B864DF6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prelekcje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pogadanki</w:t>
            </w:r>
            <w:proofErr w:type="spellEnd"/>
            <w:r w:rsidR="00157995"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z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uczniami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temat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zagrożeń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płynących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nadmiernego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korzystania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ze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środków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komunikacji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medialnej</w:t>
            </w:r>
            <w:proofErr w:type="spellEnd"/>
          </w:p>
          <w:p w14:paraId="1A69CFAE" w14:textId="77777777" w:rsidR="00D631DC" w:rsidRPr="009E0576" w:rsidRDefault="00975E65">
            <w:pPr>
              <w:pStyle w:val="Listapunktowana"/>
              <w:spacing w:after="30"/>
              <w:ind w:left="215" w:hanging="11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organizowanie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zajęć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wychowawczych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edukacyjnych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prelekcji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pogadanek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dotyczących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szkodliwości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zagrożeń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wynikających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używania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środków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uzależniających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Współpraca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Policją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Strażą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Miejską,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pielęgniarką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szkolną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itp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  <w:p w14:paraId="6850FCAF" w14:textId="77777777" w:rsidR="00724678" w:rsidRDefault="009E0576" w:rsidP="009E0576">
            <w:pPr>
              <w:pStyle w:val="Listapunktowana"/>
              <w:numPr>
                <w:ilvl w:val="0"/>
                <w:numId w:val="37"/>
              </w:numPr>
              <w:ind w:left="281" w:hanging="142"/>
            </w:pPr>
            <w:r w:rsidRPr="009E0576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w </w:t>
            </w:r>
            <w:proofErr w:type="spellStart"/>
            <w:r w:rsidRPr="009E0576">
              <w:rPr>
                <w:rFonts w:ascii="Times New Roman" w:eastAsia="Arial" w:hAnsi="Times New Roman" w:cs="Times New Roman"/>
                <w:sz w:val="24"/>
                <w:szCs w:val="24"/>
              </w:rPr>
              <w:t>zależności</w:t>
            </w:r>
            <w:proofErr w:type="spellEnd"/>
            <w:r w:rsidRPr="009E0576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od </w:t>
            </w:r>
            <w:proofErr w:type="spellStart"/>
            <w:r w:rsidRPr="009E0576">
              <w:rPr>
                <w:rFonts w:ascii="Times New Roman" w:eastAsia="Arial" w:hAnsi="Times New Roman" w:cs="Times New Roman"/>
                <w:sz w:val="24"/>
                <w:szCs w:val="24"/>
              </w:rPr>
              <w:t>potrzeb</w:t>
            </w:r>
            <w:proofErr w:type="spellEnd"/>
            <w:r w:rsidRPr="009E0576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0576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E0576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0576">
              <w:rPr>
                <w:rFonts w:ascii="Times New Roman" w:eastAsia="Arial" w:hAnsi="Times New Roman" w:cs="Times New Roman"/>
                <w:sz w:val="24"/>
                <w:szCs w:val="24"/>
              </w:rPr>
              <w:t>wieku</w:t>
            </w:r>
            <w:proofErr w:type="spellEnd"/>
            <w:r w:rsidRPr="009E0576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0576">
              <w:rPr>
                <w:rFonts w:ascii="Times New Roman" w:eastAsia="Arial" w:hAnsi="Times New Roman" w:cs="Times New Roman"/>
                <w:sz w:val="24"/>
                <w:szCs w:val="24"/>
              </w:rPr>
              <w:t>uczniów</w:t>
            </w:r>
            <w:proofErr w:type="spellEnd"/>
            <w:r w:rsidRPr="009E0576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9E0576">
              <w:rPr>
                <w:rFonts w:ascii="Times New Roman" w:eastAsia="Arial" w:hAnsi="Times New Roman" w:cs="Times New Roman"/>
                <w:sz w:val="24"/>
                <w:szCs w:val="24"/>
              </w:rPr>
              <w:t>realizacja</w:t>
            </w:r>
            <w:proofErr w:type="spellEnd"/>
            <w:r w:rsidRPr="009E0576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0576">
              <w:rPr>
                <w:rFonts w:ascii="Times New Roman" w:eastAsia="Arial" w:hAnsi="Times New Roman" w:cs="Times New Roman"/>
                <w:sz w:val="24"/>
                <w:szCs w:val="24"/>
              </w:rPr>
              <w:t>odpowiednich</w:t>
            </w:r>
            <w:proofErr w:type="spellEnd"/>
            <w:r w:rsidRPr="009E0576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0576">
              <w:rPr>
                <w:rFonts w:ascii="Times New Roman" w:eastAsia="Arial" w:hAnsi="Times New Roman" w:cs="Times New Roman"/>
                <w:sz w:val="24"/>
                <w:szCs w:val="24"/>
              </w:rPr>
              <w:t>programów</w:t>
            </w:r>
            <w:proofErr w:type="spellEnd"/>
            <w:r w:rsidRPr="009E0576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0576">
              <w:rPr>
                <w:rFonts w:ascii="Times New Roman" w:eastAsia="Arial" w:hAnsi="Times New Roman" w:cs="Times New Roman"/>
                <w:sz w:val="24"/>
                <w:szCs w:val="24"/>
              </w:rPr>
              <w:t>rekomendowanych</w:t>
            </w:r>
            <w:proofErr w:type="spellEnd"/>
            <w:r w:rsidRPr="009E0576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9E0576">
              <w:rPr>
                <w:rFonts w:ascii="Times New Roman" w:eastAsia="Arial" w:hAnsi="Times New Roman" w:cs="Times New Roman"/>
                <w:sz w:val="24"/>
                <w:szCs w:val="24"/>
              </w:rPr>
              <w:t>zakresu</w:t>
            </w:r>
            <w:proofErr w:type="spellEnd"/>
            <w:r w:rsidRPr="009E0576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0576">
              <w:rPr>
                <w:rFonts w:ascii="Times New Roman" w:eastAsia="Arial" w:hAnsi="Times New Roman" w:cs="Times New Roman"/>
                <w:sz w:val="24"/>
                <w:szCs w:val="24"/>
              </w:rPr>
              <w:t>profilaktyki</w:t>
            </w:r>
            <w:proofErr w:type="spellEnd"/>
            <w:r w:rsidRPr="009E0576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0576">
              <w:rPr>
                <w:rFonts w:ascii="Times New Roman" w:eastAsia="Arial" w:hAnsi="Times New Roman" w:cs="Times New Roman"/>
                <w:sz w:val="24"/>
                <w:szCs w:val="24"/>
              </w:rPr>
              <w:t>uniwersalnej</w:t>
            </w:r>
            <w:proofErr w:type="spellEnd"/>
            <w:r w:rsidRPr="009E0576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z </w:t>
            </w:r>
            <w:proofErr w:type="spellStart"/>
            <w:r w:rsidRPr="009E0576">
              <w:rPr>
                <w:rFonts w:ascii="Times New Roman" w:eastAsia="Arial" w:hAnsi="Times New Roman" w:cs="Times New Roman"/>
                <w:sz w:val="24"/>
                <w:szCs w:val="24"/>
              </w:rPr>
              <w:t>uwzględnieniem</w:t>
            </w:r>
            <w:proofErr w:type="spellEnd"/>
            <w:r w:rsidRPr="009E0576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0576">
              <w:rPr>
                <w:rFonts w:ascii="Times New Roman" w:eastAsia="Arial" w:hAnsi="Times New Roman" w:cs="Times New Roman"/>
                <w:sz w:val="24"/>
                <w:szCs w:val="24"/>
              </w:rPr>
              <w:t>programu</w:t>
            </w:r>
            <w:proofErr w:type="spellEnd"/>
            <w:r w:rsidRPr="009E0576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Unplugged </w:t>
            </w:r>
            <w:proofErr w:type="spellStart"/>
            <w:r w:rsidRPr="009E0576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E0576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Program </w:t>
            </w:r>
            <w:proofErr w:type="spellStart"/>
            <w:r w:rsidRPr="009E0576">
              <w:rPr>
                <w:rFonts w:ascii="Times New Roman" w:eastAsia="Arial" w:hAnsi="Times New Roman" w:cs="Times New Roman"/>
                <w:sz w:val="24"/>
                <w:szCs w:val="24"/>
              </w:rPr>
              <w:t>Domowych</w:t>
            </w:r>
            <w:proofErr w:type="spellEnd"/>
            <w:r w:rsidRPr="009E0576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0576">
              <w:rPr>
                <w:rFonts w:ascii="Times New Roman" w:eastAsia="Arial" w:hAnsi="Times New Roman" w:cs="Times New Roman"/>
                <w:sz w:val="24"/>
                <w:szCs w:val="24"/>
              </w:rPr>
              <w:t>Detektywów</w:t>
            </w:r>
            <w:proofErr w:type="spellEnd"/>
            <w:r w:rsidRPr="009E0576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„Jaś </w:t>
            </w:r>
            <w:proofErr w:type="spellStart"/>
            <w:r w:rsidRPr="009E0576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E0576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Małgosia </w:t>
            </w:r>
            <w:proofErr w:type="spellStart"/>
            <w:r w:rsidRPr="009E0576">
              <w:rPr>
                <w:rFonts w:ascii="Times New Roman" w:eastAsia="Arial" w:hAnsi="Times New Roman" w:cs="Times New Roman"/>
                <w:sz w:val="24"/>
                <w:szCs w:val="24"/>
              </w:rPr>
              <w:t>na</w:t>
            </w:r>
            <w:proofErr w:type="spellEnd"/>
            <w:r w:rsidRPr="009E0576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0576">
              <w:rPr>
                <w:rFonts w:ascii="Times New Roman" w:eastAsia="Arial" w:hAnsi="Times New Roman" w:cs="Times New Roman"/>
                <w:sz w:val="24"/>
                <w:szCs w:val="24"/>
              </w:rPr>
              <w:t>tropie</w:t>
            </w:r>
            <w:proofErr w:type="spellEnd"/>
            <w:r w:rsidRPr="009E0576">
              <w:rPr>
                <w:rFonts w:ascii="Times New Roman" w:eastAsia="Arial" w:hAnsi="Times New Roman" w:cs="Times New Roman"/>
                <w:sz w:val="24"/>
                <w:szCs w:val="24"/>
              </w:rPr>
              <w:t>”.</w:t>
            </w:r>
          </w:p>
        </w:tc>
      </w:tr>
      <w:tr w:rsidR="00D631DC" w:rsidRPr="009F6E3C" w14:paraId="281ABD83" w14:textId="77777777" w:rsidTr="0089304B">
        <w:trPr>
          <w:cantSplit/>
          <w:jc w:val="center"/>
        </w:trPr>
        <w:tc>
          <w:tcPr>
            <w:tcW w:w="34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B1013AF" w14:textId="77777777" w:rsidR="00D631DC" w:rsidRPr="009F6E3C" w:rsidRDefault="00975E65">
            <w:pPr>
              <w:spacing w:after="3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Wdrażanie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do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edukacji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ekologicznej</w:t>
            </w:r>
            <w:proofErr w:type="spellEnd"/>
          </w:p>
        </w:tc>
        <w:tc>
          <w:tcPr>
            <w:tcW w:w="49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2D02426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Kształtowanie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właściwego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stosunku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do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przyrody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69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6079E24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segregowanie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śmieci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:</w:t>
            </w:r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br/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terenie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szkoły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zapoznanie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uczniów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oznaczeniami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kolorystyką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kontenerów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omówienie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procesu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recyklingu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zajęciach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edukacji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przyrodniczej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organizowanie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szkolnych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konkursów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ekologicznych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wykorzystywanie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materiałów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wtórnych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do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prac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technicznych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klasowa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wystawa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prac</w:t>
            </w:r>
            <w:proofErr w:type="spellEnd"/>
          </w:p>
          <w:p w14:paraId="1D4AD134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udział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programach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projektach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ekologicznych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Dzień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Ziemi,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zbiórka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baterii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Dzień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Drzewa,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zbiórka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nakrętek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zbiórka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elektrośmieci</w:t>
            </w:r>
            <w:proofErr w:type="spellEnd"/>
          </w:p>
          <w:p w14:paraId="5A4870C3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pielęgnacja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kącika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przyrody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poznanie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roślin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zwierząt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chronionych</w:t>
            </w:r>
            <w:proofErr w:type="spellEnd"/>
          </w:p>
        </w:tc>
      </w:tr>
      <w:tr w:rsidR="00D631DC" w:rsidRPr="009F6E3C" w14:paraId="48118542" w14:textId="77777777" w:rsidTr="00131BD2">
        <w:trPr>
          <w:cantSplit/>
          <w:jc w:val="center"/>
        </w:trPr>
        <w:tc>
          <w:tcPr>
            <w:tcW w:w="34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4E507CF" w14:textId="77777777" w:rsidR="00D631DC" w:rsidRPr="006056EF" w:rsidRDefault="00975E65" w:rsidP="006056EF">
            <w:pPr>
              <w:spacing w:after="30"/>
            </w:pPr>
            <w:proofErr w:type="spellStart"/>
            <w:r w:rsidRPr="006056EF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lastRenderedPageBreak/>
              <w:t>Kształtowanie</w:t>
            </w:r>
            <w:proofErr w:type="spellEnd"/>
            <w:r w:rsidRPr="006056EF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056EF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higieny</w:t>
            </w:r>
            <w:proofErr w:type="spellEnd"/>
            <w:r w:rsidRPr="006056EF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056EF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cyfrowej</w:t>
            </w:r>
            <w:proofErr w:type="spellEnd"/>
            <w:r w:rsidRPr="006056EF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056EF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i</w:t>
            </w:r>
            <w:proofErr w:type="spellEnd"/>
            <w:r w:rsidRPr="006056EF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056EF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zdrowych</w:t>
            </w:r>
            <w:proofErr w:type="spellEnd"/>
            <w:r w:rsidRPr="006056EF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056EF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nawyków</w:t>
            </w:r>
            <w:proofErr w:type="spellEnd"/>
            <w:r w:rsidRPr="006056EF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056EF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korzystania</w:t>
            </w:r>
            <w:proofErr w:type="spellEnd"/>
            <w:r w:rsidRPr="006056EF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z </w:t>
            </w:r>
            <w:proofErr w:type="spellStart"/>
            <w:r w:rsidRPr="006056EF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urządzeń</w:t>
            </w:r>
            <w:proofErr w:type="spellEnd"/>
            <w:r w:rsidRPr="006056EF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056EF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ekranowych</w:t>
            </w:r>
            <w:proofErr w:type="spellEnd"/>
            <w:r w:rsidRPr="006056EF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9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169530A" w14:textId="77777777" w:rsidR="00D631DC" w:rsidRPr="00A41A83" w:rsidRDefault="00975E65" w:rsidP="00A41A83">
            <w:pPr>
              <w:pStyle w:val="Listapunktowana"/>
              <w:spacing w:after="30"/>
              <w:ind w:left="215" w:hanging="113"/>
            </w:pPr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Uczenie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równowagi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między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aktywnością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on-line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off-line.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Ograniczanie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problemowego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korzystania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telefonów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komórkowych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innych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urządzeń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ekranowych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Wdrażanie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do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przestrzegania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szkolnych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zasad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korzystania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urządzeń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elektronicznych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69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0A35B02" w14:textId="77777777" w:rsidR="00D631DC" w:rsidRPr="00A41A83" w:rsidRDefault="00975E65" w:rsidP="00A41A83">
            <w:pPr>
              <w:pStyle w:val="Listapunktowana"/>
              <w:spacing w:after="30"/>
              <w:ind w:left="215" w:hanging="11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zajęcia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wychowawcze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o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higienie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cyfrowej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odpoczynku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od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ekranu</w:t>
            </w:r>
            <w:proofErr w:type="spellEnd"/>
          </w:p>
          <w:p w14:paraId="55E7344B" w14:textId="77777777" w:rsidR="00D631DC" w:rsidRPr="00A41A83" w:rsidRDefault="00975E65" w:rsidP="00A41A83">
            <w:pPr>
              <w:pStyle w:val="Listapunktowana"/>
              <w:spacing w:after="30"/>
              <w:ind w:left="215" w:hanging="11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aktywności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ruchowe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społeczne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twórcze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bez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telefonu</w:t>
            </w:r>
            <w:proofErr w:type="spellEnd"/>
          </w:p>
          <w:p w14:paraId="21CDFB03" w14:textId="77777777" w:rsidR="00D631DC" w:rsidRPr="00A41A83" w:rsidRDefault="00975E65" w:rsidP="00A41A83">
            <w:pPr>
              <w:pStyle w:val="Listapunktowana"/>
              <w:spacing w:after="30"/>
              <w:ind w:left="215" w:hanging="11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współpraca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rodzicami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ustalaniu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spójnych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zasad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korzystania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urządzeń</w:t>
            </w:r>
            <w:proofErr w:type="spellEnd"/>
          </w:p>
          <w:p w14:paraId="76236CCA" w14:textId="77777777" w:rsidR="00D631DC" w:rsidRPr="00A41A83" w:rsidRDefault="00975E65" w:rsidP="00A41A83">
            <w:pPr>
              <w:pStyle w:val="Listapunktowana"/>
              <w:spacing w:after="30"/>
              <w:ind w:left="215" w:hanging="11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konsekwentne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stosowanie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zasad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określonych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Statucie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szkoły</w:t>
            </w:r>
            <w:proofErr w:type="spellEnd"/>
          </w:p>
        </w:tc>
      </w:tr>
      <w:tr w:rsidR="00D631DC" w:rsidRPr="009F6E3C" w14:paraId="595D3217" w14:textId="77777777" w:rsidTr="00A41A83">
        <w:trPr>
          <w:cantSplit/>
          <w:jc w:val="center"/>
        </w:trPr>
        <w:tc>
          <w:tcPr>
            <w:tcW w:w="34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33202D3" w14:textId="77777777" w:rsidR="00D631DC" w:rsidRPr="00A41A83" w:rsidRDefault="00975E65" w:rsidP="00A41A83">
            <w:pPr>
              <w:spacing w:after="30"/>
            </w:pPr>
            <w:proofErr w:type="spellStart"/>
            <w:r w:rsidRPr="00A41A83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Wczesna</w:t>
            </w:r>
            <w:proofErr w:type="spellEnd"/>
            <w:r w:rsidRPr="00A41A83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profilaktyka</w:t>
            </w:r>
            <w:proofErr w:type="spellEnd"/>
            <w:r w:rsidRPr="00A41A83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używania</w:t>
            </w:r>
            <w:proofErr w:type="spellEnd"/>
            <w:r w:rsidRPr="00A41A83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nikotyny</w:t>
            </w:r>
            <w:proofErr w:type="spellEnd"/>
            <w:r w:rsidRPr="00A41A83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i</w:t>
            </w:r>
            <w:proofErr w:type="spellEnd"/>
            <w:r w:rsidRPr="00A41A83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innych</w:t>
            </w:r>
            <w:proofErr w:type="spellEnd"/>
            <w:r w:rsidRPr="00A41A83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substancji</w:t>
            </w:r>
            <w:proofErr w:type="spellEnd"/>
            <w:r w:rsidRPr="00A41A83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szkodliwych</w:t>
            </w:r>
            <w:proofErr w:type="spellEnd"/>
            <w:r w:rsidRPr="00A41A83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dla</w:t>
            </w:r>
            <w:proofErr w:type="spellEnd"/>
            <w:r w:rsidRPr="00A41A83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zdrowia</w:t>
            </w:r>
            <w:proofErr w:type="spellEnd"/>
            <w:r w:rsidRPr="00A41A83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9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0A34E4B" w14:textId="77777777" w:rsidR="00D631DC" w:rsidRPr="00A41A83" w:rsidRDefault="00975E65" w:rsidP="00A41A83">
            <w:pPr>
              <w:pStyle w:val="Listapunktowana"/>
              <w:spacing w:after="30"/>
              <w:ind w:left="215" w:hanging="113"/>
            </w:pP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Budowanie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wiedzy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adekwatnej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do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wieku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o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szkodliwości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palenia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papierosów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, e-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papierosów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biernego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palenia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Kształtowanie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postawy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dbania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o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zdrowie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umiejętności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odmowy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69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3FF4D77" w14:textId="77777777" w:rsidR="00D631DC" w:rsidRPr="00A41A83" w:rsidRDefault="00975E65" w:rsidP="00A41A83">
            <w:pPr>
              <w:pStyle w:val="Listapunktowana"/>
              <w:spacing w:after="30"/>
              <w:ind w:left="215" w:hanging="11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zajęcia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edukacyjne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wychowawcze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dostosowane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do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wieku</w:t>
            </w:r>
            <w:proofErr w:type="spellEnd"/>
          </w:p>
          <w:p w14:paraId="544BAD3D" w14:textId="77777777" w:rsidR="00D631DC" w:rsidRPr="00A41A83" w:rsidRDefault="00975E65" w:rsidP="00A41A83">
            <w:pPr>
              <w:pStyle w:val="Listapunktowana"/>
              <w:spacing w:after="30"/>
              <w:ind w:left="215" w:hanging="11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rozmowy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pielęgniarką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szkolną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specjalistami</w:t>
            </w:r>
            <w:proofErr w:type="spellEnd"/>
          </w:p>
          <w:p w14:paraId="7641E349" w14:textId="77777777" w:rsidR="00D631DC" w:rsidRPr="00A41A83" w:rsidRDefault="00975E65" w:rsidP="00A41A83">
            <w:pPr>
              <w:pStyle w:val="Listapunktowana"/>
              <w:spacing w:after="30"/>
              <w:ind w:left="215" w:hanging="11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materiały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profilaktyczne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dla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rodziców</w:t>
            </w:r>
            <w:proofErr w:type="spellEnd"/>
          </w:p>
          <w:p w14:paraId="58B95776" w14:textId="77777777" w:rsidR="00D631DC" w:rsidRPr="00A41A83" w:rsidRDefault="00975E65" w:rsidP="00A41A83">
            <w:pPr>
              <w:pStyle w:val="Listapunktowana"/>
              <w:spacing w:after="30"/>
              <w:ind w:left="215" w:hanging="11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wzmacnianie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zdrowych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wzorców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zachowania</w:t>
            </w:r>
            <w:proofErr w:type="spellEnd"/>
          </w:p>
        </w:tc>
      </w:tr>
    </w:tbl>
    <w:p w14:paraId="67578F98" w14:textId="77777777" w:rsidR="00D631DC" w:rsidRPr="009F6E3C" w:rsidRDefault="00D631DC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252CA1FF" w14:textId="77777777" w:rsidR="00D631DC" w:rsidRPr="005F54E3" w:rsidRDefault="00975E65">
      <w:pPr>
        <w:keepNext/>
        <w:spacing w:before="160" w:after="40"/>
        <w:rPr>
          <w:rFonts w:ascii="Times New Roman" w:hAnsi="Times New Roman" w:cs="Times New Roman"/>
          <w:sz w:val="28"/>
          <w:szCs w:val="28"/>
        </w:rPr>
      </w:pPr>
      <w:r w:rsidRPr="005F54E3">
        <w:rPr>
          <w:rFonts w:ascii="Times New Roman" w:eastAsia="Arial" w:hAnsi="Times New Roman" w:cs="Times New Roman"/>
          <w:b/>
          <w:sz w:val="28"/>
          <w:szCs w:val="28"/>
        </w:rPr>
        <w:t>KLASY I-III</w:t>
      </w:r>
    </w:p>
    <w:p w14:paraId="3C4F7D11" w14:textId="77777777" w:rsidR="00D631DC" w:rsidRPr="005F54E3" w:rsidRDefault="00975E65">
      <w:pPr>
        <w:keepNext/>
        <w:spacing w:after="80"/>
        <w:rPr>
          <w:rFonts w:ascii="Times New Roman" w:hAnsi="Times New Roman" w:cs="Times New Roman"/>
          <w:sz w:val="28"/>
          <w:szCs w:val="28"/>
        </w:rPr>
      </w:pPr>
      <w:proofErr w:type="spellStart"/>
      <w:r w:rsidRPr="005F54E3">
        <w:rPr>
          <w:rFonts w:ascii="Times New Roman" w:eastAsia="Arial" w:hAnsi="Times New Roman" w:cs="Times New Roman"/>
          <w:b/>
          <w:sz w:val="28"/>
          <w:szCs w:val="28"/>
        </w:rPr>
        <w:t>Obszar</w:t>
      </w:r>
      <w:proofErr w:type="spellEnd"/>
      <w:r w:rsidRPr="005F54E3">
        <w:rPr>
          <w:rFonts w:ascii="Times New Roman" w:eastAsia="Arial" w:hAnsi="Times New Roman" w:cs="Times New Roman"/>
          <w:b/>
          <w:sz w:val="28"/>
          <w:szCs w:val="28"/>
        </w:rPr>
        <w:t xml:space="preserve"> IV - </w:t>
      </w:r>
      <w:proofErr w:type="spellStart"/>
      <w:r w:rsidRPr="005F54E3">
        <w:rPr>
          <w:rFonts w:ascii="Times New Roman" w:eastAsia="Arial" w:hAnsi="Times New Roman" w:cs="Times New Roman"/>
          <w:b/>
          <w:sz w:val="28"/>
          <w:szCs w:val="28"/>
        </w:rPr>
        <w:t>profilaktyka</w:t>
      </w:r>
      <w:proofErr w:type="spellEnd"/>
      <w:r w:rsidRPr="005F54E3">
        <w:rPr>
          <w:rFonts w:ascii="Times New Roman" w:eastAsia="Arial" w:hAnsi="Times New Roman" w:cs="Times New Roman"/>
          <w:b/>
          <w:sz w:val="28"/>
          <w:szCs w:val="28"/>
        </w:rPr>
        <w:t xml:space="preserve"> </w:t>
      </w:r>
      <w:proofErr w:type="spellStart"/>
      <w:r w:rsidRPr="005F54E3">
        <w:rPr>
          <w:rFonts w:ascii="Times New Roman" w:eastAsia="Arial" w:hAnsi="Times New Roman" w:cs="Times New Roman"/>
          <w:b/>
          <w:sz w:val="28"/>
          <w:szCs w:val="28"/>
        </w:rPr>
        <w:t>zagrożeń</w:t>
      </w:r>
      <w:proofErr w:type="spellEnd"/>
      <w:r w:rsidRPr="005F54E3">
        <w:rPr>
          <w:rFonts w:ascii="Times New Roman" w:eastAsia="Arial" w:hAnsi="Times New Roman" w:cs="Times New Roman"/>
          <w:b/>
          <w:sz w:val="28"/>
          <w:szCs w:val="28"/>
        </w:rPr>
        <w:t xml:space="preserve"> </w:t>
      </w:r>
      <w:proofErr w:type="spellStart"/>
      <w:r w:rsidRPr="005F54E3">
        <w:rPr>
          <w:rFonts w:ascii="Times New Roman" w:eastAsia="Arial" w:hAnsi="Times New Roman" w:cs="Times New Roman"/>
          <w:b/>
          <w:sz w:val="28"/>
          <w:szCs w:val="28"/>
        </w:rPr>
        <w:t>i</w:t>
      </w:r>
      <w:proofErr w:type="spellEnd"/>
      <w:r w:rsidRPr="005F54E3">
        <w:rPr>
          <w:rFonts w:ascii="Times New Roman" w:eastAsia="Arial" w:hAnsi="Times New Roman" w:cs="Times New Roman"/>
          <w:b/>
          <w:sz w:val="28"/>
          <w:szCs w:val="28"/>
        </w:rPr>
        <w:t xml:space="preserve"> </w:t>
      </w:r>
      <w:proofErr w:type="spellStart"/>
      <w:r w:rsidRPr="005F54E3">
        <w:rPr>
          <w:rFonts w:ascii="Times New Roman" w:eastAsia="Arial" w:hAnsi="Times New Roman" w:cs="Times New Roman"/>
          <w:b/>
          <w:sz w:val="28"/>
          <w:szCs w:val="28"/>
        </w:rPr>
        <w:t>bezpieczeństwo</w:t>
      </w:r>
      <w:proofErr w:type="spellEnd"/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02"/>
        <w:gridCol w:w="4989"/>
        <w:gridCol w:w="6690"/>
      </w:tblGrid>
      <w:tr w:rsidR="00D631DC" w:rsidRPr="009F6E3C" w14:paraId="0FDAA77E" w14:textId="77777777">
        <w:trPr>
          <w:cantSplit/>
          <w:tblHeader/>
          <w:jc w:val="center"/>
        </w:trPr>
        <w:tc>
          <w:tcPr>
            <w:tcW w:w="3402" w:type="dxa"/>
            <w:shd w:val="clear" w:color="auto" w:fill="E7E6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07DCF50" w14:textId="77777777" w:rsidR="00D631DC" w:rsidRPr="009F6E3C" w:rsidRDefault="00975E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Cele</w:t>
            </w:r>
          </w:p>
        </w:tc>
        <w:tc>
          <w:tcPr>
            <w:tcW w:w="4989" w:type="dxa"/>
            <w:shd w:val="clear" w:color="auto" w:fill="E7E6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871D9D" w14:textId="77777777" w:rsidR="00D631DC" w:rsidRPr="009F6E3C" w:rsidRDefault="00975E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Zadania</w:t>
            </w:r>
            <w:proofErr w:type="spellEnd"/>
          </w:p>
        </w:tc>
        <w:tc>
          <w:tcPr>
            <w:tcW w:w="6690" w:type="dxa"/>
            <w:shd w:val="clear" w:color="auto" w:fill="E7E6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87B294" w14:textId="77777777" w:rsidR="00D631DC" w:rsidRPr="009F6E3C" w:rsidRDefault="00975E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Formy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realizacji</w:t>
            </w:r>
            <w:proofErr w:type="spellEnd"/>
          </w:p>
        </w:tc>
      </w:tr>
      <w:tr w:rsidR="00D631DC" w:rsidRPr="009F6E3C" w14:paraId="29A8BBF7" w14:textId="77777777" w:rsidTr="0089304B">
        <w:trPr>
          <w:jc w:val="center"/>
        </w:trPr>
        <w:tc>
          <w:tcPr>
            <w:tcW w:w="34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2584A70" w14:textId="77777777" w:rsidR="00D631DC" w:rsidRPr="00A41A83" w:rsidRDefault="00975E65" w:rsidP="00A41A83">
            <w:pPr>
              <w:spacing w:after="30"/>
            </w:pPr>
            <w:proofErr w:type="spellStart"/>
            <w:r w:rsidRPr="00A41A83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Zapobieganie</w:t>
            </w:r>
            <w:proofErr w:type="spellEnd"/>
            <w:r w:rsidRPr="00A41A83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agresji</w:t>
            </w:r>
            <w:proofErr w:type="spellEnd"/>
            <w:r w:rsidRPr="00A41A83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słownej</w:t>
            </w:r>
            <w:proofErr w:type="spellEnd"/>
            <w:r w:rsidRPr="00A41A83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i</w:t>
            </w:r>
            <w:proofErr w:type="spellEnd"/>
            <w:r w:rsidRPr="00A41A83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fizycznej</w:t>
            </w:r>
            <w:proofErr w:type="spellEnd"/>
            <w:r w:rsidRPr="00A41A83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oraz</w:t>
            </w:r>
            <w:proofErr w:type="spellEnd"/>
            <w:r w:rsidRPr="00A41A83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przemocy</w:t>
            </w:r>
            <w:proofErr w:type="spellEnd"/>
            <w:r w:rsidRPr="00A41A83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rówieśniczej</w:t>
            </w:r>
            <w:proofErr w:type="spellEnd"/>
            <w:r w:rsidRPr="00A41A83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A41A83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emocjonalnej</w:t>
            </w:r>
            <w:proofErr w:type="spellEnd"/>
            <w:r w:rsidRPr="00A41A83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i</w:t>
            </w:r>
            <w:proofErr w:type="spellEnd"/>
            <w:r w:rsidRPr="00A41A83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psychicznej</w:t>
            </w:r>
            <w:proofErr w:type="spellEnd"/>
            <w:r w:rsidRPr="00A41A83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9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02C9756" w14:textId="77777777" w:rsidR="00D631DC" w:rsidRPr="00A41A83" w:rsidRDefault="00975E65" w:rsidP="00A41A83">
            <w:pPr>
              <w:pStyle w:val="Listapunktowana"/>
              <w:spacing w:after="30"/>
              <w:ind w:left="215" w:hanging="11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Przeciwdziałanie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wszelkim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przejawom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agresji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/ w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tym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słownej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oraz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przemocy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w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czasie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zajęć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lekcyjnych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przerw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  <w:p w14:paraId="69B68040" w14:textId="77777777" w:rsidR="00D631DC" w:rsidRPr="00A41A83" w:rsidRDefault="00975E65" w:rsidP="00A41A83">
            <w:pPr>
              <w:pStyle w:val="Listapunktowana"/>
              <w:spacing w:after="30"/>
              <w:ind w:left="215" w:hanging="11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Propagowanie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wśród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uczniów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postawy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dezaprobaty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dla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zachowań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agresywnych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tym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cyberprzemocy</w:t>
            </w:r>
            <w:proofErr w:type="spellEnd"/>
          </w:p>
          <w:p w14:paraId="1963186E" w14:textId="77777777" w:rsidR="00D631DC" w:rsidRPr="00A41A83" w:rsidRDefault="00975E65" w:rsidP="00A41A83">
            <w:pPr>
              <w:pStyle w:val="Listapunktowana"/>
              <w:spacing w:after="30"/>
              <w:ind w:left="215" w:hanging="11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Uczenie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umiejętności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rozpoznawania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przez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uczniów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zachowań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agresywnych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celu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zapobiegania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im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  <w:p w14:paraId="09ACED23" w14:textId="77777777" w:rsidR="00D631DC" w:rsidRPr="00A41A83" w:rsidRDefault="00975E65" w:rsidP="00A41A83">
            <w:pPr>
              <w:pStyle w:val="Listapunktowana"/>
              <w:spacing w:after="30"/>
              <w:ind w:left="215" w:hanging="11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Uczenie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umiejętności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rozwiązywania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konfliktów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drogą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porozumienia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eliminacji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agresji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  <w:p w14:paraId="4A11FB88" w14:textId="77777777" w:rsidR="00D631DC" w:rsidRPr="009F6E3C" w:rsidRDefault="00975E65" w:rsidP="00A41A83">
            <w:pPr>
              <w:pStyle w:val="Listapunktowana"/>
              <w:spacing w:after="30"/>
              <w:ind w:left="215" w:hanging="113"/>
            </w:pP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Rozpoznawanie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obrażania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wyśmiewania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dokuczania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gróźb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poniżania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wykluczania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jako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form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krzywdzenia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Kształtowanie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postawy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sprzeciwu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wobec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przemocy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lastRenderedPageBreak/>
              <w:t>odpowiedzialności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świadka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Zwracanie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szczególnej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uwagi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na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relacje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między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uczniami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starszymi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młodszymi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oraz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na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sygnały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zgłaszane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przez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najmłodsze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dzieci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69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EEB6381" w14:textId="77777777" w:rsidR="00D631DC" w:rsidRPr="00A41A83" w:rsidRDefault="00975E65" w:rsidP="00A41A83">
            <w:pPr>
              <w:pStyle w:val="Listapunktowana"/>
              <w:spacing w:after="30"/>
              <w:ind w:left="215" w:hanging="11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lastRenderedPageBreak/>
              <w:t>szybkie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konsekwentne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reagowanie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na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agresję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przemoc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wśród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uczniów</w:t>
            </w:r>
            <w:proofErr w:type="spellEnd"/>
          </w:p>
          <w:p w14:paraId="17551033" w14:textId="77777777" w:rsidR="00D631DC" w:rsidRPr="00A41A83" w:rsidRDefault="00975E65" w:rsidP="00A41A83">
            <w:pPr>
              <w:pStyle w:val="Listapunktowana"/>
              <w:spacing w:after="30"/>
              <w:ind w:left="215" w:hanging="11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odnotowywanie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tego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typu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zachowań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dzienniku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lekcyjnym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lub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zeszycie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wychowawcy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klasy</w:t>
            </w:r>
            <w:proofErr w:type="spellEnd"/>
          </w:p>
          <w:p w14:paraId="355B412E" w14:textId="77777777" w:rsidR="00D631DC" w:rsidRPr="00A41A83" w:rsidRDefault="00975E65" w:rsidP="00A41A83">
            <w:pPr>
              <w:pStyle w:val="Listapunktowana"/>
              <w:spacing w:after="30"/>
              <w:ind w:left="215" w:hanging="11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zapoznanie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uczniów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rodziców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zasadami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odpowiedzialności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oraz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konsekwencjami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stosowania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przemocy</w:t>
            </w:r>
            <w:proofErr w:type="spellEnd"/>
          </w:p>
          <w:p w14:paraId="08E05496" w14:textId="77777777" w:rsidR="00D631DC" w:rsidRPr="00A41A83" w:rsidRDefault="00975E65" w:rsidP="00A41A83">
            <w:pPr>
              <w:pStyle w:val="Listapunktowana"/>
              <w:spacing w:after="30"/>
              <w:ind w:left="215" w:hanging="11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konsekwentne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przeprowadzanie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rozmów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dyscyplinujących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natychmiastowe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powiadamianie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rodziców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/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opiekunów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prawnych</w:t>
            </w:r>
            <w:proofErr w:type="spellEnd"/>
            <w:r w:rsidR="00651A4C"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o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negatywnych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zachowaniach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uczniów</w:t>
            </w:r>
            <w:proofErr w:type="spellEnd"/>
          </w:p>
          <w:p w14:paraId="2119ADED" w14:textId="77777777" w:rsidR="00D631DC" w:rsidRPr="00A41A83" w:rsidRDefault="00975E65" w:rsidP="00A41A83">
            <w:pPr>
              <w:pStyle w:val="Listapunktowana"/>
              <w:spacing w:after="30"/>
              <w:ind w:left="215" w:hanging="11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pogadanki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konkursy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dotyczące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zjawiska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przemocy</w:t>
            </w:r>
            <w:proofErr w:type="spellEnd"/>
          </w:p>
          <w:p w14:paraId="71320FBF" w14:textId="77777777" w:rsidR="00D631DC" w:rsidRPr="00A41A83" w:rsidRDefault="00975E65" w:rsidP="00A41A83">
            <w:pPr>
              <w:pStyle w:val="Listapunktowana"/>
              <w:spacing w:after="30"/>
              <w:ind w:left="215" w:hanging="11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zajęcia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integracyjne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wychowawcze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klasach</w:t>
            </w:r>
            <w:proofErr w:type="spellEnd"/>
          </w:p>
          <w:p w14:paraId="28930A80" w14:textId="77777777" w:rsidR="00D631DC" w:rsidRPr="00A41A83" w:rsidRDefault="00975E65" w:rsidP="00A41A83">
            <w:pPr>
              <w:pStyle w:val="Listapunktowana"/>
              <w:spacing w:after="30"/>
              <w:ind w:left="215" w:hanging="11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ukazywanie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społecznie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akceptowanych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postaw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przez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wykorzystanie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wzorców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literackich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filmowych</w:t>
            </w:r>
            <w:proofErr w:type="spellEnd"/>
          </w:p>
          <w:p w14:paraId="2C068A92" w14:textId="77777777" w:rsidR="00D631DC" w:rsidRPr="00A41A83" w:rsidRDefault="00975E65" w:rsidP="00A41A83">
            <w:pPr>
              <w:pStyle w:val="Listapunktowana"/>
              <w:spacing w:after="30"/>
              <w:ind w:left="215" w:hanging="11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stosowanie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określonych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sankcji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wobec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sprawców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przemocy</w:t>
            </w:r>
            <w:proofErr w:type="spellEnd"/>
          </w:p>
          <w:p w14:paraId="11FED41D" w14:textId="77777777" w:rsidR="00D631DC" w:rsidRPr="00A41A83" w:rsidRDefault="00975E65" w:rsidP="00A41A83">
            <w:pPr>
              <w:pStyle w:val="Listapunktowana"/>
              <w:spacing w:after="30"/>
              <w:ind w:left="215" w:hanging="11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spotkania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policjantem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51A4C"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="00651A4C"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51A4C"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strażnikiem</w:t>
            </w:r>
            <w:proofErr w:type="spellEnd"/>
            <w:r w:rsidR="00651A4C"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51A4C"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miejskim</w:t>
            </w:r>
            <w:proofErr w:type="spellEnd"/>
          </w:p>
          <w:p w14:paraId="781C248A" w14:textId="77777777" w:rsidR="00D631DC" w:rsidRPr="00A41A83" w:rsidRDefault="00975E65" w:rsidP="00A41A83">
            <w:pPr>
              <w:pStyle w:val="Listapunktowana"/>
              <w:spacing w:after="30"/>
              <w:ind w:left="215" w:hanging="11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opracowanie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wykazu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sankcji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grożących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sprawcom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przemocy</w:t>
            </w:r>
            <w:proofErr w:type="spellEnd"/>
          </w:p>
          <w:p w14:paraId="6AB2B153" w14:textId="77777777" w:rsidR="00D631DC" w:rsidRPr="00A41A83" w:rsidRDefault="00975E65" w:rsidP="00A41A83">
            <w:pPr>
              <w:pStyle w:val="Listapunktowana"/>
              <w:spacing w:after="30"/>
              <w:ind w:left="215" w:hanging="11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lastRenderedPageBreak/>
              <w:t>ustalenie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zasad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współżycia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klasie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szkole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poza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nią</w:t>
            </w:r>
            <w:proofErr w:type="spellEnd"/>
          </w:p>
          <w:p w14:paraId="6449AC45" w14:textId="77777777" w:rsidR="00D631DC" w:rsidRPr="00A41A83" w:rsidRDefault="00975E65" w:rsidP="00A41A83">
            <w:pPr>
              <w:pStyle w:val="Listapunktowana"/>
              <w:spacing w:after="30"/>
              <w:ind w:left="215" w:hanging="11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opracowanie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kontraktów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klasowych</w:t>
            </w:r>
            <w:proofErr w:type="spellEnd"/>
          </w:p>
          <w:p w14:paraId="7962BB37" w14:textId="77777777" w:rsidR="00D631DC" w:rsidRPr="00A41A83" w:rsidRDefault="00975E65" w:rsidP="00A41A83">
            <w:pPr>
              <w:pStyle w:val="Listapunktowana"/>
              <w:spacing w:after="30"/>
              <w:ind w:left="215" w:hanging="11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ograniczenie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możliwości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korzystania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telefonu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komórkowego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sytuacjach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naruszających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godność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osobistą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innych</w:t>
            </w:r>
            <w:proofErr w:type="spellEnd"/>
          </w:p>
          <w:p w14:paraId="5BB51940" w14:textId="77777777" w:rsidR="00D631DC" w:rsidRPr="00A41A83" w:rsidRDefault="00975E65" w:rsidP="00A41A83">
            <w:pPr>
              <w:pStyle w:val="Listapunktowana"/>
              <w:spacing w:after="30"/>
              <w:ind w:left="215" w:hanging="11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organizowanie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zajęć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: dram.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scenek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rodzajowych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improwizacji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ruchowych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ukazujących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zachowania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agresywne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analiza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tych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zachowań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poprzez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wspólne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omawianie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tematu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)</w:t>
            </w:r>
          </w:p>
          <w:p w14:paraId="4D969839" w14:textId="77777777" w:rsidR="00D631DC" w:rsidRPr="00A41A83" w:rsidRDefault="00975E65" w:rsidP="00A41A83">
            <w:pPr>
              <w:pStyle w:val="Listapunktowana"/>
              <w:spacing w:after="30"/>
              <w:ind w:left="215" w:hanging="11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praca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nad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doskonaleniem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swojego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charakteru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udział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zabawach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grach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dydaktycznych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)</w:t>
            </w:r>
          </w:p>
          <w:p w14:paraId="255A92BB" w14:textId="77777777" w:rsidR="00D631DC" w:rsidRPr="00A41A83" w:rsidRDefault="00975E65" w:rsidP="00A41A83">
            <w:pPr>
              <w:pStyle w:val="Listapunktowana"/>
              <w:spacing w:after="30"/>
              <w:ind w:left="215" w:hanging="11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wzmożona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kontrola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dyżurujących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nauczycieli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miejscach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w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których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uczniowie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czują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się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niezbyt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bezpiecznie</w:t>
            </w:r>
            <w:proofErr w:type="spellEnd"/>
          </w:p>
          <w:p w14:paraId="1EBBE97A" w14:textId="77777777" w:rsidR="00D631DC" w:rsidRPr="00A41A83" w:rsidRDefault="00975E65" w:rsidP="00A41A83">
            <w:pPr>
              <w:pStyle w:val="Listapunktowana"/>
              <w:spacing w:after="30"/>
              <w:ind w:left="215" w:hanging="11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przeprowadzanie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zajęć</w:t>
            </w:r>
            <w:proofErr w:type="spellEnd"/>
            <w:r w:rsidR="00651A4C"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z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edukacji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polonistycznej</w:t>
            </w:r>
            <w:proofErr w:type="spellEnd"/>
            <w:r w:rsidR="00651A4C"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="00651A4C"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="00651A4C"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społecznej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promujących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postawę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asertywną</w:t>
            </w:r>
            <w:proofErr w:type="spellEnd"/>
          </w:p>
          <w:p w14:paraId="29F8A31F" w14:textId="77777777" w:rsidR="00D631DC" w:rsidRPr="00A41A83" w:rsidRDefault="00975E65" w:rsidP="00A41A83">
            <w:pPr>
              <w:pStyle w:val="Listapunktowana"/>
              <w:spacing w:after="30"/>
              <w:ind w:left="215" w:hanging="11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natychmiastowe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spójne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reagowanie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na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agresję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słowną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fizyczną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przemoc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emocjonalną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wyśmiewanie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dokuczanie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wykluczanie</w:t>
            </w:r>
            <w:proofErr w:type="spellEnd"/>
          </w:p>
          <w:p w14:paraId="42969FC6" w14:textId="77777777" w:rsidR="00D631DC" w:rsidRPr="00A41A83" w:rsidRDefault="00975E65" w:rsidP="00A41A83">
            <w:pPr>
              <w:pStyle w:val="Listapunktowana"/>
              <w:spacing w:after="30"/>
              <w:ind w:left="215" w:hanging="11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zajęcia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o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emocjach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złości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empatii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odpowiedzialności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za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słowa</w:t>
            </w:r>
            <w:proofErr w:type="spellEnd"/>
          </w:p>
          <w:p w14:paraId="277C3BA8" w14:textId="77777777" w:rsidR="00D631DC" w:rsidRPr="00A41A83" w:rsidRDefault="00975E65" w:rsidP="00A41A83">
            <w:pPr>
              <w:pStyle w:val="Listapunktowana"/>
              <w:spacing w:after="30"/>
              <w:ind w:left="215" w:hanging="11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mediacje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działania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naprawcze</w:t>
            </w:r>
            <w:proofErr w:type="spellEnd"/>
          </w:p>
          <w:p w14:paraId="640975DE" w14:textId="77777777" w:rsidR="00D631DC" w:rsidRPr="00A41A83" w:rsidRDefault="00975E65" w:rsidP="00A41A83">
            <w:pPr>
              <w:pStyle w:val="Listapunktowana"/>
              <w:spacing w:after="30"/>
              <w:ind w:left="215" w:hanging="11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współpraca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rodzicami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specjalistami</w:t>
            </w:r>
            <w:proofErr w:type="spellEnd"/>
          </w:p>
          <w:p w14:paraId="59FBBDAF" w14:textId="77777777" w:rsidR="00D631DC" w:rsidRPr="009F6E3C" w:rsidRDefault="00975E65" w:rsidP="00A41A83">
            <w:pPr>
              <w:pStyle w:val="Listapunktowana"/>
              <w:spacing w:after="30"/>
              <w:ind w:left="215" w:hanging="113"/>
            </w:pP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monitorowanie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miejsc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sytuacji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w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których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najmłodsi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uczniowie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mogą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doświadczać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dokuczania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ze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strony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starszych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kolegów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oraz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wzmacnianie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dostępności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pomocy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osoby</w:t>
            </w:r>
            <w:proofErr w:type="spellEnd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1A83">
              <w:rPr>
                <w:rFonts w:ascii="Times New Roman" w:eastAsia="Arial" w:hAnsi="Times New Roman" w:cs="Times New Roman"/>
                <w:sz w:val="24"/>
                <w:szCs w:val="24"/>
              </w:rPr>
              <w:t>dorosłej</w:t>
            </w:r>
            <w:proofErr w:type="spellEnd"/>
          </w:p>
        </w:tc>
      </w:tr>
      <w:tr w:rsidR="00D631DC" w:rsidRPr="009F6E3C" w14:paraId="60487994" w14:textId="77777777" w:rsidTr="005D2F72">
        <w:trPr>
          <w:cantSplit/>
          <w:jc w:val="center"/>
        </w:trPr>
        <w:tc>
          <w:tcPr>
            <w:tcW w:w="34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93FC0F5" w14:textId="77777777" w:rsidR="00D631DC" w:rsidRPr="005D2F72" w:rsidRDefault="00975E65" w:rsidP="005D2F72">
            <w:pPr>
              <w:spacing w:after="30"/>
            </w:pPr>
            <w:proofErr w:type="spellStart"/>
            <w:r w:rsidRPr="005D2F72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lastRenderedPageBreak/>
              <w:t>Zapobieganie</w:t>
            </w:r>
            <w:proofErr w:type="spellEnd"/>
            <w:r w:rsidRPr="005D2F72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cyberprzemocy</w:t>
            </w:r>
            <w:proofErr w:type="spellEnd"/>
            <w:r w:rsidRPr="005D2F72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i</w:t>
            </w:r>
            <w:proofErr w:type="spellEnd"/>
            <w:r w:rsidRPr="005D2F72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bezpieczne</w:t>
            </w:r>
            <w:proofErr w:type="spellEnd"/>
            <w:r w:rsidRPr="005D2F72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funkcjonowanie</w:t>
            </w:r>
            <w:proofErr w:type="spellEnd"/>
            <w:r w:rsidRPr="005D2F72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w </w:t>
            </w:r>
            <w:proofErr w:type="spellStart"/>
            <w:r w:rsidRPr="005D2F72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środowisku</w:t>
            </w:r>
            <w:proofErr w:type="spellEnd"/>
            <w:r w:rsidRPr="005D2F72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cyfrowym</w:t>
            </w:r>
            <w:proofErr w:type="spellEnd"/>
            <w:r w:rsidRPr="005D2F72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9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DDA42C2" w14:textId="77777777" w:rsidR="00D631DC" w:rsidRPr="005D2F72" w:rsidRDefault="00975E65" w:rsidP="005D2F72">
            <w:pPr>
              <w:pStyle w:val="Listapunktowana"/>
              <w:spacing w:after="30"/>
              <w:ind w:left="215" w:hanging="113"/>
            </w:pPr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Uczenie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rozpoznawania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cyberprzemocy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hejtu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ochrony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prywatności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nieudostępniania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krzywdzących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treści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zgłaszania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problemu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osobie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dorosłej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Kształtowanie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odpowiedzialności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za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komunikację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sieci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oraz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świadomości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roli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świadka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69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93FD875" w14:textId="77777777" w:rsidR="00D631DC" w:rsidRPr="005D2F72" w:rsidRDefault="00975E65" w:rsidP="005D2F72">
            <w:pPr>
              <w:pStyle w:val="Listapunktowana"/>
              <w:spacing w:after="30"/>
              <w:ind w:left="215" w:hanging="11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zajęcia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o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cyberprzemocy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bezpieczeństwie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Internecie</w:t>
            </w:r>
            <w:proofErr w:type="spellEnd"/>
          </w:p>
          <w:p w14:paraId="115FBB07" w14:textId="77777777" w:rsidR="00D631DC" w:rsidRPr="005D2F72" w:rsidRDefault="00975E65" w:rsidP="005D2F72">
            <w:pPr>
              <w:pStyle w:val="Listapunktowana"/>
              <w:spacing w:after="30"/>
              <w:ind w:left="215" w:hanging="11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ćwiczenie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sposobów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reagowania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nie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odpowiadać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agresją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zabezpieczyć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dowody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zablokować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sprawcę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zgłosić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osobie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dorosłej</w:t>
            </w:r>
            <w:proofErr w:type="spellEnd"/>
          </w:p>
          <w:p w14:paraId="2096A9B3" w14:textId="77777777" w:rsidR="00D631DC" w:rsidRPr="005D2F72" w:rsidRDefault="00975E65" w:rsidP="005D2F72">
            <w:pPr>
              <w:pStyle w:val="Listapunktowana"/>
              <w:spacing w:after="30"/>
              <w:ind w:left="215" w:hanging="11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współpraca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rodzicami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pedagogiem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psychologiem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Policją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sytuacjach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wymagających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interwencji</w:t>
            </w:r>
            <w:proofErr w:type="spellEnd"/>
          </w:p>
          <w:p w14:paraId="4EF90DAB" w14:textId="77777777" w:rsidR="00D631DC" w:rsidRPr="005D2F72" w:rsidRDefault="00975E65" w:rsidP="005D2F72">
            <w:pPr>
              <w:pStyle w:val="Listapunktowana"/>
              <w:spacing w:after="30"/>
              <w:ind w:left="215" w:hanging="11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przypominanie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Standardów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Ochrony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Małoletnich</w:t>
            </w:r>
            <w:proofErr w:type="spellEnd"/>
          </w:p>
          <w:p w14:paraId="438E4A90" w14:textId="77777777" w:rsidR="00D631DC" w:rsidRPr="008D4C86" w:rsidRDefault="00975E65" w:rsidP="005D2F72">
            <w:pPr>
              <w:pStyle w:val="Listapunktowana"/>
              <w:spacing w:after="30"/>
              <w:ind w:left="215" w:hanging="11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warsztaty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prelekcje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dotyczące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odpowiedzialnego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korzystania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Internetu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hejtu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bezpieczeństwa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sieci</w:t>
            </w:r>
            <w:proofErr w:type="spellEnd"/>
          </w:p>
          <w:p w14:paraId="44CF504D" w14:textId="77777777" w:rsidR="00724678" w:rsidRDefault="009E0576" w:rsidP="008D4C86">
            <w:pPr>
              <w:pStyle w:val="Listapunktowana"/>
              <w:spacing w:after="30"/>
              <w:ind w:left="215" w:hanging="113"/>
            </w:pPr>
            <w:r w:rsidRPr="008D4C86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w </w:t>
            </w:r>
            <w:proofErr w:type="spellStart"/>
            <w:r w:rsidRPr="008D4C86">
              <w:rPr>
                <w:rFonts w:ascii="Times New Roman" w:eastAsia="Arial" w:hAnsi="Times New Roman" w:cs="Times New Roman"/>
                <w:sz w:val="24"/>
                <w:szCs w:val="24"/>
              </w:rPr>
              <w:t>zależności</w:t>
            </w:r>
            <w:proofErr w:type="spellEnd"/>
            <w:r w:rsidRPr="008D4C86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od </w:t>
            </w:r>
            <w:proofErr w:type="spellStart"/>
            <w:r w:rsidRPr="008D4C86">
              <w:rPr>
                <w:rFonts w:ascii="Times New Roman" w:eastAsia="Arial" w:hAnsi="Times New Roman" w:cs="Times New Roman"/>
                <w:sz w:val="24"/>
                <w:szCs w:val="24"/>
              </w:rPr>
              <w:t>potrzeb</w:t>
            </w:r>
            <w:proofErr w:type="spellEnd"/>
            <w:r w:rsidRPr="008D4C86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4C86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8D4C86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4C86">
              <w:rPr>
                <w:rFonts w:ascii="Times New Roman" w:eastAsia="Arial" w:hAnsi="Times New Roman" w:cs="Times New Roman"/>
                <w:sz w:val="24"/>
                <w:szCs w:val="24"/>
              </w:rPr>
              <w:t>wieku</w:t>
            </w:r>
            <w:proofErr w:type="spellEnd"/>
            <w:r w:rsidRPr="008D4C86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4C86">
              <w:rPr>
                <w:rFonts w:ascii="Times New Roman" w:eastAsia="Arial" w:hAnsi="Times New Roman" w:cs="Times New Roman"/>
                <w:sz w:val="24"/>
                <w:szCs w:val="24"/>
              </w:rPr>
              <w:t>uczniów</w:t>
            </w:r>
            <w:proofErr w:type="spellEnd"/>
            <w:r w:rsidRPr="008D4C86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8D4C86">
              <w:rPr>
                <w:rFonts w:ascii="Times New Roman" w:eastAsia="Arial" w:hAnsi="Times New Roman" w:cs="Times New Roman"/>
                <w:sz w:val="24"/>
                <w:szCs w:val="24"/>
              </w:rPr>
              <w:t>wykorzystanie</w:t>
            </w:r>
            <w:proofErr w:type="spellEnd"/>
            <w:r w:rsidRPr="008D4C86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4C86">
              <w:rPr>
                <w:rFonts w:ascii="Times New Roman" w:eastAsia="Arial" w:hAnsi="Times New Roman" w:cs="Times New Roman"/>
                <w:sz w:val="24"/>
                <w:szCs w:val="24"/>
              </w:rPr>
              <w:t>programu</w:t>
            </w:r>
            <w:proofErr w:type="spellEnd"/>
            <w:r w:rsidRPr="008D4C86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4C86">
              <w:rPr>
                <w:rFonts w:ascii="Times New Roman" w:eastAsia="Arial" w:hAnsi="Times New Roman" w:cs="Times New Roman"/>
                <w:sz w:val="24"/>
                <w:szCs w:val="24"/>
              </w:rPr>
              <w:t>Wspólne</w:t>
            </w:r>
            <w:proofErr w:type="spellEnd"/>
            <w:r w:rsidRPr="008D4C86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Kroki w Cyberświecie.</w:t>
            </w:r>
          </w:p>
        </w:tc>
      </w:tr>
      <w:tr w:rsidR="00D631DC" w:rsidRPr="009F6E3C" w14:paraId="649438AB" w14:textId="77777777">
        <w:trPr>
          <w:jc w:val="center"/>
        </w:trPr>
        <w:tc>
          <w:tcPr>
            <w:tcW w:w="34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76D1A46" w14:textId="77777777" w:rsidR="00D631DC" w:rsidRPr="009F6E3C" w:rsidRDefault="00975E65">
            <w:pPr>
              <w:spacing w:after="3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lastRenderedPageBreak/>
              <w:t>Kształtowanie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poczucia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bezpieczeństwa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zachowania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się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w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sytuacjach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nadzwyczajnych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zagrożeń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dla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zdrowia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życia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bezpieczeństwa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9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F95E4C5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Utrwalanie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zasad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bezpiecznego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poruszania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się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drodze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zachowania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czujności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podczas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spotkania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nieznajomymi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wypoczynku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nad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wodą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itp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oraz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zachowania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się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czasie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ferii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wakacji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  <w:p w14:paraId="04761E48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Zapoznanie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drogami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ewakuacyjnymi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przepisami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BHP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obowiązującymi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szkole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69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27452EC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bieżące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rozmowy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tematyczne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trakcie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lekcji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związanej</w:t>
            </w:r>
            <w:proofErr w:type="spellEnd"/>
            <w:r w:rsidR="00651A4C"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z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zachowaniem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zdrowia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bezpieczeństwa</w:t>
            </w:r>
            <w:proofErr w:type="spellEnd"/>
          </w:p>
          <w:p w14:paraId="039E0C5E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spotkania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prelekcje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Policją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Strażą</w:t>
            </w:r>
            <w:proofErr w:type="spellEnd"/>
            <w:r w:rsidR="00651A4C"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51A4C"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Miejską</w:t>
            </w:r>
            <w:proofErr w:type="spellEnd"/>
            <w:r w:rsidR="00651A4C"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dotyczące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przepisów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rowerowych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poruszania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się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hulajnodze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elektrycznej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  <w:p w14:paraId="614D2373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próbne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alarmy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przeciwpożarowe</w:t>
            </w:r>
            <w:proofErr w:type="spellEnd"/>
          </w:p>
          <w:p w14:paraId="6755E08C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ćwiczenia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pokonywaniu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drogi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ewakuacyjnej</w:t>
            </w:r>
            <w:proofErr w:type="spellEnd"/>
          </w:p>
        </w:tc>
      </w:tr>
      <w:tr w:rsidR="00D631DC" w:rsidRPr="009F6E3C" w14:paraId="131A0CC4" w14:textId="77777777">
        <w:trPr>
          <w:cantSplit/>
          <w:jc w:val="center"/>
        </w:trPr>
        <w:tc>
          <w:tcPr>
            <w:tcW w:w="34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54EE1D9" w14:textId="77777777" w:rsidR="00D631DC" w:rsidRPr="009F6E3C" w:rsidRDefault="00975E65">
            <w:pPr>
              <w:spacing w:after="3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Kształtowanie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gotowości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niesienia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pomocy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w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nagłych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wypadkach</w:t>
            </w:r>
            <w:proofErr w:type="spellEnd"/>
          </w:p>
        </w:tc>
        <w:tc>
          <w:tcPr>
            <w:tcW w:w="49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E3B009F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Doskonalenie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umiejętności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rozpoznawania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zagrożeń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właściwego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zachowania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się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sytuacjach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zagrażających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życiu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zdrowiu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69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893B5D8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zajęcia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edukacji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prozdrowotnej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oraz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pogadanki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pielęgniarką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szkolną</w:t>
            </w:r>
            <w:proofErr w:type="spellEnd"/>
          </w:p>
          <w:p w14:paraId="75B3F063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pokaz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udzielania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pierwszej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pomocy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przedlekarskiej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br/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utrwalenie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znajomości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telefonów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alarmowych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: 997,998,999,112</w:t>
            </w:r>
          </w:p>
        </w:tc>
      </w:tr>
      <w:tr w:rsidR="00D631DC" w:rsidRPr="009F6E3C" w14:paraId="58810F4E" w14:textId="77777777">
        <w:trPr>
          <w:jc w:val="center"/>
        </w:trPr>
        <w:tc>
          <w:tcPr>
            <w:tcW w:w="34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96865FC" w14:textId="77777777" w:rsidR="00D631DC" w:rsidRPr="009F6E3C" w:rsidRDefault="00975E65">
            <w:pPr>
              <w:spacing w:after="3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Kształtowanie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u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uczniów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umiejętności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zwrócenia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się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z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prośbą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o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pomoc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.</w:t>
            </w:r>
          </w:p>
        </w:tc>
        <w:tc>
          <w:tcPr>
            <w:tcW w:w="49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51D69E2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Pomoc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nabywaniu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umiejętności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radzenia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sobie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sytuacjami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trudnymi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konfliktowymi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  <w:p w14:paraId="3473EE2D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Rozpowszechnianie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wśród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rodziców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uczniów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informacji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o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osobach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instytucjach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oferujących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pomoc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wsparci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(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terenie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szkoły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oraz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poza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nią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).</w:t>
            </w:r>
          </w:p>
          <w:p w14:paraId="5E84FD7A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Zapoznanie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uczniów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Ukrainy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możliwością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wsparcia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pedagogicznego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szkole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69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EFD15F3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pogadanki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indywidualne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rozmowy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wychowawcą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pedagogiem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szkolnym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psychologiem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pedagogiem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specjalnym</w:t>
            </w:r>
            <w:proofErr w:type="spellEnd"/>
          </w:p>
          <w:p w14:paraId="3E3FE2F2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przedstawienie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informacji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zebraniu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rodziców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zajęciach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lekcyjnych</w:t>
            </w:r>
            <w:proofErr w:type="spellEnd"/>
          </w:p>
          <w:p w14:paraId="33F22552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przekazanie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uczniom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wykazu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numerów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telefonów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zaufania</w:t>
            </w:r>
            <w:proofErr w:type="spellEnd"/>
          </w:p>
          <w:p w14:paraId="6B8E9899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przedstawienie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zarówno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dzieciom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Ukrainy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jak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ich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rodzicom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informacji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do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kogo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szkole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mogą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zwrócić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się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o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pomoc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</w:tc>
      </w:tr>
      <w:tr w:rsidR="00D631DC" w:rsidRPr="009F6E3C" w14:paraId="18A51D72" w14:textId="77777777">
        <w:trPr>
          <w:cantSplit/>
          <w:jc w:val="center"/>
        </w:trPr>
        <w:tc>
          <w:tcPr>
            <w:tcW w:w="34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A350890" w14:textId="77777777" w:rsidR="00D631DC" w:rsidRPr="009F6E3C" w:rsidRDefault="00975E65">
            <w:pPr>
              <w:spacing w:after="3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Udzielanie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pomocy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materialnej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opiekuńczej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9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F96655E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Opieka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po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lekcjach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pomoc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nauce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świetlicy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szkolnej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  <w:p w14:paraId="17BB6D97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Organizowanie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akcji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charytatywnych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terenie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szkoły</w:t>
            </w:r>
            <w:proofErr w:type="spellEnd"/>
          </w:p>
        </w:tc>
        <w:tc>
          <w:tcPr>
            <w:tcW w:w="669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C67F44E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działania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podejmowane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przez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wychowawców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świetlicy</w:t>
            </w:r>
            <w:proofErr w:type="spellEnd"/>
          </w:p>
          <w:p w14:paraId="0B13FB87" w14:textId="77777777" w:rsidR="00D631DC" w:rsidRPr="009F6E3C" w:rsidRDefault="00975E65" w:rsidP="00651A4C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aktywny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udział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uczniów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br/>
              <w:t xml:space="preserve">w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akcjach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: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Boże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Narodzenie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Wielkanoc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zbiórki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rzecz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potrzebujących</w:t>
            </w:r>
            <w:proofErr w:type="spellEnd"/>
          </w:p>
        </w:tc>
      </w:tr>
    </w:tbl>
    <w:p w14:paraId="1167691F" w14:textId="77777777" w:rsidR="00D631DC" w:rsidRPr="009F6E3C" w:rsidRDefault="00D631DC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47388169" w14:textId="77777777" w:rsidR="00D631DC" w:rsidRPr="005F54E3" w:rsidRDefault="00975E65">
      <w:pPr>
        <w:keepNext/>
        <w:spacing w:before="160" w:after="40"/>
        <w:rPr>
          <w:rFonts w:ascii="Times New Roman" w:hAnsi="Times New Roman" w:cs="Times New Roman"/>
          <w:sz w:val="28"/>
          <w:szCs w:val="28"/>
        </w:rPr>
      </w:pPr>
      <w:r w:rsidRPr="005F54E3">
        <w:rPr>
          <w:rFonts w:ascii="Times New Roman" w:eastAsia="Arial" w:hAnsi="Times New Roman" w:cs="Times New Roman"/>
          <w:b/>
          <w:sz w:val="28"/>
          <w:szCs w:val="28"/>
        </w:rPr>
        <w:t>KLASY IV-VIII</w:t>
      </w:r>
    </w:p>
    <w:p w14:paraId="5DC966FE" w14:textId="77777777" w:rsidR="00D631DC" w:rsidRPr="005F54E3" w:rsidRDefault="00975E65" w:rsidP="0089304B">
      <w:pPr>
        <w:keepNext/>
        <w:spacing w:after="80"/>
        <w:rPr>
          <w:rFonts w:ascii="Times New Roman" w:hAnsi="Times New Roman" w:cs="Times New Roman"/>
          <w:sz w:val="28"/>
          <w:szCs w:val="28"/>
        </w:rPr>
      </w:pPr>
      <w:proofErr w:type="spellStart"/>
      <w:r w:rsidRPr="005F54E3">
        <w:rPr>
          <w:rFonts w:ascii="Times New Roman" w:eastAsia="Arial" w:hAnsi="Times New Roman" w:cs="Times New Roman"/>
          <w:b/>
          <w:sz w:val="28"/>
          <w:szCs w:val="28"/>
        </w:rPr>
        <w:t>Obszar</w:t>
      </w:r>
      <w:proofErr w:type="spellEnd"/>
      <w:r w:rsidRPr="005F54E3">
        <w:rPr>
          <w:rFonts w:ascii="Times New Roman" w:eastAsia="Arial" w:hAnsi="Times New Roman" w:cs="Times New Roman"/>
          <w:b/>
          <w:sz w:val="28"/>
          <w:szCs w:val="28"/>
        </w:rPr>
        <w:t xml:space="preserve"> I - </w:t>
      </w:r>
      <w:proofErr w:type="spellStart"/>
      <w:r w:rsidRPr="005F54E3">
        <w:rPr>
          <w:rFonts w:ascii="Times New Roman" w:eastAsia="Arial" w:hAnsi="Times New Roman" w:cs="Times New Roman"/>
          <w:b/>
          <w:sz w:val="28"/>
          <w:szCs w:val="28"/>
        </w:rPr>
        <w:t>wychowanie</w:t>
      </w:r>
      <w:proofErr w:type="spellEnd"/>
      <w:r w:rsidRPr="005F54E3">
        <w:rPr>
          <w:rFonts w:ascii="Times New Roman" w:eastAsia="Arial" w:hAnsi="Times New Roman" w:cs="Times New Roman"/>
          <w:b/>
          <w:sz w:val="28"/>
          <w:szCs w:val="28"/>
        </w:rPr>
        <w:t xml:space="preserve"> </w:t>
      </w:r>
      <w:proofErr w:type="spellStart"/>
      <w:r w:rsidRPr="005F54E3">
        <w:rPr>
          <w:rFonts w:ascii="Times New Roman" w:eastAsia="Arial" w:hAnsi="Times New Roman" w:cs="Times New Roman"/>
          <w:b/>
          <w:sz w:val="28"/>
          <w:szCs w:val="28"/>
        </w:rPr>
        <w:t>prospołeczne</w:t>
      </w:r>
      <w:proofErr w:type="spellEnd"/>
      <w:r w:rsidRPr="005F54E3">
        <w:rPr>
          <w:rFonts w:ascii="Times New Roman" w:eastAsia="Arial" w:hAnsi="Times New Roman" w:cs="Times New Roman"/>
          <w:b/>
          <w:sz w:val="28"/>
          <w:szCs w:val="28"/>
        </w:rPr>
        <w:t xml:space="preserve"> </w:t>
      </w:r>
      <w:proofErr w:type="spellStart"/>
      <w:r w:rsidRPr="005F54E3">
        <w:rPr>
          <w:rFonts w:ascii="Times New Roman" w:eastAsia="Arial" w:hAnsi="Times New Roman" w:cs="Times New Roman"/>
          <w:b/>
          <w:sz w:val="28"/>
          <w:szCs w:val="28"/>
        </w:rPr>
        <w:t>i</w:t>
      </w:r>
      <w:proofErr w:type="spellEnd"/>
      <w:r w:rsidRPr="005F54E3">
        <w:rPr>
          <w:rFonts w:ascii="Times New Roman" w:eastAsia="Arial" w:hAnsi="Times New Roman" w:cs="Times New Roman"/>
          <w:b/>
          <w:sz w:val="28"/>
          <w:szCs w:val="28"/>
        </w:rPr>
        <w:t xml:space="preserve"> </w:t>
      </w:r>
      <w:proofErr w:type="spellStart"/>
      <w:r w:rsidRPr="005F54E3">
        <w:rPr>
          <w:rFonts w:ascii="Times New Roman" w:eastAsia="Arial" w:hAnsi="Times New Roman" w:cs="Times New Roman"/>
          <w:b/>
          <w:sz w:val="28"/>
          <w:szCs w:val="28"/>
        </w:rPr>
        <w:t>rozwój</w:t>
      </w:r>
      <w:proofErr w:type="spellEnd"/>
      <w:r w:rsidRPr="005F54E3">
        <w:rPr>
          <w:rFonts w:ascii="Times New Roman" w:eastAsia="Arial" w:hAnsi="Times New Roman" w:cs="Times New Roman"/>
          <w:b/>
          <w:sz w:val="28"/>
          <w:szCs w:val="28"/>
        </w:rPr>
        <w:t xml:space="preserve"> </w:t>
      </w:r>
      <w:proofErr w:type="spellStart"/>
      <w:r w:rsidRPr="005F54E3">
        <w:rPr>
          <w:rFonts w:ascii="Times New Roman" w:eastAsia="Arial" w:hAnsi="Times New Roman" w:cs="Times New Roman"/>
          <w:b/>
          <w:sz w:val="28"/>
          <w:szCs w:val="28"/>
        </w:rPr>
        <w:t>kompetencji</w:t>
      </w:r>
      <w:proofErr w:type="spellEnd"/>
      <w:r w:rsidRPr="005F54E3">
        <w:rPr>
          <w:rFonts w:ascii="Times New Roman" w:eastAsia="Arial" w:hAnsi="Times New Roman" w:cs="Times New Roman"/>
          <w:b/>
          <w:sz w:val="28"/>
          <w:szCs w:val="28"/>
        </w:rPr>
        <w:t xml:space="preserve"> </w:t>
      </w:r>
      <w:proofErr w:type="spellStart"/>
      <w:r w:rsidRPr="005F54E3">
        <w:rPr>
          <w:rFonts w:ascii="Times New Roman" w:eastAsia="Arial" w:hAnsi="Times New Roman" w:cs="Times New Roman"/>
          <w:b/>
          <w:sz w:val="28"/>
          <w:szCs w:val="28"/>
        </w:rPr>
        <w:t>społecznych</w:t>
      </w:r>
      <w:proofErr w:type="spellEnd"/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02"/>
        <w:gridCol w:w="4989"/>
        <w:gridCol w:w="6690"/>
      </w:tblGrid>
      <w:tr w:rsidR="00D631DC" w:rsidRPr="009F6E3C" w14:paraId="1807F765" w14:textId="77777777">
        <w:trPr>
          <w:cantSplit/>
          <w:tblHeader/>
          <w:jc w:val="center"/>
        </w:trPr>
        <w:tc>
          <w:tcPr>
            <w:tcW w:w="3402" w:type="dxa"/>
            <w:shd w:val="clear" w:color="auto" w:fill="E7E6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8113EA" w14:textId="77777777" w:rsidR="00D631DC" w:rsidRPr="009F6E3C" w:rsidRDefault="00975E65" w:rsidP="008930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Cele</w:t>
            </w:r>
          </w:p>
        </w:tc>
        <w:tc>
          <w:tcPr>
            <w:tcW w:w="4989" w:type="dxa"/>
            <w:shd w:val="clear" w:color="auto" w:fill="E7E6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CE5B239" w14:textId="77777777" w:rsidR="00D631DC" w:rsidRPr="009F6E3C" w:rsidRDefault="00975E65" w:rsidP="008930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Zadania</w:t>
            </w:r>
            <w:proofErr w:type="spellEnd"/>
          </w:p>
        </w:tc>
        <w:tc>
          <w:tcPr>
            <w:tcW w:w="6690" w:type="dxa"/>
            <w:shd w:val="clear" w:color="auto" w:fill="E7E6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F33A15" w14:textId="77777777" w:rsidR="00D631DC" w:rsidRPr="009F6E3C" w:rsidRDefault="00975E65" w:rsidP="008930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Formy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realizacji</w:t>
            </w:r>
            <w:proofErr w:type="spellEnd"/>
          </w:p>
        </w:tc>
      </w:tr>
      <w:tr w:rsidR="00D631DC" w:rsidRPr="009F6E3C" w14:paraId="0C88C710" w14:textId="77777777" w:rsidTr="0089304B">
        <w:trPr>
          <w:jc w:val="center"/>
        </w:trPr>
        <w:tc>
          <w:tcPr>
            <w:tcW w:w="34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4AAA746" w14:textId="77777777" w:rsidR="00D631DC" w:rsidRPr="005D2F72" w:rsidRDefault="00975E65" w:rsidP="0089304B">
            <w:pPr>
              <w:spacing w:after="3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D2F72">
              <w:rPr>
                <w:rFonts w:ascii="Times New Roman" w:hAnsi="Times New Roman" w:cs="Times New Roman"/>
                <w:b/>
                <w:sz w:val="24"/>
                <w:szCs w:val="24"/>
              </w:rPr>
              <w:t>Budowanie</w:t>
            </w:r>
            <w:proofErr w:type="spellEnd"/>
            <w:r w:rsidRPr="005D2F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hAnsi="Times New Roman" w:cs="Times New Roman"/>
                <w:b/>
                <w:sz w:val="24"/>
                <w:szCs w:val="24"/>
              </w:rPr>
              <w:t>prawidłowych</w:t>
            </w:r>
            <w:proofErr w:type="spellEnd"/>
            <w:r w:rsidRPr="005D2F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hAnsi="Times New Roman" w:cs="Times New Roman"/>
                <w:b/>
                <w:sz w:val="24"/>
                <w:szCs w:val="24"/>
              </w:rPr>
              <w:t>relacji</w:t>
            </w:r>
            <w:proofErr w:type="spellEnd"/>
            <w:r w:rsidRPr="005D2F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hAnsi="Times New Roman" w:cs="Times New Roman"/>
                <w:b/>
                <w:sz w:val="24"/>
                <w:szCs w:val="24"/>
              </w:rPr>
              <w:t>rówieśniczych</w:t>
            </w:r>
            <w:proofErr w:type="spellEnd"/>
            <w:r w:rsidRPr="005D2F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proofErr w:type="spellEnd"/>
            <w:r w:rsidRPr="005D2F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integracja</w:t>
            </w:r>
            <w:proofErr w:type="spellEnd"/>
            <w:r w:rsidRPr="005D2F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hAnsi="Times New Roman" w:cs="Times New Roman"/>
                <w:b/>
                <w:sz w:val="24"/>
                <w:szCs w:val="24"/>
              </w:rPr>
              <w:t>zespołów</w:t>
            </w:r>
            <w:proofErr w:type="spellEnd"/>
            <w:r w:rsidRPr="005D2F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hAnsi="Times New Roman" w:cs="Times New Roman"/>
                <w:b/>
                <w:sz w:val="24"/>
                <w:szCs w:val="24"/>
              </w:rPr>
              <w:t>klasowych</w:t>
            </w:r>
            <w:proofErr w:type="spellEnd"/>
            <w:r w:rsidRPr="005D2F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5D2F72">
              <w:rPr>
                <w:rFonts w:ascii="Times New Roman" w:hAnsi="Times New Roman" w:cs="Times New Roman"/>
                <w:b/>
                <w:sz w:val="24"/>
                <w:szCs w:val="24"/>
              </w:rPr>
              <w:t>Rozwijanie</w:t>
            </w:r>
            <w:proofErr w:type="spellEnd"/>
            <w:r w:rsidRPr="005D2F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hAnsi="Times New Roman" w:cs="Times New Roman"/>
                <w:b/>
                <w:sz w:val="24"/>
                <w:szCs w:val="24"/>
              </w:rPr>
              <w:t>empatii</w:t>
            </w:r>
            <w:proofErr w:type="spellEnd"/>
            <w:r w:rsidRPr="005D2F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5D2F72">
              <w:rPr>
                <w:rFonts w:ascii="Times New Roman" w:hAnsi="Times New Roman" w:cs="Times New Roman"/>
                <w:b/>
                <w:sz w:val="24"/>
                <w:szCs w:val="24"/>
              </w:rPr>
              <w:t>asertywności</w:t>
            </w:r>
            <w:proofErr w:type="spellEnd"/>
            <w:r w:rsidRPr="005D2F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proofErr w:type="spellEnd"/>
            <w:r w:rsidRPr="005D2F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hAnsi="Times New Roman" w:cs="Times New Roman"/>
                <w:b/>
                <w:sz w:val="24"/>
                <w:szCs w:val="24"/>
              </w:rPr>
              <w:t>odporności</w:t>
            </w:r>
            <w:proofErr w:type="spellEnd"/>
            <w:r w:rsidRPr="005D2F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hAnsi="Times New Roman" w:cs="Times New Roman"/>
                <w:b/>
                <w:sz w:val="24"/>
                <w:szCs w:val="24"/>
              </w:rPr>
              <w:t>na</w:t>
            </w:r>
            <w:proofErr w:type="spellEnd"/>
            <w:r w:rsidRPr="005D2F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hAnsi="Times New Roman" w:cs="Times New Roman"/>
                <w:b/>
                <w:sz w:val="24"/>
                <w:szCs w:val="24"/>
              </w:rPr>
              <w:t>presję</w:t>
            </w:r>
            <w:proofErr w:type="spellEnd"/>
            <w:r w:rsidRPr="005D2F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hAnsi="Times New Roman" w:cs="Times New Roman"/>
                <w:b/>
                <w:sz w:val="24"/>
                <w:szCs w:val="24"/>
              </w:rPr>
              <w:t>rówieśniczą</w:t>
            </w:r>
            <w:proofErr w:type="spellEnd"/>
            <w:r w:rsidRPr="005D2F7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9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1DFEA25" w14:textId="77777777" w:rsidR="00D631DC" w:rsidRPr="009F6E3C" w:rsidRDefault="00975E65" w:rsidP="0089304B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lastRenderedPageBreak/>
              <w:t>Nawiązywanie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poprawnych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relacji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grupie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  <w:p w14:paraId="26264C62" w14:textId="77777777" w:rsidR="00D631DC" w:rsidRPr="009F6E3C" w:rsidRDefault="00975E65" w:rsidP="0089304B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Promowanie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wzmacnianie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pozytywnych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lastRenderedPageBreak/>
              <w:t>wzorów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postaw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Ćwiczenie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prawidłowych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zachowań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grupie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szanowania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zdania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innych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obrony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własnych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granic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dokonywania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bezpiecznych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wyborów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prowadzenia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dialogu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radzenia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sobie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presją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rówieśniczą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  <w:p w14:paraId="264D1542" w14:textId="77777777" w:rsidR="00D631DC" w:rsidRPr="009F6E3C" w:rsidRDefault="00975E65" w:rsidP="0089304B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Promowanie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idei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wolontariatu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  <w:p w14:paraId="76354DA7" w14:textId="77777777" w:rsidR="00D631DC" w:rsidRPr="009F6E3C" w:rsidRDefault="00975E65" w:rsidP="0089304B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Reintegracja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zespołów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klasowych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sytuacjach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problemowych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kryzysowych</w:t>
            </w:r>
            <w:proofErr w:type="spellEnd"/>
          </w:p>
          <w:p w14:paraId="75F10736" w14:textId="77777777" w:rsidR="00D631DC" w:rsidRPr="009F6E3C" w:rsidRDefault="00975E65" w:rsidP="0089304B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Pomoc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kolegom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Ukrainy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adaptacji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społeczności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szkolnej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  <w:p w14:paraId="3AAE9316" w14:textId="77777777" w:rsidR="00D631DC" w:rsidRPr="009F6E3C" w:rsidRDefault="00975E65" w:rsidP="0089304B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Rozwijanie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umiejętności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rozpoznawania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regulowania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emocji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oraz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radzenia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sobie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ze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stresem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relacjach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rówieśniczych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69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64D7F31" w14:textId="77777777" w:rsidR="00D631DC" w:rsidRPr="009F6E3C" w:rsidRDefault="00975E65" w:rsidP="0089304B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lastRenderedPageBreak/>
              <w:t>pogadanki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lekcjach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wychowawczych</w:t>
            </w:r>
            <w:proofErr w:type="spellEnd"/>
          </w:p>
          <w:p w14:paraId="76157096" w14:textId="77777777" w:rsidR="00D631DC" w:rsidRPr="009F6E3C" w:rsidRDefault="00975E65" w:rsidP="0089304B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zabawy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integracyjne</w:t>
            </w:r>
            <w:proofErr w:type="spellEnd"/>
          </w:p>
          <w:p w14:paraId="2F8D1903" w14:textId="77777777" w:rsidR="00D631DC" w:rsidRPr="009F6E3C" w:rsidRDefault="00975E65" w:rsidP="0089304B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lastRenderedPageBreak/>
              <w:t>zajęcia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warsztatowe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ze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specjalistami</w:t>
            </w:r>
            <w:proofErr w:type="spellEnd"/>
          </w:p>
          <w:p w14:paraId="53055EEE" w14:textId="77777777" w:rsidR="00D631DC" w:rsidRPr="009F6E3C" w:rsidRDefault="00975E65" w:rsidP="0089304B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odgrywanie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dramy</w:t>
            </w:r>
            <w:proofErr w:type="spellEnd"/>
          </w:p>
          <w:p w14:paraId="1017BE4F" w14:textId="77777777" w:rsidR="00D631DC" w:rsidRPr="009F6E3C" w:rsidRDefault="00975E65" w:rsidP="0089304B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doskonalenie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technik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asertywnych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umiejętności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mówienia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NIE</w:t>
            </w:r>
          </w:p>
          <w:p w14:paraId="79EC9B1C" w14:textId="77777777" w:rsidR="00D631DC" w:rsidRPr="009F6E3C" w:rsidRDefault="00975E65" w:rsidP="0089304B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przedstawienie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idei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założeń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wolontariatu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oraz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udział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spotkaniach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wolontariuszy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akcjach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charytatywnych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terenie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szkoły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poza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nią</w:t>
            </w:r>
            <w:proofErr w:type="spellEnd"/>
          </w:p>
          <w:p w14:paraId="05078D24" w14:textId="77777777" w:rsidR="00D631DC" w:rsidRPr="009F6E3C" w:rsidRDefault="00975E65" w:rsidP="0089304B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zajęcia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wychowawcze</w:t>
            </w:r>
            <w:proofErr w:type="spellEnd"/>
          </w:p>
          <w:p w14:paraId="0DBE5D3F" w14:textId="77777777" w:rsidR="00D631DC" w:rsidRPr="009F6E3C" w:rsidRDefault="00975E65" w:rsidP="0089304B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warsztaty</w:t>
            </w:r>
            <w:proofErr w:type="spellEnd"/>
          </w:p>
          <w:p w14:paraId="5B0BF215" w14:textId="77777777" w:rsidR="00D631DC" w:rsidRPr="009F6E3C" w:rsidRDefault="00975E65" w:rsidP="0089304B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rozmowy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indywidualne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uczniami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rodzicami</w:t>
            </w:r>
            <w:proofErr w:type="spellEnd"/>
          </w:p>
          <w:p w14:paraId="7452F24E" w14:textId="77777777" w:rsidR="00D631DC" w:rsidRPr="009F6E3C" w:rsidRDefault="00975E65" w:rsidP="0089304B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obserwacja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zachowań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uczniów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(w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tym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podczas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wycieczek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klasowych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)</w:t>
            </w:r>
          </w:p>
          <w:p w14:paraId="2D26A302" w14:textId="77777777" w:rsidR="00D631DC" w:rsidRPr="009F6E3C" w:rsidRDefault="00975E65" w:rsidP="0089304B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zabawy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integracyjne</w:t>
            </w:r>
            <w:proofErr w:type="spellEnd"/>
          </w:p>
          <w:p w14:paraId="3E484331" w14:textId="77777777" w:rsidR="00D631DC" w:rsidRPr="009F6E3C" w:rsidRDefault="00975E65" w:rsidP="0089304B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konkursy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projekty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prace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zespołowe</w:t>
            </w:r>
            <w:proofErr w:type="spellEnd"/>
          </w:p>
          <w:p w14:paraId="754682DE" w14:textId="77777777" w:rsidR="00D631DC" w:rsidRPr="009F6E3C" w:rsidRDefault="00975E65" w:rsidP="0089304B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zajęcia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wychowawcze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</w:p>
          <w:p w14:paraId="2D177736" w14:textId="77777777" w:rsidR="00D631DC" w:rsidRPr="009F6E3C" w:rsidRDefault="00975E65" w:rsidP="0089304B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przydzielenie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dziecka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które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ma za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zadanie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opiekować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się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szkole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nowym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kolegą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  <w:p w14:paraId="78451021" w14:textId="77777777" w:rsidR="00D631DC" w:rsidRPr="009F6E3C" w:rsidRDefault="00975E65" w:rsidP="0089304B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warsztaty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dotyczące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emocji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stresu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presji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rówieśniczej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stawiania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granic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szukania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pomocy</w:t>
            </w:r>
            <w:proofErr w:type="spellEnd"/>
          </w:p>
        </w:tc>
      </w:tr>
      <w:tr w:rsidR="00D631DC" w:rsidRPr="009F6E3C" w14:paraId="3F6BECB8" w14:textId="77777777" w:rsidTr="0089304B">
        <w:trPr>
          <w:jc w:val="center"/>
        </w:trPr>
        <w:tc>
          <w:tcPr>
            <w:tcW w:w="34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6497B10" w14:textId="77777777" w:rsidR="00D631DC" w:rsidRPr="009F6E3C" w:rsidRDefault="00975E65">
            <w:pPr>
              <w:spacing w:after="3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lastRenderedPageBreak/>
              <w:t>Przygotowanie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uczniów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do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świadomego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aktywnego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udziału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w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życiu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społecznym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9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C03153C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Zapoznanie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prawami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obowiązkami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ucznia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  <w:p w14:paraId="1D52ABE4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Uczenie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zasad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demokracji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rozwijanie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samorządności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uczniów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  <w:p w14:paraId="0798FE82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Kształtowanie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postawy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tolerancji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wobec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osób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chorych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niepełnosprawnych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starszych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odmiennych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kulturowo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69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36868F1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omówienie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uczniami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czasie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lekcji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wychowawczych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odpowiednich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punktów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Kodeksu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Ucznia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Statutu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Szkoły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oraz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Regulaminów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obowiązujących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uczniów</w:t>
            </w:r>
            <w:proofErr w:type="spellEnd"/>
          </w:p>
          <w:p w14:paraId="278EA35E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udział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wyborach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Samorządu Uczniowskiego,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klasowego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podjęcie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obowiązków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ww.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samorządach</w:t>
            </w:r>
            <w:proofErr w:type="spellEnd"/>
          </w:p>
          <w:p w14:paraId="261E215F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współpraca</w:t>
            </w:r>
            <w:proofErr w:type="spellEnd"/>
            <w:r w:rsidR="00AC43E3"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z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przedstawicielami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Zakładu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Leczniczo-Opiekuńczego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dla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Dzieci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..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Betlejem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“,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Kołem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Emerytów</w:t>
            </w:r>
            <w:proofErr w:type="spellEnd"/>
          </w:p>
          <w:p w14:paraId="6CF2F347" w14:textId="77777777" w:rsidR="00D631DC" w:rsidRPr="009F6E3C" w:rsidRDefault="00975E65" w:rsidP="00AC43E3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podjęcie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wolontariatu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udział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akcjach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charytatywnych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631DC" w:rsidRPr="009F6E3C" w14:paraId="65BCF9D0" w14:textId="77777777" w:rsidTr="0089304B">
        <w:trPr>
          <w:jc w:val="center"/>
        </w:trPr>
        <w:tc>
          <w:tcPr>
            <w:tcW w:w="34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A65277C" w14:textId="77777777" w:rsidR="00D631DC" w:rsidRPr="005D2F72" w:rsidRDefault="00975E65" w:rsidP="005D2F72">
            <w:pPr>
              <w:spacing w:after="30"/>
            </w:pPr>
            <w:proofErr w:type="spellStart"/>
            <w:r w:rsidRPr="005D2F72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Rozwijanie</w:t>
            </w:r>
            <w:proofErr w:type="spellEnd"/>
            <w:r w:rsidRPr="005D2F72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kompetencji</w:t>
            </w:r>
            <w:proofErr w:type="spellEnd"/>
            <w:r w:rsidRPr="005D2F72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i</w:t>
            </w:r>
            <w:proofErr w:type="spellEnd"/>
            <w:r w:rsidRPr="005D2F72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umiejętności</w:t>
            </w:r>
            <w:proofErr w:type="spellEnd"/>
            <w:r w:rsidRPr="005D2F72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uczniów</w:t>
            </w:r>
            <w:proofErr w:type="spellEnd"/>
            <w:r w:rsidRPr="005D2F72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wpływających</w:t>
            </w:r>
            <w:proofErr w:type="spellEnd"/>
            <w:r w:rsidRPr="005D2F72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na</w:t>
            </w:r>
            <w:proofErr w:type="spellEnd"/>
            <w:r w:rsidRPr="005D2F72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ich </w:t>
            </w:r>
            <w:proofErr w:type="spellStart"/>
            <w:r w:rsidRPr="005D2F72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wszechstronny</w:t>
            </w:r>
            <w:proofErr w:type="spellEnd"/>
            <w:r w:rsidRPr="005D2F72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rozwój</w:t>
            </w:r>
            <w:proofErr w:type="spellEnd"/>
            <w:r w:rsidRPr="005D2F72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9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5A89552" w14:textId="77777777" w:rsidR="00D631DC" w:rsidRPr="005D2F72" w:rsidRDefault="00975E65" w:rsidP="005D2F72">
            <w:pPr>
              <w:pStyle w:val="Listapunktowana"/>
              <w:spacing w:after="30"/>
              <w:ind w:left="215" w:hanging="11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Wspomaganie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rozwijanie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zainteresowań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oraz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talentów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uczniów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-,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rozbudzanie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pasji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  <w:p w14:paraId="2F751307" w14:textId="77777777" w:rsidR="00D631DC" w:rsidRPr="005D2F72" w:rsidRDefault="00975E65" w:rsidP="005D2F72">
            <w:pPr>
              <w:pStyle w:val="Listapunktowana"/>
              <w:spacing w:after="30"/>
              <w:ind w:left="215" w:hanging="11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Udział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uczniów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konkursach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przedmiotowych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zawodach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sportowych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innych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formach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prezentacji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własnych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umiejętności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wiedzy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  <w:p w14:paraId="3967BBC6" w14:textId="77777777" w:rsidR="00D631DC" w:rsidRPr="005D2F72" w:rsidRDefault="00975E65" w:rsidP="005D2F72">
            <w:pPr>
              <w:pStyle w:val="Listapunktowana"/>
              <w:spacing w:after="30"/>
              <w:ind w:left="215" w:hanging="11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lastRenderedPageBreak/>
              <w:t>Uczestnictwa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uczniów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organizacji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uroczystości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szkolnych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imprez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okolicznościowych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stwarzanie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sytuacji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dających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okazję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prezentowania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przez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uczniów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swojej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kreatywności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talentów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  <w:p w14:paraId="5B9B78AA" w14:textId="77777777" w:rsidR="00D631DC" w:rsidRPr="005D2F72" w:rsidRDefault="00975E65" w:rsidP="005D2F72">
            <w:pPr>
              <w:pStyle w:val="Listapunktowana"/>
              <w:spacing w:after="30"/>
              <w:ind w:left="215" w:hanging="11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Kształtowanie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umiejętności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właściwego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korzystania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elektronicznych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nośników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informacji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(Internet,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gry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komputerowe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telewizja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rozwijanie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kompetencji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informatycznych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  <w:p w14:paraId="7670F483" w14:textId="77777777" w:rsidR="00D631DC" w:rsidRPr="005D2F72" w:rsidRDefault="00975E65" w:rsidP="005D2F72">
            <w:pPr>
              <w:pStyle w:val="Listapunktowana"/>
              <w:spacing w:after="30"/>
              <w:ind w:left="215" w:hanging="11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Prowadzenie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zajęć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rozwijających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umiejętności</w:t>
            </w:r>
            <w:proofErr w:type="spellEnd"/>
          </w:p>
          <w:p w14:paraId="66612EDD" w14:textId="77777777" w:rsidR="00D631DC" w:rsidRPr="005D2F72" w:rsidRDefault="00975E65" w:rsidP="005D2F72">
            <w:pPr>
              <w:pStyle w:val="Listapunktowana"/>
              <w:spacing w:after="30"/>
              <w:ind w:left="215" w:hanging="11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Odrabianie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zadań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świetlic</w:t>
            </w:r>
            <w:r w:rsidR="00AC43E3"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y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szkolnej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  <w:p w14:paraId="394FB611" w14:textId="77777777" w:rsidR="00D631DC" w:rsidRPr="005D2F72" w:rsidRDefault="00975E65" w:rsidP="005D2F72">
            <w:pPr>
              <w:pStyle w:val="Listapunktowana"/>
              <w:spacing w:after="30"/>
              <w:ind w:left="215" w:hanging="11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Indywidualna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opieka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pedagoga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szkolnego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pedagoga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specjalnego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psychologa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  <w:p w14:paraId="42088597" w14:textId="77777777" w:rsidR="00D631DC" w:rsidRPr="005D2F72" w:rsidRDefault="00AC43E3" w:rsidP="005D2F72">
            <w:pPr>
              <w:pStyle w:val="Listapunktowana"/>
              <w:spacing w:after="30"/>
              <w:ind w:left="215" w:hanging="11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Upowszechnianie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czytelnictw</w:t>
            </w:r>
            <w:r w:rsidR="00975E65"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a</w:t>
            </w:r>
            <w:proofErr w:type="spellEnd"/>
            <w:r w:rsidR="00975E65"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975E65"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rozwijanie</w:t>
            </w:r>
            <w:proofErr w:type="spellEnd"/>
            <w:r w:rsidR="00975E65"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75E65"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kompetencji</w:t>
            </w:r>
            <w:proofErr w:type="spellEnd"/>
            <w:r w:rsidR="00975E65"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75E65"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czytelniczych</w:t>
            </w:r>
            <w:proofErr w:type="spellEnd"/>
            <w:r w:rsidR="00975E65"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75E65"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uczniów</w:t>
            </w:r>
            <w:proofErr w:type="spellEnd"/>
            <w:r w:rsidR="00975E65"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  <w:p w14:paraId="5BF9BC68" w14:textId="77777777" w:rsidR="00D631DC" w:rsidRPr="009F6E3C" w:rsidRDefault="00975E65" w:rsidP="005D2F72">
            <w:pPr>
              <w:pStyle w:val="Listapunktowana"/>
              <w:spacing w:after="30"/>
              <w:ind w:left="215" w:hanging="113"/>
            </w:pP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Rozwijanie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krytycznego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myślenia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umiejętności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weryfikowania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informacji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oraz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odpowiedzialnego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korzystania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ze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sztucznej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inteligencji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poszanowaniem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prywatności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praw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autorskich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zasad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uczciwości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szkolnej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69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6BDD7B9" w14:textId="77777777" w:rsidR="00D631DC" w:rsidRPr="005D2F72" w:rsidRDefault="00975E65" w:rsidP="005D2F72">
            <w:pPr>
              <w:pStyle w:val="Listapunktowana"/>
              <w:spacing w:after="30"/>
              <w:ind w:left="215" w:hanging="11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lastRenderedPageBreak/>
              <w:t>udział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zajęciach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rozwijających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zainteresowania</w:t>
            </w:r>
            <w:proofErr w:type="spellEnd"/>
          </w:p>
          <w:p w14:paraId="0C0983F1" w14:textId="77777777" w:rsidR="00D631DC" w:rsidRPr="005D2F72" w:rsidRDefault="00975E65" w:rsidP="005D2F72">
            <w:pPr>
              <w:pStyle w:val="Listapunktowana"/>
              <w:spacing w:after="30"/>
              <w:ind w:left="215" w:hanging="11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różnicowanie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zadań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na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lekcji</w:t>
            </w:r>
            <w:proofErr w:type="spellEnd"/>
          </w:p>
          <w:p w14:paraId="64175CB6" w14:textId="77777777" w:rsidR="00D631DC" w:rsidRPr="005D2F72" w:rsidRDefault="00975E65" w:rsidP="005D2F72">
            <w:pPr>
              <w:pStyle w:val="Listapunktowana"/>
              <w:spacing w:after="30"/>
              <w:ind w:left="215" w:hanging="11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możliwość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indywidualnego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toku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nauki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programu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nauczania</w:t>
            </w:r>
            <w:proofErr w:type="spellEnd"/>
          </w:p>
          <w:p w14:paraId="6F4C99BE" w14:textId="77777777" w:rsidR="00D631DC" w:rsidRPr="005D2F72" w:rsidRDefault="00975E65" w:rsidP="005D2F72">
            <w:pPr>
              <w:pStyle w:val="Listapunktowana"/>
              <w:spacing w:after="30"/>
              <w:ind w:left="215" w:hanging="11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udział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koncertach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sztukach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teatralnych</w:t>
            </w:r>
            <w:proofErr w:type="spellEnd"/>
          </w:p>
          <w:p w14:paraId="68B2EFE1" w14:textId="77777777" w:rsidR="00D631DC" w:rsidRPr="005D2F72" w:rsidRDefault="00975E65" w:rsidP="005D2F72">
            <w:pPr>
              <w:pStyle w:val="Listapunktowana"/>
              <w:spacing w:after="30"/>
              <w:ind w:left="215" w:hanging="11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organizowanie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konkursów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przedmiotowych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zawodów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sportowych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na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terenie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szkoły</w:t>
            </w:r>
            <w:proofErr w:type="spellEnd"/>
          </w:p>
          <w:p w14:paraId="33A96D45" w14:textId="77777777" w:rsidR="00D631DC" w:rsidRPr="005D2F72" w:rsidRDefault="00975E65" w:rsidP="005D2F72">
            <w:pPr>
              <w:pStyle w:val="Listapunktowana"/>
              <w:spacing w:after="30"/>
              <w:ind w:left="215" w:hanging="11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lastRenderedPageBreak/>
              <w:t>udział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uczniów</w:t>
            </w:r>
            <w:proofErr w:type="spellEnd"/>
            <w:r w:rsidR="00AC43E3"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w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konkursach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zawodach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na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terenie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miasta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rejonu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itp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  <w:p w14:paraId="05D1C471" w14:textId="77777777" w:rsidR="00D631DC" w:rsidRPr="005D2F72" w:rsidRDefault="00975E65" w:rsidP="005D2F72">
            <w:pPr>
              <w:pStyle w:val="Listapunktowana"/>
              <w:spacing w:after="30"/>
              <w:ind w:left="215" w:hanging="11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prezentowanie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umiejętności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uczniów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czasie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akademii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imprez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okolicznościowych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(np.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Dzień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Dziecka)</w:t>
            </w:r>
          </w:p>
          <w:p w14:paraId="5B69C464" w14:textId="77777777" w:rsidR="00D631DC" w:rsidRPr="005D2F72" w:rsidRDefault="00975E65" w:rsidP="005D2F72">
            <w:pPr>
              <w:pStyle w:val="Listapunktowana"/>
              <w:spacing w:after="30"/>
              <w:ind w:left="215" w:hanging="11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organizowanie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imprez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integracyjnych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akcji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konkursów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biblioteka</w:t>
            </w:r>
            <w:proofErr w:type="spellEnd"/>
            <w:r w:rsidR="00AC43E3"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szkolna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świetlica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szkolna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)</w:t>
            </w:r>
          </w:p>
          <w:p w14:paraId="03A02A04" w14:textId="77777777" w:rsidR="00D631DC" w:rsidRPr="005D2F72" w:rsidRDefault="00975E65" w:rsidP="005D2F72">
            <w:pPr>
              <w:pStyle w:val="Listapunktowana"/>
              <w:spacing w:after="30"/>
              <w:ind w:left="215" w:hanging="11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wykonywanie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prac</w:t>
            </w:r>
            <w:proofErr w:type="spellEnd"/>
            <w:r w:rsidR="00AC43E3"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zleconych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przez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nauczyciela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wykorzystaniem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technologii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informatycznych</w:t>
            </w:r>
            <w:proofErr w:type="spellEnd"/>
          </w:p>
          <w:p w14:paraId="32788E55" w14:textId="77777777" w:rsidR="00D631DC" w:rsidRPr="005D2F72" w:rsidRDefault="00975E65" w:rsidP="005D2F72">
            <w:pPr>
              <w:pStyle w:val="Listapunktowana"/>
              <w:spacing w:after="30"/>
              <w:ind w:left="215" w:hanging="11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prowadzenie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zajęć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wspierających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rozwój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uczniów</w:t>
            </w:r>
            <w:proofErr w:type="spellEnd"/>
          </w:p>
          <w:p w14:paraId="55F9132B" w14:textId="77777777" w:rsidR="00D631DC" w:rsidRPr="005D2F72" w:rsidRDefault="00975E65" w:rsidP="005D2F72">
            <w:pPr>
              <w:pStyle w:val="Listapunktowana"/>
              <w:spacing w:after="30"/>
              <w:ind w:left="215" w:hanging="11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organizowanie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pomocy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nauce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przez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wychowawców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świetlicy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szkolnej</w:t>
            </w:r>
            <w:proofErr w:type="spellEnd"/>
          </w:p>
          <w:p w14:paraId="4F612C9D" w14:textId="77777777" w:rsidR="00D631DC" w:rsidRPr="005D2F72" w:rsidRDefault="00975E65" w:rsidP="005D2F72">
            <w:pPr>
              <w:pStyle w:val="Listapunktowana"/>
              <w:spacing w:after="30"/>
              <w:ind w:left="215" w:hanging="11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wspieranie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uczniów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rozwoju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osobistym</w:t>
            </w:r>
            <w:proofErr w:type="spellEnd"/>
          </w:p>
          <w:p w14:paraId="5DF974A0" w14:textId="77777777" w:rsidR="00D631DC" w:rsidRPr="005D2F72" w:rsidRDefault="00975E65" w:rsidP="005D2F72">
            <w:pPr>
              <w:pStyle w:val="Listapunktowana"/>
              <w:spacing w:after="30"/>
              <w:ind w:left="215" w:hanging="11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zajęcia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rozwijające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kompetencje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emocjonalno-społeczne</w:t>
            </w:r>
            <w:proofErr w:type="spellEnd"/>
          </w:p>
          <w:p w14:paraId="45FC060D" w14:textId="77777777" w:rsidR="00D631DC" w:rsidRPr="005D2F72" w:rsidRDefault="00975E65" w:rsidP="005D2F72">
            <w:pPr>
              <w:pStyle w:val="Listapunktowana"/>
              <w:spacing w:after="30"/>
              <w:ind w:left="215" w:hanging="11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prowadzenie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programu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„Iskra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Odporności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”</w:t>
            </w:r>
          </w:p>
          <w:p w14:paraId="7080F816" w14:textId="77777777" w:rsidR="00D631DC" w:rsidRPr="005D2F72" w:rsidRDefault="00975E65" w:rsidP="005D2F72">
            <w:pPr>
              <w:pStyle w:val="Listapunktowana"/>
              <w:spacing w:after="30"/>
              <w:ind w:left="215" w:hanging="11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organizowanie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konkursów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czytelniczych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lekcji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bibliotecznych</w:t>
            </w:r>
            <w:proofErr w:type="spellEnd"/>
          </w:p>
          <w:p w14:paraId="1EBA5C41" w14:textId="77777777" w:rsidR="00D631DC" w:rsidRPr="005D2F72" w:rsidRDefault="00975E65" w:rsidP="005D2F72">
            <w:pPr>
              <w:pStyle w:val="Listapunktowana"/>
              <w:spacing w:after="30"/>
              <w:ind w:left="215" w:hanging="11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angażowanie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uczniów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pracę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biblioteki</w:t>
            </w:r>
            <w:proofErr w:type="spellEnd"/>
          </w:p>
          <w:p w14:paraId="6E71F19E" w14:textId="77777777" w:rsidR="00D631DC" w:rsidRPr="005D2F72" w:rsidRDefault="00975E65" w:rsidP="005D2F72">
            <w:pPr>
              <w:pStyle w:val="Listapunktowana"/>
              <w:spacing w:after="30"/>
              <w:ind w:left="215" w:hanging="11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prowadzenie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gazetki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ściennej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informującej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o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działalności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biblioteki</w:t>
            </w:r>
            <w:proofErr w:type="spellEnd"/>
          </w:p>
          <w:p w14:paraId="244F2998" w14:textId="77777777" w:rsidR="00D631DC" w:rsidRPr="005D2F72" w:rsidRDefault="00975E65" w:rsidP="005D2F72">
            <w:pPr>
              <w:pStyle w:val="Listapunktowana"/>
              <w:spacing w:after="30"/>
              <w:ind w:left="215" w:hanging="11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organizowanie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akcji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bibliotecznych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(np. Noc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Bibliotek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Narodowa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Czytanie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)</w:t>
            </w:r>
          </w:p>
          <w:p w14:paraId="0BFB74FA" w14:textId="77777777" w:rsidR="00D631DC" w:rsidRPr="005D2F72" w:rsidRDefault="00975E65" w:rsidP="005D2F72">
            <w:pPr>
              <w:pStyle w:val="Listapunktowana"/>
              <w:spacing w:after="30"/>
              <w:ind w:left="215" w:hanging="11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udział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zajęciach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lekcjach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bibliotecznych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organizowanych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przez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Miejską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Bibliotekę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Publiczną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Jastrzębiu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Zdr</w:t>
            </w:r>
            <w:r w:rsidR="000F2EF0"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oju</w:t>
            </w:r>
            <w:proofErr w:type="spellEnd"/>
          </w:p>
          <w:p w14:paraId="48C35C9B" w14:textId="77777777" w:rsidR="00D631DC" w:rsidRPr="005D2F72" w:rsidRDefault="00975E65" w:rsidP="005D2F72">
            <w:pPr>
              <w:pStyle w:val="Listapunktowana"/>
              <w:spacing w:after="30"/>
              <w:ind w:left="215" w:hanging="11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ćwiczenia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weryfikowania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źródeł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rozpoznawania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manipulacji</w:t>
            </w:r>
            <w:proofErr w:type="spellEnd"/>
          </w:p>
          <w:p w14:paraId="09C49295" w14:textId="77777777" w:rsidR="00D631DC" w:rsidRPr="005D2F72" w:rsidRDefault="00975E65" w:rsidP="005D2F72">
            <w:pPr>
              <w:pStyle w:val="Listapunktowana"/>
              <w:spacing w:after="30"/>
              <w:ind w:left="215" w:hanging="11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zajęcia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o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odpowiedzialnym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wykorzystaniu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narzędzi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AI,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ochronie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danych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oznaczaniu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wsparcia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AI w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pracy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własnej</w:t>
            </w:r>
            <w:proofErr w:type="spellEnd"/>
          </w:p>
          <w:p w14:paraId="553823A9" w14:textId="77777777" w:rsidR="00D631DC" w:rsidRPr="009F6E3C" w:rsidRDefault="00975E65" w:rsidP="005D2F72">
            <w:pPr>
              <w:pStyle w:val="Listapunktowana"/>
              <w:spacing w:after="30"/>
              <w:ind w:left="215" w:hanging="113"/>
            </w:pP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zadania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projektowe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interdyscyplinarne</w:t>
            </w:r>
            <w:proofErr w:type="spellEnd"/>
          </w:p>
        </w:tc>
      </w:tr>
      <w:tr w:rsidR="00D631DC" w:rsidRPr="009F6E3C" w14:paraId="159E5131" w14:textId="77777777" w:rsidTr="0089304B">
        <w:trPr>
          <w:jc w:val="center"/>
        </w:trPr>
        <w:tc>
          <w:tcPr>
            <w:tcW w:w="34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DC87E3A" w14:textId="77777777" w:rsidR="00D631DC" w:rsidRPr="005D2F72" w:rsidRDefault="00975E65" w:rsidP="005D2F72">
            <w:pPr>
              <w:spacing w:after="30"/>
            </w:pPr>
            <w:proofErr w:type="spellStart"/>
            <w:r w:rsidRPr="005D2F7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Kształtowanie</w:t>
            </w:r>
            <w:proofErr w:type="spellEnd"/>
            <w:r w:rsidRPr="005D2F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hAnsi="Times New Roman" w:cs="Times New Roman"/>
                <w:b/>
                <w:sz w:val="24"/>
                <w:szCs w:val="24"/>
              </w:rPr>
              <w:t>wysokiego</w:t>
            </w:r>
            <w:proofErr w:type="spellEnd"/>
            <w:r w:rsidRPr="005D2F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hAnsi="Times New Roman" w:cs="Times New Roman"/>
                <w:b/>
                <w:sz w:val="24"/>
                <w:szCs w:val="24"/>
              </w:rPr>
              <w:t>poziomu</w:t>
            </w:r>
            <w:proofErr w:type="spellEnd"/>
            <w:r w:rsidRPr="005D2F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hAnsi="Times New Roman" w:cs="Times New Roman"/>
                <w:b/>
                <w:sz w:val="24"/>
                <w:szCs w:val="24"/>
              </w:rPr>
              <w:t>kultury</w:t>
            </w:r>
            <w:proofErr w:type="spellEnd"/>
            <w:r w:rsidRPr="005D2F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hAnsi="Times New Roman" w:cs="Times New Roman"/>
                <w:b/>
                <w:sz w:val="24"/>
                <w:szCs w:val="24"/>
              </w:rPr>
              <w:t>osobistej</w:t>
            </w:r>
            <w:proofErr w:type="spellEnd"/>
            <w:r w:rsidRPr="005D2F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5D2F72">
              <w:rPr>
                <w:rFonts w:ascii="Times New Roman" w:hAnsi="Times New Roman" w:cs="Times New Roman"/>
                <w:b/>
                <w:sz w:val="24"/>
                <w:szCs w:val="24"/>
              </w:rPr>
              <w:t>wzajemnego</w:t>
            </w:r>
            <w:proofErr w:type="spellEnd"/>
            <w:r w:rsidRPr="005D2F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hAnsi="Times New Roman" w:cs="Times New Roman"/>
                <w:b/>
                <w:sz w:val="24"/>
                <w:szCs w:val="24"/>
              </w:rPr>
              <w:t>szacunku</w:t>
            </w:r>
            <w:proofErr w:type="spellEnd"/>
            <w:r w:rsidRPr="005D2F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proofErr w:type="spellEnd"/>
            <w:r w:rsidRPr="005D2F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hAnsi="Times New Roman" w:cs="Times New Roman"/>
                <w:b/>
                <w:sz w:val="24"/>
                <w:szCs w:val="24"/>
              </w:rPr>
              <w:t>odpowiedzialności</w:t>
            </w:r>
            <w:proofErr w:type="spellEnd"/>
            <w:r w:rsidRPr="005D2F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za </w:t>
            </w:r>
            <w:proofErr w:type="spellStart"/>
            <w:r w:rsidRPr="005D2F72">
              <w:rPr>
                <w:rFonts w:ascii="Times New Roman" w:hAnsi="Times New Roman" w:cs="Times New Roman"/>
                <w:b/>
                <w:sz w:val="24"/>
                <w:szCs w:val="24"/>
              </w:rPr>
              <w:t>słowo</w:t>
            </w:r>
            <w:proofErr w:type="spellEnd"/>
            <w:r w:rsidRPr="005D2F7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9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F9F2C7F" w14:textId="77777777" w:rsidR="00D631DC" w:rsidRPr="005D2F72" w:rsidRDefault="00975E65" w:rsidP="005D2F72">
            <w:pPr>
              <w:pStyle w:val="Listapunktowana"/>
              <w:spacing w:after="30"/>
              <w:ind w:left="215" w:hanging="11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Egzekwowanie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właściwego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zachowania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uczniów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wobec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rówieśników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nauczycieli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innych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pracowników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szkoły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  <w:p w14:paraId="087ACB2C" w14:textId="77777777" w:rsidR="00D631DC" w:rsidRPr="005D2F72" w:rsidRDefault="00975E65" w:rsidP="005D2F72">
            <w:pPr>
              <w:pStyle w:val="Listapunktowana"/>
              <w:spacing w:after="30"/>
              <w:ind w:left="215" w:hanging="11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Zwracanie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uwagi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na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kulturę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osobistą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w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tym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kulturę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słowa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  <w:p w14:paraId="69D111F3" w14:textId="77777777" w:rsidR="00D631DC" w:rsidRPr="005D2F72" w:rsidRDefault="00975E65" w:rsidP="005D2F72">
            <w:pPr>
              <w:pStyle w:val="Listapunktowana"/>
              <w:spacing w:after="30"/>
              <w:ind w:left="215" w:hanging="11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Promowanie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pracy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uczniów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na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rzecz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klasy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szkoły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innych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osób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środowiska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  <w:p w14:paraId="14AA959C" w14:textId="77777777" w:rsidR="00D631DC" w:rsidRPr="005D2F72" w:rsidRDefault="00975E65" w:rsidP="005D2F72">
            <w:pPr>
              <w:pStyle w:val="Listapunktowana"/>
              <w:spacing w:after="30"/>
              <w:ind w:left="215" w:hanging="11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lastRenderedPageBreak/>
              <w:t>Modelowanie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u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uczniów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postawy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szacunku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wobec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własnych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cudzych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wspólnych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dóbr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materialnych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  <w:p w14:paraId="6F3A3E96" w14:textId="77777777" w:rsidR="00D631DC" w:rsidRPr="005D2F72" w:rsidRDefault="00975E65" w:rsidP="005D2F72">
            <w:pPr>
              <w:pStyle w:val="Listapunktowana"/>
              <w:spacing w:after="30"/>
              <w:ind w:left="215" w:hanging="11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Wskazywanie</w:t>
            </w:r>
            <w:proofErr w:type="spellEnd"/>
            <w:r w:rsidR="000F2EF0"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ćwiczenie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uczniami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prawidłowych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reakcji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na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sytuacje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konfliktowe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  <w:p w14:paraId="287FF42F" w14:textId="77777777" w:rsidR="00D631DC" w:rsidRPr="009F6E3C" w:rsidRDefault="00975E65" w:rsidP="005D2F72">
            <w:pPr>
              <w:pStyle w:val="Listapunktowana"/>
              <w:spacing w:after="30"/>
              <w:ind w:left="215" w:hanging="113"/>
            </w:pP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Przeciwdziałanie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agresji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słownej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wulgaryzmom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wyśmiewaniu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dokuczaniu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poniżaniu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wykluczaniu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oraz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przemocy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emocjonalnej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psychicznej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Rozwijanie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empatii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asertywności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komunikacji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bez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przemocy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odpowiedzialności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za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konsekwencje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własnych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słów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69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FC773EF" w14:textId="77777777" w:rsidR="00D631DC" w:rsidRPr="005D2F72" w:rsidRDefault="00975E65" w:rsidP="005D2F72">
            <w:pPr>
              <w:pStyle w:val="Listapunktowana"/>
              <w:spacing w:after="30"/>
              <w:ind w:left="215" w:hanging="11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lastRenderedPageBreak/>
              <w:t>ukazywanie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wzorców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osobowych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właściwych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zachowań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postaw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czasie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prowadzonych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zajęć</w:t>
            </w:r>
            <w:proofErr w:type="spellEnd"/>
          </w:p>
          <w:p w14:paraId="31B76EE4" w14:textId="77777777" w:rsidR="00D631DC" w:rsidRPr="005D2F72" w:rsidRDefault="00975E65" w:rsidP="005D2F72">
            <w:pPr>
              <w:pStyle w:val="Listapunktowana"/>
              <w:spacing w:after="30"/>
              <w:ind w:left="215" w:hanging="11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pogadanki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czasie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lekcji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wychowawczych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rozmowy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indywidualne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adnotacje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dotyczące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niewłaściwego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zachowania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w'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dzienniku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lekcyjnym</w:t>
            </w:r>
            <w:proofErr w:type="spellEnd"/>
          </w:p>
          <w:p w14:paraId="6525FD36" w14:textId="77777777" w:rsidR="00D631DC" w:rsidRPr="005D2F72" w:rsidRDefault="00975E65" w:rsidP="005D2F72">
            <w:pPr>
              <w:pStyle w:val="Listapunktowana"/>
              <w:spacing w:after="30"/>
              <w:ind w:left="215" w:hanging="11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lekcje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wychowawcze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pogadanki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apele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szkolne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udział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akcjach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charytatywnych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działalność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Samorządu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Uczniowskiego</w:t>
            </w:r>
            <w:proofErr w:type="spellEnd"/>
          </w:p>
          <w:p w14:paraId="7D6FFF64" w14:textId="77777777" w:rsidR="00D631DC" w:rsidRPr="005D2F72" w:rsidRDefault="00975E65" w:rsidP="005D2F72">
            <w:pPr>
              <w:pStyle w:val="Listapunktowana"/>
              <w:spacing w:after="30"/>
              <w:ind w:left="215" w:hanging="11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lastRenderedPageBreak/>
              <w:t>działania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mające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na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celu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zaangażowanie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uczniów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' w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troskę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o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wygląd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sal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lekcyjnych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szkoły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jej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otoczenia</w:t>
            </w:r>
            <w:proofErr w:type="spellEnd"/>
          </w:p>
          <w:p w14:paraId="4CA5AC6B" w14:textId="77777777" w:rsidR="00D631DC" w:rsidRPr="005D2F72" w:rsidRDefault="00975E65" w:rsidP="005D2F72">
            <w:pPr>
              <w:pStyle w:val="Listapunktowana"/>
              <w:spacing w:after="30"/>
              <w:ind w:left="215" w:hanging="11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omawianie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uczniami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="000F2EF0"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(w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czasie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lekcji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wychowawczych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indywidualnych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rozmów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pedagogiem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szkolnym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pedagogiem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specjalnym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psychologiem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prawidłowego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postępowania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sytuacjach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trudnych</w:t>
            </w:r>
            <w:proofErr w:type="spellEnd"/>
          </w:p>
          <w:p w14:paraId="0AD45FEA" w14:textId="77777777" w:rsidR="00D631DC" w:rsidRPr="005D2F72" w:rsidRDefault="00975E65" w:rsidP="005D2F72">
            <w:pPr>
              <w:pStyle w:val="Listapunktowana"/>
              <w:spacing w:after="30"/>
              <w:ind w:left="215" w:hanging="11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klasowe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standardy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komunikacji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języka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szacunku</w:t>
            </w:r>
            <w:proofErr w:type="spellEnd"/>
          </w:p>
          <w:p w14:paraId="10703BB9" w14:textId="77777777" w:rsidR="00D631DC" w:rsidRPr="005D2F72" w:rsidRDefault="00975E65" w:rsidP="005D2F72">
            <w:pPr>
              <w:pStyle w:val="Listapunktowana"/>
              <w:spacing w:after="30"/>
              <w:ind w:left="215" w:hanging="11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ćwiczenia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="000F2EF0"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z </w:t>
            </w:r>
            <w:proofErr w:type="spellStart"/>
            <w:r w:rsidR="000F2EF0"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Porozumienia</w:t>
            </w:r>
            <w:proofErr w:type="spellEnd"/>
            <w:r w:rsidR="000F2EF0"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bez </w:t>
            </w:r>
            <w:proofErr w:type="spellStart"/>
            <w:r w:rsidR="000F2EF0"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Przemocy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mediacje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rówieśnicze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działania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naprawcze</w:t>
            </w:r>
            <w:proofErr w:type="spellEnd"/>
          </w:p>
          <w:p w14:paraId="3CAFE606" w14:textId="77777777" w:rsidR="00D631DC" w:rsidRPr="005D2F72" w:rsidRDefault="00975E65" w:rsidP="005D2F72">
            <w:pPr>
              <w:pStyle w:val="Listapunktowana"/>
              <w:spacing w:after="30"/>
              <w:ind w:left="215" w:hanging="11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konsekwentne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reagowanie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na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agresję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słowną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również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komunikacji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elektronicznej</w:t>
            </w:r>
            <w:proofErr w:type="spellEnd"/>
          </w:p>
          <w:p w14:paraId="43184866" w14:textId="77777777" w:rsidR="00D631DC" w:rsidRPr="009F6E3C" w:rsidRDefault="00975E65" w:rsidP="005D2F72">
            <w:pPr>
              <w:pStyle w:val="Listapunktowana"/>
              <w:spacing w:after="30"/>
              <w:ind w:left="215" w:hanging="113"/>
            </w:pP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wzmacnianie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zachowań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prospołecznych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wolontariatu</w:t>
            </w:r>
            <w:proofErr w:type="spellEnd"/>
          </w:p>
        </w:tc>
      </w:tr>
      <w:tr w:rsidR="00D631DC" w:rsidRPr="009F6E3C" w14:paraId="6A6D06D5" w14:textId="77777777">
        <w:trPr>
          <w:jc w:val="center"/>
        </w:trPr>
        <w:tc>
          <w:tcPr>
            <w:tcW w:w="34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59D79FF" w14:textId="77777777" w:rsidR="00D631DC" w:rsidRPr="009F6E3C" w:rsidRDefault="00975E65">
            <w:pPr>
              <w:spacing w:after="3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lastRenderedPageBreak/>
              <w:t>Współdziałanie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z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rodzicami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w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zakresie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działań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wychowawczo-profilaktycznych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9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55E2A7E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Zapoznanie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rodziców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' z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Programem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wychowawczo-profilaktycznym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oraz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dokładnymi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wymaganiami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wobec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uczniów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dotyczącymi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ich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zachowania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Egzekwowanie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powyższych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wymagań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  <w:p w14:paraId="7890EB2D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Poruszanie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zebraniach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klasowych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tematów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związanych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wychowaniem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adekwatnych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do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problemów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klasowych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  <w:p w14:paraId="6A9B2185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Włączanie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rodziców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prace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związane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realizacją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zamierzeń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wychowawczych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profilaktycznych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:</w:t>
            </w:r>
          </w:p>
          <w:p w14:paraId="5C61D50A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Pedagogizacja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rodziców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kwestii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metod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oddziaływań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wychowawczych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uświadomienie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szkodliwości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zarówno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skrajnych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postaw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nadopiekuńczości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jak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zaniedbań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rodzicielskich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  <w:p w14:paraId="3036C5CA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Uwrażliwianie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rodziców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zmienność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nastrojów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u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dziecka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  <w:p w14:paraId="404E921A" w14:textId="77777777" w:rsidR="00D631DC" w:rsidRPr="009F6E3C" w:rsidRDefault="00975E65" w:rsidP="0089304B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Organizacja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uroczystości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imprez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szkolnych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klasowych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udziałem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rodziców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  <w:p w14:paraId="2147C05F" w14:textId="77777777" w:rsidR="00D631DC" w:rsidRPr="009F6E3C" w:rsidRDefault="00975E65" w:rsidP="0089304B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Wzmacnianie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współpracy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rodzicami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lastRenderedPageBreak/>
              <w:t>zakresie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rozpoznawania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przemocy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emocjonalnej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psychicznej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cyberprzemocy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uzależnień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behawioralnych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oraz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trudności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związanych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ze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stresem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presją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rówieśniczą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69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8ABB694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lastRenderedPageBreak/>
              <w:t>zebrania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rodziców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wychowawcami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klas</w:t>
            </w:r>
            <w:proofErr w:type="spellEnd"/>
          </w:p>
          <w:p w14:paraId="4E884333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dyżury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nauczycieli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procedury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reagowania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sytuacjach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trudnych</w:t>
            </w:r>
            <w:proofErr w:type="spellEnd"/>
          </w:p>
          <w:p w14:paraId="5C86E9E5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współpraca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Radą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Rodziców</w:t>
            </w:r>
            <w:proofErr w:type="spellEnd"/>
          </w:p>
          <w:p w14:paraId="3EC7E563" w14:textId="77777777" w:rsidR="00D631DC" w:rsidRPr="009F6E3C" w:rsidRDefault="00975E65" w:rsidP="000F2EF0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indywidualne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rozmowy</w:t>
            </w:r>
            <w:proofErr w:type="spellEnd"/>
          </w:p>
          <w:p w14:paraId="15B7CFB9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dokumentacja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szkoły</w:t>
            </w:r>
            <w:proofErr w:type="spellEnd"/>
          </w:p>
          <w:p w14:paraId="47A8ADFE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uroczystości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imprezy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szkolne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klasowe</w:t>
            </w:r>
            <w:proofErr w:type="spellEnd"/>
          </w:p>
          <w:p w14:paraId="2D27D58C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rozwiązywanie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problemów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dziecka</w:t>
            </w:r>
            <w:proofErr w:type="spellEnd"/>
          </w:p>
          <w:p w14:paraId="6C382164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pogadanki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czasie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zebrań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klasowych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konsultacji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indywidualnych</w:t>
            </w:r>
            <w:proofErr w:type="spellEnd"/>
          </w:p>
          <w:p w14:paraId="4065E8BF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wnikliwa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obserwacja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dziecka</w:t>
            </w:r>
            <w:proofErr w:type="spellEnd"/>
          </w:p>
          <w:p w14:paraId="209EC520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poświęcanie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dziecku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czasu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wolnego</w:t>
            </w:r>
            <w:proofErr w:type="spellEnd"/>
          </w:p>
          <w:p w14:paraId="05FD1905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współdziałanie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wychowawcą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nauczycielami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pedagogiem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szkolnym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psychologiem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pedagogiem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specjalnym</w:t>
            </w:r>
            <w:proofErr w:type="spellEnd"/>
          </w:p>
          <w:p w14:paraId="59B597BA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poszukiwanie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środków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zaradczych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kierunku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kształtowania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prawidłowych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emocji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dziecka</w:t>
            </w:r>
            <w:proofErr w:type="spellEnd"/>
          </w:p>
          <w:p w14:paraId="268A9C47" w14:textId="77777777" w:rsidR="00D631DC" w:rsidRPr="009F6E3C" w:rsidRDefault="00975E65" w:rsidP="0089304B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udział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uroczystości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rozpoczęc</w:t>
            </w:r>
            <w:r w:rsidR="000F2EF0"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ia</w:t>
            </w:r>
            <w:proofErr w:type="spellEnd"/>
            <w:r w:rsidR="000F2EF0"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0F2EF0"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zakończenia</w:t>
            </w:r>
            <w:proofErr w:type="spellEnd"/>
            <w:r w:rsidR="000F2EF0"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F2EF0"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roku</w:t>
            </w:r>
            <w:proofErr w:type="spellEnd"/>
            <w:r w:rsidR="000F2EF0"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F2EF0"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szkolnego</w:t>
            </w:r>
            <w:proofErr w:type="spellEnd"/>
            <w:r w:rsidR="000F2EF0"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wigilijka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klasowa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  <w:p w14:paraId="2E9A243D" w14:textId="77777777" w:rsidR="00D631DC" w:rsidRPr="009F6E3C" w:rsidRDefault="00975E65" w:rsidP="0089304B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warsztaty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prelekcje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dla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rodziców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dotyczące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odpowiedzialnego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korzystania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Internetu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hejtu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cyberprzemocy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uzależnień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bezpieczeństwa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sieci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sposobów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wspierania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dziecka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lastRenderedPageBreak/>
              <w:t>kryzysie</w:t>
            </w:r>
            <w:proofErr w:type="spellEnd"/>
          </w:p>
        </w:tc>
      </w:tr>
      <w:tr w:rsidR="00D631DC" w:rsidRPr="009F6E3C" w14:paraId="6605F33B" w14:textId="77777777">
        <w:trPr>
          <w:cantSplit/>
          <w:jc w:val="center"/>
        </w:trPr>
        <w:tc>
          <w:tcPr>
            <w:tcW w:w="34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3AC0EF0" w14:textId="77777777" w:rsidR="00D631DC" w:rsidRPr="009F6E3C" w:rsidRDefault="00975E65">
            <w:pPr>
              <w:spacing w:after="3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lastRenderedPageBreak/>
              <w:t>Współdziałanie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z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instytucjami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środowiskiem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lokalnym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9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AC60D2B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Promowanie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osiągnięć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szkoły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jej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uczniów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nauczycieli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  <w:p w14:paraId="0AF3E764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Integracja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szkoły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ze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środowiskiem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lokalnym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poprzez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udział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uczniów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akcjach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imprezach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konkursach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organizowanych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przez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instytucje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współpracujące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ze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szkołą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(OSP. PSP.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Parafia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św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Katarzyny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Publiczne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Przedszkole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Nr7.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Zarząd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Osiedla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Jastrzębie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Górne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Dolne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669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A00A6B8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przekazywanie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informacji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promujących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szkołę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mediom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umieszczanie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ich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stronie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internetowej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szkoły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)</w:t>
            </w:r>
          </w:p>
          <w:p w14:paraId="1608ADF3" w14:textId="77777777" w:rsidR="00D631DC" w:rsidRPr="009F6E3C" w:rsidRDefault="00975E65" w:rsidP="000F2EF0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udział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uczniów</w:t>
            </w:r>
            <w:proofErr w:type="spellEnd"/>
            <w:r w:rsidR="000F2EF0"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w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konkursach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plastycznych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przedstawieniach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jasełkowych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br/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przygotowanie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przez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uczniów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nabożeństw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liturgicznych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Mszy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św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. z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udziałem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dzieci</w:t>
            </w:r>
            <w:proofErr w:type="spellEnd"/>
          </w:p>
        </w:tc>
      </w:tr>
    </w:tbl>
    <w:p w14:paraId="0D5101DE" w14:textId="77777777" w:rsidR="00D631DC" w:rsidRPr="009F6E3C" w:rsidRDefault="00D631DC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77C1568B" w14:textId="77777777" w:rsidR="00D631DC" w:rsidRPr="005F54E3" w:rsidRDefault="00975E65">
      <w:pPr>
        <w:keepNext/>
        <w:spacing w:before="160" w:after="40"/>
        <w:rPr>
          <w:rFonts w:ascii="Times New Roman" w:hAnsi="Times New Roman" w:cs="Times New Roman"/>
          <w:sz w:val="28"/>
          <w:szCs w:val="28"/>
        </w:rPr>
      </w:pPr>
      <w:r w:rsidRPr="005F54E3">
        <w:rPr>
          <w:rFonts w:ascii="Times New Roman" w:eastAsia="Arial" w:hAnsi="Times New Roman" w:cs="Times New Roman"/>
          <w:b/>
          <w:sz w:val="28"/>
          <w:szCs w:val="28"/>
        </w:rPr>
        <w:t>KLASY IV-VIII</w:t>
      </w:r>
    </w:p>
    <w:p w14:paraId="4F221BD7" w14:textId="77777777" w:rsidR="00D631DC" w:rsidRPr="005F54E3" w:rsidRDefault="00975E65">
      <w:pPr>
        <w:keepNext/>
        <w:spacing w:after="80"/>
        <w:rPr>
          <w:rFonts w:ascii="Times New Roman" w:hAnsi="Times New Roman" w:cs="Times New Roman"/>
          <w:sz w:val="28"/>
          <w:szCs w:val="28"/>
        </w:rPr>
      </w:pPr>
      <w:proofErr w:type="spellStart"/>
      <w:r w:rsidRPr="005F54E3">
        <w:rPr>
          <w:rFonts w:ascii="Times New Roman" w:eastAsia="Arial" w:hAnsi="Times New Roman" w:cs="Times New Roman"/>
          <w:b/>
          <w:sz w:val="28"/>
          <w:szCs w:val="28"/>
        </w:rPr>
        <w:t>Obszar</w:t>
      </w:r>
      <w:proofErr w:type="spellEnd"/>
      <w:r w:rsidRPr="005F54E3">
        <w:rPr>
          <w:rFonts w:ascii="Times New Roman" w:eastAsia="Arial" w:hAnsi="Times New Roman" w:cs="Times New Roman"/>
          <w:b/>
          <w:sz w:val="28"/>
          <w:szCs w:val="28"/>
        </w:rPr>
        <w:t xml:space="preserve"> II - </w:t>
      </w:r>
      <w:proofErr w:type="spellStart"/>
      <w:r w:rsidRPr="005F54E3">
        <w:rPr>
          <w:rFonts w:ascii="Times New Roman" w:eastAsia="Arial" w:hAnsi="Times New Roman" w:cs="Times New Roman"/>
          <w:b/>
          <w:sz w:val="28"/>
          <w:szCs w:val="28"/>
        </w:rPr>
        <w:t>wychowanie</w:t>
      </w:r>
      <w:proofErr w:type="spellEnd"/>
      <w:r w:rsidRPr="005F54E3">
        <w:rPr>
          <w:rFonts w:ascii="Times New Roman" w:eastAsia="Arial" w:hAnsi="Times New Roman" w:cs="Times New Roman"/>
          <w:b/>
          <w:sz w:val="28"/>
          <w:szCs w:val="28"/>
        </w:rPr>
        <w:t xml:space="preserve"> </w:t>
      </w:r>
      <w:proofErr w:type="spellStart"/>
      <w:r w:rsidRPr="005F54E3">
        <w:rPr>
          <w:rFonts w:ascii="Times New Roman" w:eastAsia="Arial" w:hAnsi="Times New Roman" w:cs="Times New Roman"/>
          <w:b/>
          <w:sz w:val="28"/>
          <w:szCs w:val="28"/>
        </w:rPr>
        <w:t>patriotyczne</w:t>
      </w:r>
      <w:proofErr w:type="spellEnd"/>
      <w:r w:rsidRPr="005F54E3">
        <w:rPr>
          <w:rFonts w:ascii="Times New Roman" w:eastAsia="Arial" w:hAnsi="Times New Roman" w:cs="Times New Roman"/>
          <w:b/>
          <w:sz w:val="28"/>
          <w:szCs w:val="28"/>
        </w:rPr>
        <w:t xml:space="preserve">, </w:t>
      </w:r>
      <w:proofErr w:type="spellStart"/>
      <w:r w:rsidRPr="005F54E3">
        <w:rPr>
          <w:rFonts w:ascii="Times New Roman" w:eastAsia="Arial" w:hAnsi="Times New Roman" w:cs="Times New Roman"/>
          <w:b/>
          <w:sz w:val="28"/>
          <w:szCs w:val="28"/>
        </w:rPr>
        <w:t>obywatelskie</w:t>
      </w:r>
      <w:proofErr w:type="spellEnd"/>
      <w:r w:rsidRPr="005F54E3">
        <w:rPr>
          <w:rFonts w:ascii="Times New Roman" w:eastAsia="Arial" w:hAnsi="Times New Roman" w:cs="Times New Roman"/>
          <w:b/>
          <w:sz w:val="28"/>
          <w:szCs w:val="28"/>
        </w:rPr>
        <w:t xml:space="preserve"> </w:t>
      </w:r>
      <w:proofErr w:type="spellStart"/>
      <w:r w:rsidRPr="005F54E3">
        <w:rPr>
          <w:rFonts w:ascii="Times New Roman" w:eastAsia="Arial" w:hAnsi="Times New Roman" w:cs="Times New Roman"/>
          <w:b/>
          <w:sz w:val="28"/>
          <w:szCs w:val="28"/>
        </w:rPr>
        <w:t>i</w:t>
      </w:r>
      <w:proofErr w:type="spellEnd"/>
      <w:r w:rsidRPr="005F54E3">
        <w:rPr>
          <w:rFonts w:ascii="Times New Roman" w:eastAsia="Arial" w:hAnsi="Times New Roman" w:cs="Times New Roman"/>
          <w:b/>
          <w:sz w:val="28"/>
          <w:szCs w:val="28"/>
        </w:rPr>
        <w:t xml:space="preserve"> </w:t>
      </w:r>
      <w:proofErr w:type="spellStart"/>
      <w:r w:rsidRPr="005F54E3">
        <w:rPr>
          <w:rFonts w:ascii="Times New Roman" w:eastAsia="Arial" w:hAnsi="Times New Roman" w:cs="Times New Roman"/>
          <w:b/>
          <w:sz w:val="28"/>
          <w:szCs w:val="28"/>
        </w:rPr>
        <w:t>szacunek</w:t>
      </w:r>
      <w:proofErr w:type="spellEnd"/>
      <w:r w:rsidRPr="005F54E3">
        <w:rPr>
          <w:rFonts w:ascii="Times New Roman" w:eastAsia="Arial" w:hAnsi="Times New Roman" w:cs="Times New Roman"/>
          <w:b/>
          <w:sz w:val="28"/>
          <w:szCs w:val="28"/>
        </w:rPr>
        <w:t xml:space="preserve"> </w:t>
      </w:r>
      <w:proofErr w:type="spellStart"/>
      <w:r w:rsidRPr="005F54E3">
        <w:rPr>
          <w:rFonts w:ascii="Times New Roman" w:eastAsia="Arial" w:hAnsi="Times New Roman" w:cs="Times New Roman"/>
          <w:b/>
          <w:sz w:val="28"/>
          <w:szCs w:val="28"/>
        </w:rPr>
        <w:t>dla</w:t>
      </w:r>
      <w:proofErr w:type="spellEnd"/>
      <w:r w:rsidRPr="005F54E3">
        <w:rPr>
          <w:rFonts w:ascii="Times New Roman" w:eastAsia="Arial" w:hAnsi="Times New Roman" w:cs="Times New Roman"/>
          <w:b/>
          <w:sz w:val="28"/>
          <w:szCs w:val="28"/>
        </w:rPr>
        <w:t xml:space="preserve"> </w:t>
      </w:r>
      <w:proofErr w:type="spellStart"/>
      <w:r w:rsidRPr="005F54E3">
        <w:rPr>
          <w:rFonts w:ascii="Times New Roman" w:eastAsia="Arial" w:hAnsi="Times New Roman" w:cs="Times New Roman"/>
          <w:b/>
          <w:sz w:val="28"/>
          <w:szCs w:val="28"/>
        </w:rPr>
        <w:t>różnorodności</w:t>
      </w:r>
      <w:proofErr w:type="spellEnd"/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02"/>
        <w:gridCol w:w="4989"/>
        <w:gridCol w:w="6690"/>
      </w:tblGrid>
      <w:tr w:rsidR="00D631DC" w:rsidRPr="009F6E3C" w14:paraId="147E8B0F" w14:textId="77777777">
        <w:trPr>
          <w:cantSplit/>
          <w:tblHeader/>
          <w:jc w:val="center"/>
        </w:trPr>
        <w:tc>
          <w:tcPr>
            <w:tcW w:w="3402" w:type="dxa"/>
            <w:shd w:val="clear" w:color="auto" w:fill="E7E6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92DEFE" w14:textId="77777777" w:rsidR="00D631DC" w:rsidRPr="009F6E3C" w:rsidRDefault="00975E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Cele</w:t>
            </w:r>
          </w:p>
        </w:tc>
        <w:tc>
          <w:tcPr>
            <w:tcW w:w="4989" w:type="dxa"/>
            <w:shd w:val="clear" w:color="auto" w:fill="E7E6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81B8F3" w14:textId="77777777" w:rsidR="00D631DC" w:rsidRPr="009F6E3C" w:rsidRDefault="00975E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Zadania</w:t>
            </w:r>
            <w:proofErr w:type="spellEnd"/>
          </w:p>
        </w:tc>
        <w:tc>
          <w:tcPr>
            <w:tcW w:w="6690" w:type="dxa"/>
            <w:shd w:val="clear" w:color="auto" w:fill="E7E6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EA113B9" w14:textId="77777777" w:rsidR="00D631DC" w:rsidRPr="009F6E3C" w:rsidRDefault="00975E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Formy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realizacji</w:t>
            </w:r>
            <w:proofErr w:type="spellEnd"/>
          </w:p>
        </w:tc>
      </w:tr>
      <w:tr w:rsidR="00D631DC" w:rsidRPr="009F6E3C" w14:paraId="3106B189" w14:textId="77777777">
        <w:trPr>
          <w:jc w:val="center"/>
        </w:trPr>
        <w:tc>
          <w:tcPr>
            <w:tcW w:w="34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5A972AC" w14:textId="77777777" w:rsidR="00D631DC" w:rsidRPr="009F6E3C" w:rsidRDefault="00975E65">
            <w:pPr>
              <w:spacing w:after="3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Budzenie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miłości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do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ojczyzny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poczucia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wspólnoty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narodowej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kultywowanie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tradycji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9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0A12179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Znajomość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hymnu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narodowego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szkolnego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symboli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narodowych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ich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historii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znaczenia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okazywanie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im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szacunku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  <w:p w14:paraId="208E1BDD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Odwiedzanie</w:t>
            </w:r>
            <w:proofErr w:type="spellEnd"/>
            <w:r w:rsidR="00317F9C"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kulturalne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zachowanie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się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miejscach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Pamięci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Narodowej.</w:t>
            </w:r>
          </w:p>
          <w:p w14:paraId="06CFBF43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Poznawanie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utrwalanie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wiadomości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o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ważnych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wydarzeniach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patriotycznych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związanych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historią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naszego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kraju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regionu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  <w:p w14:paraId="6AE915E0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Dbanie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o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odpowiedni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strój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czasie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świat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szkolnych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akademii</w:t>
            </w:r>
            <w:proofErr w:type="spellEnd"/>
          </w:p>
        </w:tc>
        <w:tc>
          <w:tcPr>
            <w:tcW w:w="669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AF9167C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godziny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wychowawcze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lekcje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muzyki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historii</w:t>
            </w:r>
            <w:proofErr w:type="spellEnd"/>
          </w:p>
          <w:p w14:paraId="10E039F0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wykonywanie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hymnu</w:t>
            </w:r>
            <w:proofErr w:type="spellEnd"/>
            <w:r w:rsidR="00317F9C"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w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odpowiedniej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postawie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podczas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uroczystości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szkolnych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miejskich</w:t>
            </w:r>
            <w:proofErr w:type="spellEnd"/>
          </w:p>
          <w:p w14:paraId="051B6A15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wycieczki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wyjścia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udział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we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Mszy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św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. w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kościele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cmentarzu</w:t>
            </w:r>
            <w:proofErr w:type="spellEnd"/>
          </w:p>
          <w:p w14:paraId="07C15C75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udział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apelach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organizowanych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okazji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rocznic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świąt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państwowych</w:t>
            </w:r>
            <w:proofErr w:type="spellEnd"/>
          </w:p>
          <w:p w14:paraId="2004AA28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udział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uroczystościach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organizowanych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przez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miasto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Jastrzębie-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Zdrój</w:t>
            </w:r>
            <w:proofErr w:type="spellEnd"/>
          </w:p>
          <w:p w14:paraId="6E00761A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organizowanie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wyjść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do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muzeum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teatru</w:t>
            </w:r>
            <w:proofErr w:type="spellEnd"/>
          </w:p>
          <w:p w14:paraId="22BFBEC8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dbanie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o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odpowiedni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strój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uroczystościach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szkolnych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strój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galowy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określony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Statucie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Szkoły)</w:t>
            </w:r>
          </w:p>
        </w:tc>
      </w:tr>
      <w:tr w:rsidR="00D631DC" w:rsidRPr="009F6E3C" w14:paraId="32784D6D" w14:textId="77777777">
        <w:trPr>
          <w:cantSplit/>
          <w:jc w:val="center"/>
        </w:trPr>
        <w:tc>
          <w:tcPr>
            <w:tcW w:w="34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8D5950E" w14:textId="77777777" w:rsidR="00D631DC" w:rsidRPr="009F6E3C" w:rsidRDefault="00975E65">
            <w:pPr>
              <w:spacing w:after="3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lastRenderedPageBreak/>
              <w:t>Kształtowanie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poczucia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przynależności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do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wspólnoty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rodzinnej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lokalnej</w:t>
            </w:r>
            <w:proofErr w:type="spellEnd"/>
          </w:p>
        </w:tc>
        <w:tc>
          <w:tcPr>
            <w:tcW w:w="49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4C43471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Poznawanie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historii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własnego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miasta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regionu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pogłębianie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wiedzy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temat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legend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historycznych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zapisów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o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Jastrzębiu</w:t>
            </w:r>
            <w:proofErr w:type="spellEnd"/>
          </w:p>
          <w:p w14:paraId="561CC4A4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Poznawanie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tradycji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historii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własnej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rodziny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związków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ziemia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śląską</w:t>
            </w:r>
            <w:proofErr w:type="spellEnd"/>
          </w:p>
          <w:p w14:paraId="28B0AF81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Uczestniczenie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życiu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wspólnoty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lokalnej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udział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organizowanie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uroczystości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imprez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69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D49BF3B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wycieczki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wyjścia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zajęcia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edukacyjne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gazetki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ścienne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udział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miejskim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konkursie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o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Jastrzębiu-Zdroju</w:t>
            </w:r>
            <w:proofErr w:type="spellEnd"/>
          </w:p>
          <w:p w14:paraId="313A0C55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tworzenie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drzewa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genealogicznego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własnej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rodziny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lekcjach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historii</w:t>
            </w:r>
            <w:proofErr w:type="spellEnd"/>
          </w:p>
          <w:p w14:paraId="1AF7E0D0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udział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uczniów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Dożynkach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festynach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parafialnych</w:t>
            </w:r>
            <w:proofErr w:type="spellEnd"/>
          </w:p>
        </w:tc>
      </w:tr>
      <w:tr w:rsidR="00D631DC" w:rsidRPr="009F6E3C" w14:paraId="070132E6" w14:textId="77777777">
        <w:trPr>
          <w:cantSplit/>
          <w:jc w:val="center"/>
        </w:trPr>
        <w:tc>
          <w:tcPr>
            <w:tcW w:w="34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C3F1B79" w14:textId="77777777" w:rsidR="00D631DC" w:rsidRPr="009F6E3C" w:rsidRDefault="00975E65">
            <w:pPr>
              <w:spacing w:after="3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Rozwijanie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świadomości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dziedzictwa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kulturowego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regionu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kraju</w:t>
            </w:r>
            <w:proofErr w:type="spellEnd"/>
          </w:p>
        </w:tc>
        <w:tc>
          <w:tcPr>
            <w:tcW w:w="49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C0DD8BC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Zapoznawanie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się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historią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elementami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kultury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niektórych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miast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regionów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Polski.</w:t>
            </w:r>
          </w:p>
          <w:p w14:paraId="2A406DBA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Poznawanie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wybranych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legend.</w:t>
            </w:r>
          </w:p>
          <w:p w14:paraId="04BE52B7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Zwiedzanie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zabytków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regionu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kraju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poznawanie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ich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historii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69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477D74D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zajęcia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dydaktyczne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wycieczki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krajoznawcze</w:t>
            </w:r>
            <w:proofErr w:type="spellEnd"/>
          </w:p>
          <w:p w14:paraId="548B6DE1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zajęcia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dydaktyczne</w:t>
            </w:r>
            <w:proofErr w:type="spellEnd"/>
          </w:p>
          <w:p w14:paraId="04032077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wycieczki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krajoznawcze</w:t>
            </w:r>
            <w:proofErr w:type="spellEnd"/>
          </w:p>
        </w:tc>
      </w:tr>
      <w:tr w:rsidR="00D631DC" w:rsidRPr="009F6E3C" w14:paraId="111226EE" w14:textId="77777777">
        <w:trPr>
          <w:cantSplit/>
          <w:jc w:val="center"/>
        </w:trPr>
        <w:tc>
          <w:tcPr>
            <w:tcW w:w="34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40A67D6" w14:textId="77777777" w:rsidR="00D631DC" w:rsidRPr="009F6E3C" w:rsidRDefault="00975E65">
            <w:pPr>
              <w:spacing w:after="3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Otwieranie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na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bogactwo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kultur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tradycji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Wspólnoty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Europejskiej</w:t>
            </w:r>
            <w:proofErr w:type="spellEnd"/>
          </w:p>
        </w:tc>
        <w:tc>
          <w:tcPr>
            <w:tcW w:w="49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E3E651E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Poznawanie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przez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uczniów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historii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tradycji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kultury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krajów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należących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do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Unii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Europejskiej</w:t>
            </w:r>
            <w:proofErr w:type="spellEnd"/>
          </w:p>
          <w:p w14:paraId="2ABA0AB7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Zachowanie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tożsamości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narodowej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we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wspólnocie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wychowanie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duchu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tolerancji</w:t>
            </w:r>
            <w:proofErr w:type="spellEnd"/>
          </w:p>
        </w:tc>
        <w:tc>
          <w:tcPr>
            <w:tcW w:w="669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E39C7A7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zajęcia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edukacyjne</w:t>
            </w:r>
            <w:proofErr w:type="spellEnd"/>
          </w:p>
          <w:p w14:paraId="49AD1BD9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zajęcia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wychowawcze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kształtujące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postawę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tolerancji</w:t>
            </w:r>
            <w:proofErr w:type="spellEnd"/>
          </w:p>
        </w:tc>
      </w:tr>
    </w:tbl>
    <w:p w14:paraId="006C3CCD" w14:textId="77777777" w:rsidR="00D631DC" w:rsidRPr="009F6E3C" w:rsidRDefault="00D631DC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53652AC3" w14:textId="77777777" w:rsidR="00D631DC" w:rsidRPr="005F54E3" w:rsidRDefault="00975E65">
      <w:pPr>
        <w:keepNext/>
        <w:spacing w:before="160" w:after="40"/>
        <w:rPr>
          <w:rFonts w:ascii="Times New Roman" w:hAnsi="Times New Roman" w:cs="Times New Roman"/>
          <w:sz w:val="28"/>
          <w:szCs w:val="28"/>
        </w:rPr>
      </w:pPr>
      <w:r w:rsidRPr="005F54E3">
        <w:rPr>
          <w:rFonts w:ascii="Times New Roman" w:eastAsia="Arial" w:hAnsi="Times New Roman" w:cs="Times New Roman"/>
          <w:b/>
          <w:sz w:val="28"/>
          <w:szCs w:val="28"/>
        </w:rPr>
        <w:t>KLASY IV-VIII</w:t>
      </w:r>
    </w:p>
    <w:p w14:paraId="6B264DB6" w14:textId="77777777" w:rsidR="00D631DC" w:rsidRPr="005F54E3" w:rsidRDefault="00975E65">
      <w:pPr>
        <w:keepNext/>
        <w:spacing w:after="80"/>
        <w:rPr>
          <w:rFonts w:ascii="Times New Roman" w:hAnsi="Times New Roman" w:cs="Times New Roman"/>
          <w:sz w:val="28"/>
          <w:szCs w:val="28"/>
        </w:rPr>
      </w:pPr>
      <w:proofErr w:type="spellStart"/>
      <w:r w:rsidRPr="005F54E3">
        <w:rPr>
          <w:rFonts w:ascii="Times New Roman" w:eastAsia="Arial" w:hAnsi="Times New Roman" w:cs="Times New Roman"/>
          <w:b/>
          <w:sz w:val="28"/>
          <w:szCs w:val="28"/>
        </w:rPr>
        <w:t>Obszar</w:t>
      </w:r>
      <w:proofErr w:type="spellEnd"/>
      <w:r w:rsidRPr="005F54E3">
        <w:rPr>
          <w:rFonts w:ascii="Times New Roman" w:eastAsia="Arial" w:hAnsi="Times New Roman" w:cs="Times New Roman"/>
          <w:b/>
          <w:sz w:val="28"/>
          <w:szCs w:val="28"/>
        </w:rPr>
        <w:t xml:space="preserve"> III - </w:t>
      </w:r>
      <w:proofErr w:type="spellStart"/>
      <w:r w:rsidRPr="005F54E3">
        <w:rPr>
          <w:rFonts w:ascii="Times New Roman" w:eastAsia="Arial" w:hAnsi="Times New Roman" w:cs="Times New Roman"/>
          <w:b/>
          <w:sz w:val="28"/>
          <w:szCs w:val="28"/>
        </w:rPr>
        <w:t>promocja</w:t>
      </w:r>
      <w:proofErr w:type="spellEnd"/>
      <w:r w:rsidRPr="005F54E3">
        <w:rPr>
          <w:rFonts w:ascii="Times New Roman" w:eastAsia="Arial" w:hAnsi="Times New Roman" w:cs="Times New Roman"/>
          <w:b/>
          <w:sz w:val="28"/>
          <w:szCs w:val="28"/>
        </w:rPr>
        <w:t xml:space="preserve"> </w:t>
      </w:r>
      <w:proofErr w:type="spellStart"/>
      <w:r w:rsidRPr="005F54E3">
        <w:rPr>
          <w:rFonts w:ascii="Times New Roman" w:eastAsia="Arial" w:hAnsi="Times New Roman" w:cs="Times New Roman"/>
          <w:b/>
          <w:sz w:val="28"/>
          <w:szCs w:val="28"/>
        </w:rPr>
        <w:t>zdrowego</w:t>
      </w:r>
      <w:proofErr w:type="spellEnd"/>
      <w:r w:rsidRPr="005F54E3">
        <w:rPr>
          <w:rFonts w:ascii="Times New Roman" w:eastAsia="Arial" w:hAnsi="Times New Roman" w:cs="Times New Roman"/>
          <w:b/>
          <w:sz w:val="28"/>
          <w:szCs w:val="28"/>
        </w:rPr>
        <w:t xml:space="preserve"> </w:t>
      </w:r>
      <w:proofErr w:type="spellStart"/>
      <w:r w:rsidRPr="005F54E3">
        <w:rPr>
          <w:rFonts w:ascii="Times New Roman" w:eastAsia="Arial" w:hAnsi="Times New Roman" w:cs="Times New Roman"/>
          <w:b/>
          <w:sz w:val="28"/>
          <w:szCs w:val="28"/>
        </w:rPr>
        <w:t>stylu</w:t>
      </w:r>
      <w:proofErr w:type="spellEnd"/>
      <w:r w:rsidRPr="005F54E3">
        <w:rPr>
          <w:rFonts w:ascii="Times New Roman" w:eastAsia="Arial" w:hAnsi="Times New Roman" w:cs="Times New Roman"/>
          <w:b/>
          <w:sz w:val="28"/>
          <w:szCs w:val="28"/>
        </w:rPr>
        <w:t xml:space="preserve"> </w:t>
      </w:r>
      <w:proofErr w:type="spellStart"/>
      <w:r w:rsidRPr="005F54E3">
        <w:rPr>
          <w:rFonts w:ascii="Times New Roman" w:eastAsia="Arial" w:hAnsi="Times New Roman" w:cs="Times New Roman"/>
          <w:b/>
          <w:sz w:val="28"/>
          <w:szCs w:val="28"/>
        </w:rPr>
        <w:t>życia</w:t>
      </w:r>
      <w:proofErr w:type="spellEnd"/>
      <w:r w:rsidRPr="005F54E3">
        <w:rPr>
          <w:rFonts w:ascii="Times New Roman" w:eastAsia="Arial" w:hAnsi="Times New Roman" w:cs="Times New Roman"/>
          <w:b/>
          <w:sz w:val="28"/>
          <w:szCs w:val="28"/>
        </w:rPr>
        <w:t xml:space="preserve"> </w:t>
      </w:r>
      <w:proofErr w:type="spellStart"/>
      <w:r w:rsidRPr="005F54E3">
        <w:rPr>
          <w:rFonts w:ascii="Times New Roman" w:eastAsia="Arial" w:hAnsi="Times New Roman" w:cs="Times New Roman"/>
          <w:b/>
          <w:sz w:val="28"/>
          <w:szCs w:val="28"/>
        </w:rPr>
        <w:t>i</w:t>
      </w:r>
      <w:proofErr w:type="spellEnd"/>
      <w:r w:rsidRPr="005F54E3">
        <w:rPr>
          <w:rFonts w:ascii="Times New Roman" w:eastAsia="Arial" w:hAnsi="Times New Roman" w:cs="Times New Roman"/>
          <w:b/>
          <w:sz w:val="28"/>
          <w:szCs w:val="28"/>
        </w:rPr>
        <w:t xml:space="preserve"> </w:t>
      </w:r>
      <w:proofErr w:type="spellStart"/>
      <w:r w:rsidRPr="005F54E3">
        <w:rPr>
          <w:rFonts w:ascii="Times New Roman" w:eastAsia="Arial" w:hAnsi="Times New Roman" w:cs="Times New Roman"/>
          <w:b/>
          <w:sz w:val="28"/>
          <w:szCs w:val="28"/>
        </w:rPr>
        <w:t>profilaktyka</w:t>
      </w:r>
      <w:proofErr w:type="spellEnd"/>
      <w:r w:rsidRPr="005F54E3">
        <w:rPr>
          <w:rFonts w:ascii="Times New Roman" w:eastAsia="Arial" w:hAnsi="Times New Roman" w:cs="Times New Roman"/>
          <w:b/>
          <w:sz w:val="28"/>
          <w:szCs w:val="28"/>
        </w:rPr>
        <w:t xml:space="preserve"> </w:t>
      </w:r>
      <w:proofErr w:type="spellStart"/>
      <w:r w:rsidRPr="005F54E3">
        <w:rPr>
          <w:rFonts w:ascii="Times New Roman" w:eastAsia="Arial" w:hAnsi="Times New Roman" w:cs="Times New Roman"/>
          <w:b/>
          <w:sz w:val="28"/>
          <w:szCs w:val="28"/>
        </w:rPr>
        <w:t>uzależnień</w:t>
      </w:r>
      <w:proofErr w:type="spellEnd"/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02"/>
        <w:gridCol w:w="4989"/>
        <w:gridCol w:w="6690"/>
      </w:tblGrid>
      <w:tr w:rsidR="00D631DC" w:rsidRPr="009F6E3C" w14:paraId="302BF83E" w14:textId="77777777">
        <w:trPr>
          <w:cantSplit/>
          <w:tblHeader/>
          <w:jc w:val="center"/>
        </w:trPr>
        <w:tc>
          <w:tcPr>
            <w:tcW w:w="3402" w:type="dxa"/>
            <w:shd w:val="clear" w:color="auto" w:fill="E7E6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802060" w14:textId="77777777" w:rsidR="00D631DC" w:rsidRPr="009F6E3C" w:rsidRDefault="00975E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Cele</w:t>
            </w:r>
          </w:p>
        </w:tc>
        <w:tc>
          <w:tcPr>
            <w:tcW w:w="4989" w:type="dxa"/>
            <w:shd w:val="clear" w:color="auto" w:fill="E7E6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966D406" w14:textId="77777777" w:rsidR="00D631DC" w:rsidRPr="009F6E3C" w:rsidRDefault="00975E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Zadania</w:t>
            </w:r>
            <w:proofErr w:type="spellEnd"/>
          </w:p>
        </w:tc>
        <w:tc>
          <w:tcPr>
            <w:tcW w:w="6690" w:type="dxa"/>
            <w:shd w:val="clear" w:color="auto" w:fill="E7E6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8E0B928" w14:textId="77777777" w:rsidR="00D631DC" w:rsidRPr="009F6E3C" w:rsidRDefault="00975E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Formy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realizacji</w:t>
            </w:r>
            <w:proofErr w:type="spellEnd"/>
          </w:p>
        </w:tc>
      </w:tr>
      <w:tr w:rsidR="00D631DC" w:rsidRPr="009F6E3C" w14:paraId="61E43BEC" w14:textId="77777777">
        <w:trPr>
          <w:jc w:val="center"/>
        </w:trPr>
        <w:tc>
          <w:tcPr>
            <w:tcW w:w="34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1DF2BA8" w14:textId="77777777" w:rsidR="00D631DC" w:rsidRPr="009F6E3C" w:rsidRDefault="00975E65">
            <w:pPr>
              <w:spacing w:after="3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Kształtowanie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właściwych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zachowań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nawyków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zdrowotnych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9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99A8A4D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Przekazywanie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wiedzy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o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zdrowym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odżywianiu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się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  <w:p w14:paraId="08B85D47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Wdrażanie</w:t>
            </w:r>
            <w:proofErr w:type="spellEnd"/>
            <w:r w:rsidR="00317F9C"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do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przestrzegania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zasad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higieny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osobistej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schludnego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wyglądu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zewnętrznego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  <w:p w14:paraId="23DF3434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Rozwijanie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sprawności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fizycznej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własnych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predyspozycji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do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uprawiania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różnych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dyscyplin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sportowych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  <w:p w14:paraId="44E26656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Ukazywanie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pozytywnego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wpływu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aktywności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fizycznej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prawidłową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postawę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ciała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niwelowanie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wad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postawy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spowodowanych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długotrwałym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spędzaniem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czasu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przed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komputerem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)</w:t>
            </w:r>
          </w:p>
          <w:p w14:paraId="3C7CDAF7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Propagowanie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aktywności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fizycznej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kontekście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zdrowia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psychicznego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poprawa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samopoczucia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przeciwdziałanie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obniżonemu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nastrojowi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depresji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)</w:t>
            </w:r>
          </w:p>
          <w:p w14:paraId="1CE91AE3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Promocja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szkolnych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br/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pozaszkolnych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form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spędzania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czasu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wolnego</w:t>
            </w:r>
            <w:proofErr w:type="spellEnd"/>
          </w:p>
          <w:p w14:paraId="35B9322F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Wyrabianie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nawyku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prawidłowego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czyszczenia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zębów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okresowa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fluoryzacja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  <w:p w14:paraId="1CC70600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Uwrażliwienie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przestrzeganie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zasad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bezpiecznego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poruszania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się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po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drogach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Zwrócenie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szczególnej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uwagi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bezpieczną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drogę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..do“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..ze”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szkoły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69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A3DE812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lastRenderedPageBreak/>
              <w:t>zajęcia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edukacyjne</w:t>
            </w:r>
            <w:proofErr w:type="spellEnd"/>
            <w:r w:rsidR="00301CCC"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wychowawcze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związane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tematycznie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ze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zdrowym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odżywianiem</w:t>
            </w:r>
            <w:proofErr w:type="spellEnd"/>
          </w:p>
          <w:p w14:paraId="53FCCB9C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udział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prelekcjach</w:t>
            </w:r>
            <w:proofErr w:type="spellEnd"/>
            <w:r w:rsidR="00301CCC"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01CCC"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="00301CCC"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01CCC"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pogadankach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udziałem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pielęgniarki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szkolnej</w:t>
            </w:r>
            <w:proofErr w:type="spellEnd"/>
          </w:p>
          <w:p w14:paraId="241C0E0B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udział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akcjach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programach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edukacyjnych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poświęconych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tej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tematyce</w:t>
            </w:r>
            <w:proofErr w:type="spellEnd"/>
          </w:p>
          <w:p w14:paraId="635384D3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udział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zajęciach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edukacji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zdrowotnej</w:t>
            </w:r>
            <w:proofErr w:type="spellEnd"/>
          </w:p>
          <w:p w14:paraId="161B81C6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zajęcia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edukacyjne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wychowawcze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o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tematyce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prozdrowotnej</w:t>
            </w:r>
            <w:proofErr w:type="spellEnd"/>
          </w:p>
          <w:p w14:paraId="384E4AB8" w14:textId="77777777" w:rsidR="00D631DC" w:rsidRPr="009F6E3C" w:rsidRDefault="00301CCC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zajęcia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wychowania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fizycznego</w:t>
            </w:r>
            <w:proofErr w:type="spellEnd"/>
          </w:p>
          <w:p w14:paraId="2E953AC1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lastRenderedPageBreak/>
              <w:t>wycieczki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piesze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zajęcia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terenie</w:t>
            </w:r>
            <w:proofErr w:type="spellEnd"/>
          </w:p>
          <w:p w14:paraId="2DFBC3A6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organizowanie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zawodów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sportowych</w:t>
            </w:r>
            <w:proofErr w:type="spellEnd"/>
          </w:p>
          <w:p w14:paraId="2E8D805C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wycieczki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plenerowe</w:t>
            </w:r>
            <w:proofErr w:type="spellEnd"/>
          </w:p>
          <w:p w14:paraId="05822716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zachęcanie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do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aktywnego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spędzania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czasu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wolnego</w:t>
            </w:r>
            <w:proofErr w:type="spellEnd"/>
          </w:p>
          <w:p w14:paraId="6D222C6A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zabawy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ruchowe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świetlicy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szkolnej</w:t>
            </w:r>
            <w:proofErr w:type="spellEnd"/>
          </w:p>
          <w:p w14:paraId="530ECBE7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zajęcia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wychowawcze</w:t>
            </w:r>
            <w:proofErr w:type="spellEnd"/>
          </w:p>
          <w:p w14:paraId="79B13E3F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pogadanki</w:t>
            </w:r>
            <w:proofErr w:type="spellEnd"/>
          </w:p>
          <w:p w14:paraId="1FADF538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spotkania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pedagogiem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szkolnym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pedagogiem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specjalnym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psychologiem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pielęgniarką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szkolną</w:t>
            </w:r>
            <w:proofErr w:type="spellEnd"/>
          </w:p>
          <w:p w14:paraId="6FA52268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pedagogizacja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rodziców</w:t>
            </w:r>
            <w:proofErr w:type="spellEnd"/>
          </w:p>
          <w:p w14:paraId="2D25F169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organizowanie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wycieczek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szkolnych</w:t>
            </w:r>
            <w:proofErr w:type="spellEnd"/>
          </w:p>
          <w:p w14:paraId="23AB05EA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pogadanki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lekcjach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wychowawczych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temat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organizacji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czynnego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wypoczynku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czasie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wolnym</w:t>
            </w:r>
            <w:proofErr w:type="spellEnd"/>
          </w:p>
          <w:p w14:paraId="730EA165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fluoryzacja</w:t>
            </w:r>
            <w:proofErr w:type="spellEnd"/>
          </w:p>
          <w:p w14:paraId="13529329" w14:textId="77777777" w:rsidR="00D631DC" w:rsidRPr="009F6E3C" w:rsidRDefault="00975E65" w:rsidP="00301CCC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zajęcia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wychowania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komunikacyjnego</w:t>
            </w:r>
            <w:proofErr w:type="spellEnd"/>
            <w:r w:rsidR="00301CCC"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przeprowadzanie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egzaminu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kartę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rowerową</w:t>
            </w:r>
            <w:proofErr w:type="spellEnd"/>
          </w:p>
        </w:tc>
      </w:tr>
      <w:tr w:rsidR="00D631DC" w:rsidRPr="009F6E3C" w14:paraId="15C05875" w14:textId="77777777">
        <w:trPr>
          <w:jc w:val="center"/>
        </w:trPr>
        <w:tc>
          <w:tcPr>
            <w:tcW w:w="34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BDBB723" w14:textId="77777777" w:rsidR="00D631DC" w:rsidRPr="009F6E3C" w:rsidRDefault="00975E65">
            <w:pPr>
              <w:spacing w:after="3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lastRenderedPageBreak/>
              <w:t>Stwarzanie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poczucia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bezpieczeństwa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psychicznego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fizycznego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9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70D6A7F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Zapewnienie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uczniom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odpowiedniej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higieny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bezpiecznych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warunków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pracy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  <w:p w14:paraId="28BB4721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Minimalizowanie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sytuacji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niebezpiecznych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zagrożeń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  <w:p w14:paraId="33A49149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Działania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sytuacjach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nadzwyczajnych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zagrożeń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:</w:t>
            </w:r>
          </w:p>
          <w:p w14:paraId="4B665E42" w14:textId="77777777" w:rsidR="00D631DC" w:rsidRPr="009F6E3C" w:rsidRDefault="00975E65" w:rsidP="00301CCC">
            <w:pPr>
              <w:pStyle w:val="Listapunktowana"/>
              <w:numPr>
                <w:ilvl w:val="0"/>
                <w:numId w:val="0"/>
              </w:numPr>
              <w:spacing w:after="30"/>
              <w:ind w:left="21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katastrof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wypadków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masowych</w:t>
            </w:r>
            <w:proofErr w:type="spellEnd"/>
            <w:r w:rsidR="00301CCC"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pożaru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wypadku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komunikacyjnego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zagrożenia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powodzią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intensywnej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śnieżycy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</w:p>
          <w:p w14:paraId="313AE16B" w14:textId="77777777" w:rsidR="00D631DC" w:rsidRPr="009F6E3C" w:rsidRDefault="00975E65" w:rsidP="00301CCC">
            <w:pPr>
              <w:pStyle w:val="Listapunktowana"/>
              <w:numPr>
                <w:ilvl w:val="0"/>
                <w:numId w:val="0"/>
              </w:numPr>
              <w:spacing w:after="30"/>
              <w:ind w:left="21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uwolnienia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niebezpiecznych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środków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chemicznych</w:t>
            </w:r>
            <w:proofErr w:type="spellEnd"/>
            <w:r w:rsidR="00301CCC" w:rsidRPr="009F6E3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zdarzenia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terrorystycznego</w:t>
            </w:r>
            <w:proofErr w:type="spellEnd"/>
          </w:p>
          <w:p w14:paraId="3AE69EBD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Znajomość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roli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różnych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służb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ratunkowych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oraz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znaczenie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bezwzględnego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stosowania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się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do ich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poleceń</w:t>
            </w:r>
            <w:proofErr w:type="spellEnd"/>
          </w:p>
          <w:p w14:paraId="3C647C79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Ochrona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zdrowia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swojego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innych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sytuacji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pandemii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egzekwowanie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wśród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uczniów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samodyscypliny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zakresie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przestrzegania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lastRenderedPageBreak/>
              <w:t>obostrzeń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występujących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szkole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  <w:p w14:paraId="7607F031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Zapewnienie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uczniom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opieki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oraz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pomocy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psychologiczno-pedagogicznej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69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9967785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lastRenderedPageBreak/>
              <w:t>opracowanie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rzetelna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realizacja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przez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nauczycieli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planu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dyżurów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czasie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przerw</w:t>
            </w:r>
            <w:proofErr w:type="spellEnd"/>
          </w:p>
          <w:p w14:paraId="0C73FC91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zapoznanie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uczniów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rodziców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zasadami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bezpieczeństwa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obowiązującymi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terenie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szkoły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boiska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szkolnego</w:t>
            </w:r>
            <w:proofErr w:type="spellEnd"/>
          </w:p>
          <w:p w14:paraId="58ACF295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organizowanie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próbnych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alarmów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przeciwpożarowych</w:t>
            </w:r>
            <w:proofErr w:type="spellEnd"/>
          </w:p>
          <w:p w14:paraId="7DE328E6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zapoznanie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uczniów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rodziców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ze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Standardami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Ochrony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Małoletnich.</w:t>
            </w:r>
          </w:p>
          <w:p w14:paraId="0EA4F98B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egzekwowanie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przestrzegania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regulaminów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zawartych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kontraktów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'</w:t>
            </w:r>
          </w:p>
          <w:p w14:paraId="6A05F1E1" w14:textId="77777777" w:rsidR="00D631DC" w:rsidRPr="009F6E3C" w:rsidRDefault="00975E65" w:rsidP="008A58EE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objęcie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opieką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PPP</w:t>
            </w:r>
            <w:r w:rsidR="008A58EE"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specjalistów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uczniów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A58EE"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mających</w:t>
            </w:r>
            <w:proofErr w:type="spellEnd"/>
            <w:r w:rsidR="008A58EE"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A58EE"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trudności</w:t>
            </w:r>
            <w:proofErr w:type="spellEnd"/>
            <w:r w:rsidR="008A58EE"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A58EE"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wychowawcze</w:t>
            </w:r>
            <w:proofErr w:type="spellEnd"/>
          </w:p>
          <w:p w14:paraId="011D4146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pogadanki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wychowawcą</w:t>
            </w:r>
            <w:proofErr w:type="spellEnd"/>
          </w:p>
          <w:p w14:paraId="5A5DC98F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spotkania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przedstawicielami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służb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ratunkowych</w:t>
            </w:r>
            <w:proofErr w:type="spellEnd"/>
          </w:p>
          <w:p w14:paraId="5B0A5674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pogadanki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lekcjach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wychowawczych</w:t>
            </w:r>
            <w:proofErr w:type="spellEnd"/>
          </w:p>
          <w:p w14:paraId="36A38DD6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zapoznanie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uczniów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rodziców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procedurą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szkolną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zobowiązanie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ich do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przestrzegania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reżimu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sanitarnego</w:t>
            </w:r>
            <w:proofErr w:type="spellEnd"/>
          </w:p>
          <w:p w14:paraId="3B852196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pogadanki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godzinach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wychowawczych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lekcjach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lastRenderedPageBreak/>
              <w:t>przedmiotowych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wzbudzanie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odpowiedzialności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za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bezpieczeństwo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swoje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innych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  <w:p w14:paraId="7D663EF8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uwzględnianie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opinii</w:t>
            </w:r>
            <w:proofErr w:type="spellEnd"/>
            <w:r w:rsidR="008A58EE"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orzeczeń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PPP w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pracy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uczniami</w:t>
            </w:r>
            <w:proofErr w:type="spellEnd"/>
          </w:p>
          <w:p w14:paraId="568ABB3C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współpraca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powołanymi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do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tego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instytucjami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(PPP,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Sąd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Policja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Straż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Miejska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. OPS)</w:t>
            </w:r>
          </w:p>
          <w:p w14:paraId="233DD27A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przekazanie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uczniom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wykazu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numerami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telefonów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zaufania</w:t>
            </w:r>
            <w:proofErr w:type="spellEnd"/>
          </w:p>
        </w:tc>
      </w:tr>
      <w:tr w:rsidR="00D631DC" w:rsidRPr="009F6E3C" w14:paraId="1F4BBBDE" w14:textId="77777777">
        <w:trPr>
          <w:jc w:val="center"/>
        </w:trPr>
        <w:tc>
          <w:tcPr>
            <w:tcW w:w="34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F0E3495" w14:textId="77777777" w:rsidR="00D631DC" w:rsidRPr="009F6E3C" w:rsidRDefault="00975E65">
            <w:pPr>
              <w:spacing w:after="3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lastRenderedPageBreak/>
              <w:t>Rozpoznawanie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zapobieganie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nałogom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oraz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uzależnieniom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wśród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uczniów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9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F03F4D2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Ukazywanie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negatywnego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wpływu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przemocy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wulgaryzmów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środkach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masowego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przekazu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grach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komputerowych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postawy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społeczne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uczniów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  <w:p w14:paraId="45D3FB13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Prowadzenie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systematycznych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działań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informacyjnych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dotyczących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zagrożeń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związanych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sięganiem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po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środki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uzależniające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narkotyki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nowe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substancje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psychoaktywne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papierosy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alkohol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napoje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energetyczne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669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053D91F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zachęcanie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rodzicó</w:t>
            </w:r>
            <w:r w:rsidR="008A58EE"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</w:t>
            </w:r>
            <w:proofErr w:type="spellEnd"/>
            <w:r w:rsidR="008A58EE"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do </w:t>
            </w:r>
            <w:proofErr w:type="spellStart"/>
            <w:r w:rsidR="008A58EE"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zwiększonej</w:t>
            </w:r>
            <w:proofErr w:type="spellEnd"/>
            <w:r w:rsidR="008A58EE"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A58EE"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kontroli</w:t>
            </w:r>
            <w:proofErr w:type="spellEnd"/>
            <w:r w:rsidR="008A58EE"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A58EE"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tego</w:t>
            </w:r>
            <w:proofErr w:type="spellEnd"/>
            <w:r w:rsidR="008A58EE"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co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dziecko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czyta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ogląda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w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jakie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gry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komputerowe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gra</w:t>
            </w:r>
            <w:proofErr w:type="spellEnd"/>
          </w:p>
          <w:p w14:paraId="5BBD7691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prelekcje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pogadanki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uczniami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temat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zagrożeń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płynących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nadmiernego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korzystania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mediów</w:t>
            </w:r>
            <w:proofErr w:type="spellEnd"/>
          </w:p>
          <w:p w14:paraId="0E7A7FB5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organizowanie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zajęć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wychowawczych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edukacyjnych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prelekcji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pogadanek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dotyczących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szkodliwości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zagrożeń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płynących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używania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środków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uzależniających</w:t>
            </w:r>
            <w:proofErr w:type="spellEnd"/>
          </w:p>
          <w:p w14:paraId="0C81ECDE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współpraca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Policją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Strażą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Miejską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itp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  <w:p w14:paraId="6F68B745" w14:textId="77777777" w:rsidR="00724678" w:rsidRDefault="009E0576" w:rsidP="008D4C86">
            <w:pPr>
              <w:pStyle w:val="Listapunktowana"/>
              <w:spacing w:after="30"/>
              <w:ind w:left="215" w:hanging="113"/>
            </w:pPr>
            <w:r w:rsidRPr="008D4C86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w </w:t>
            </w:r>
            <w:proofErr w:type="spellStart"/>
            <w:r w:rsidRPr="008D4C86">
              <w:rPr>
                <w:rFonts w:ascii="Times New Roman" w:eastAsia="Arial" w:hAnsi="Times New Roman" w:cs="Times New Roman"/>
                <w:sz w:val="24"/>
                <w:szCs w:val="24"/>
              </w:rPr>
              <w:t>zależności</w:t>
            </w:r>
            <w:proofErr w:type="spellEnd"/>
            <w:r w:rsidRPr="008D4C86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od </w:t>
            </w:r>
            <w:proofErr w:type="spellStart"/>
            <w:r w:rsidRPr="008D4C86">
              <w:rPr>
                <w:rFonts w:ascii="Times New Roman" w:eastAsia="Arial" w:hAnsi="Times New Roman" w:cs="Times New Roman"/>
                <w:sz w:val="24"/>
                <w:szCs w:val="24"/>
              </w:rPr>
              <w:t>wyników</w:t>
            </w:r>
            <w:proofErr w:type="spellEnd"/>
            <w:r w:rsidRPr="008D4C86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4C86">
              <w:rPr>
                <w:rFonts w:ascii="Times New Roman" w:eastAsia="Arial" w:hAnsi="Times New Roman" w:cs="Times New Roman"/>
                <w:sz w:val="24"/>
                <w:szCs w:val="24"/>
              </w:rPr>
              <w:t>corocznej</w:t>
            </w:r>
            <w:proofErr w:type="spellEnd"/>
            <w:r w:rsidRPr="008D4C86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4C86">
              <w:rPr>
                <w:rFonts w:ascii="Times New Roman" w:eastAsia="Arial" w:hAnsi="Times New Roman" w:cs="Times New Roman"/>
                <w:sz w:val="24"/>
                <w:szCs w:val="24"/>
              </w:rPr>
              <w:t>diagnozy</w:t>
            </w:r>
            <w:proofErr w:type="spellEnd"/>
            <w:r w:rsidRPr="008D4C86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8D4C86">
              <w:rPr>
                <w:rFonts w:ascii="Times New Roman" w:eastAsia="Arial" w:hAnsi="Times New Roman" w:cs="Times New Roman"/>
                <w:sz w:val="24"/>
                <w:szCs w:val="24"/>
              </w:rPr>
              <w:t>realizacja</w:t>
            </w:r>
            <w:proofErr w:type="spellEnd"/>
            <w:r w:rsidRPr="008D4C86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4C86">
              <w:rPr>
                <w:rFonts w:ascii="Times New Roman" w:eastAsia="Arial" w:hAnsi="Times New Roman" w:cs="Times New Roman"/>
                <w:sz w:val="24"/>
                <w:szCs w:val="24"/>
              </w:rPr>
              <w:t>rekomendowanych</w:t>
            </w:r>
            <w:proofErr w:type="spellEnd"/>
            <w:r w:rsidRPr="008D4C86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4C86">
              <w:rPr>
                <w:rFonts w:ascii="Times New Roman" w:eastAsia="Arial" w:hAnsi="Times New Roman" w:cs="Times New Roman"/>
                <w:sz w:val="24"/>
                <w:szCs w:val="24"/>
              </w:rPr>
              <w:t>programów</w:t>
            </w:r>
            <w:proofErr w:type="spellEnd"/>
            <w:r w:rsidRPr="008D4C86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4C86">
              <w:rPr>
                <w:rFonts w:ascii="Times New Roman" w:eastAsia="Arial" w:hAnsi="Times New Roman" w:cs="Times New Roman"/>
                <w:sz w:val="24"/>
                <w:szCs w:val="24"/>
              </w:rPr>
              <w:t>profilaktycznych</w:t>
            </w:r>
            <w:proofErr w:type="spellEnd"/>
            <w:r w:rsidRPr="008D4C86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w </w:t>
            </w:r>
            <w:proofErr w:type="spellStart"/>
            <w:r w:rsidRPr="008D4C86">
              <w:rPr>
                <w:rFonts w:ascii="Times New Roman" w:eastAsia="Arial" w:hAnsi="Times New Roman" w:cs="Times New Roman"/>
                <w:sz w:val="24"/>
                <w:szCs w:val="24"/>
              </w:rPr>
              <w:t>szczególności</w:t>
            </w:r>
            <w:proofErr w:type="spellEnd"/>
            <w:r w:rsidRPr="008D4C86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4C86">
              <w:rPr>
                <w:rFonts w:ascii="Times New Roman" w:eastAsia="Arial" w:hAnsi="Times New Roman" w:cs="Times New Roman"/>
                <w:sz w:val="24"/>
                <w:szCs w:val="24"/>
              </w:rPr>
              <w:t>Programu</w:t>
            </w:r>
            <w:proofErr w:type="spellEnd"/>
            <w:r w:rsidRPr="008D4C86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4C86">
              <w:rPr>
                <w:rFonts w:ascii="Times New Roman" w:eastAsia="Arial" w:hAnsi="Times New Roman" w:cs="Times New Roman"/>
                <w:sz w:val="24"/>
                <w:szCs w:val="24"/>
              </w:rPr>
              <w:t>Domowych</w:t>
            </w:r>
            <w:proofErr w:type="spellEnd"/>
            <w:r w:rsidRPr="008D4C86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4C86">
              <w:rPr>
                <w:rFonts w:ascii="Times New Roman" w:eastAsia="Arial" w:hAnsi="Times New Roman" w:cs="Times New Roman"/>
                <w:sz w:val="24"/>
                <w:szCs w:val="24"/>
              </w:rPr>
              <w:t>Detektywów</w:t>
            </w:r>
            <w:proofErr w:type="spellEnd"/>
            <w:r w:rsidRPr="008D4C86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„Jaś </w:t>
            </w:r>
            <w:proofErr w:type="spellStart"/>
            <w:r w:rsidRPr="008D4C86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8D4C86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Małgosia </w:t>
            </w:r>
            <w:proofErr w:type="spellStart"/>
            <w:r w:rsidRPr="008D4C86">
              <w:rPr>
                <w:rFonts w:ascii="Times New Roman" w:eastAsia="Arial" w:hAnsi="Times New Roman" w:cs="Times New Roman"/>
                <w:sz w:val="24"/>
                <w:szCs w:val="24"/>
              </w:rPr>
              <w:t>na</w:t>
            </w:r>
            <w:proofErr w:type="spellEnd"/>
            <w:r w:rsidRPr="008D4C86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4C86">
              <w:rPr>
                <w:rFonts w:ascii="Times New Roman" w:eastAsia="Arial" w:hAnsi="Times New Roman" w:cs="Times New Roman"/>
                <w:sz w:val="24"/>
                <w:szCs w:val="24"/>
              </w:rPr>
              <w:t>tropie</w:t>
            </w:r>
            <w:proofErr w:type="spellEnd"/>
            <w:r w:rsidRPr="008D4C86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” </w:t>
            </w:r>
            <w:proofErr w:type="spellStart"/>
            <w:r w:rsidRPr="008D4C86">
              <w:rPr>
                <w:rFonts w:ascii="Times New Roman" w:eastAsia="Arial" w:hAnsi="Times New Roman" w:cs="Times New Roman"/>
                <w:sz w:val="24"/>
                <w:szCs w:val="24"/>
              </w:rPr>
              <w:t>oraz</w:t>
            </w:r>
            <w:proofErr w:type="spellEnd"/>
            <w:r w:rsidRPr="008D4C86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4C86">
              <w:rPr>
                <w:rFonts w:ascii="Times New Roman" w:eastAsia="Arial" w:hAnsi="Times New Roman" w:cs="Times New Roman"/>
                <w:sz w:val="24"/>
                <w:szCs w:val="24"/>
              </w:rPr>
              <w:t>programu</w:t>
            </w:r>
            <w:proofErr w:type="spellEnd"/>
            <w:r w:rsidRPr="008D4C86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Unplugged.</w:t>
            </w:r>
          </w:p>
        </w:tc>
      </w:tr>
      <w:tr w:rsidR="00D631DC" w:rsidRPr="009F6E3C" w14:paraId="775FF3C7" w14:textId="77777777" w:rsidTr="0089304B">
        <w:trPr>
          <w:jc w:val="center"/>
        </w:trPr>
        <w:tc>
          <w:tcPr>
            <w:tcW w:w="34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772F968" w14:textId="77777777" w:rsidR="00D631DC" w:rsidRPr="009F6E3C" w:rsidRDefault="00975E65">
            <w:pPr>
              <w:spacing w:after="3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Wskazywanie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na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związek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pomiędzy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własnym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zdrowiem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a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ekologią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9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0D6E8BE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Zapoznanie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uczniów</w:t>
            </w:r>
            <w:proofErr w:type="spellEnd"/>
            <w:r w:rsidR="008A58EE"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 </w:t>
            </w:r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z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tematyką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konieczności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ochrony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środowiska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naturalnego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oraz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wpływu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codziennych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czynności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zachowań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jego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stan.</w:t>
            </w:r>
          </w:p>
          <w:p w14:paraId="5FAB9252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Rozbudzanie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zainteresowania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uczniów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kwestiami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związanymi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ochroną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środowiska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ochroną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powietrza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gospodarką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niskoemisyjną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zmianami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klimatu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zanieczyszczeniem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środowiska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tworzywami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sztucznymi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)</w:t>
            </w:r>
          </w:p>
          <w:p w14:paraId="541930B3" w14:textId="77777777" w:rsidR="00D631DC" w:rsidRPr="009F6E3C" w:rsidRDefault="00975E65" w:rsidP="008A58EE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Budowanie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postaw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proekologicznych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świadomego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postępowania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odpowiedzialności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za stan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środowiska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naturalnego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  <w:r w:rsidR="008A58EE"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Wskazywanie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sposobów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dbania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o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przyrodę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segregacji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odpadów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wtórnych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69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56E25DB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zajęcia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edukacyjne</w:t>
            </w:r>
            <w:proofErr w:type="spellEnd"/>
          </w:p>
          <w:p w14:paraId="4DAF32CD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udział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programach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projektach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ekologicznych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Dzień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Ziemi,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zbiórka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baterii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Dzień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Drzewa,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zbiórka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nakrętek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segregacja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śmieci</w:t>
            </w:r>
            <w:proofErr w:type="spellEnd"/>
          </w:p>
          <w:p w14:paraId="553CC00F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realizowanie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treści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programowych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lekcjach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przedmiotowych</w:t>
            </w:r>
            <w:proofErr w:type="spellEnd"/>
          </w:p>
          <w:p w14:paraId="16A0D445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pogadanki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godzinach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wychowawczych</w:t>
            </w:r>
            <w:proofErr w:type="spellEnd"/>
          </w:p>
          <w:p w14:paraId="32FC2638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udział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uczniów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akcjach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inicjatywach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proekologicznych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realizowanie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programów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projektów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tym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związanych</w:t>
            </w:r>
            <w:proofErr w:type="spellEnd"/>
          </w:p>
          <w:p w14:paraId="0E53134E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apele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konkursy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o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tej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tematyce</w:t>
            </w:r>
            <w:proofErr w:type="spellEnd"/>
          </w:p>
          <w:p w14:paraId="24184C76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organizowanie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szkolnych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konkursów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ekologicznych</w:t>
            </w:r>
            <w:proofErr w:type="spellEnd"/>
          </w:p>
          <w:p w14:paraId="533A1C63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zajęcia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terenie</w:t>
            </w:r>
            <w:proofErr w:type="spellEnd"/>
          </w:p>
        </w:tc>
      </w:tr>
      <w:tr w:rsidR="00D631DC" w:rsidRPr="009F6E3C" w14:paraId="734AD58C" w14:textId="77777777" w:rsidTr="0089304B">
        <w:trPr>
          <w:jc w:val="center"/>
        </w:trPr>
        <w:tc>
          <w:tcPr>
            <w:tcW w:w="34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7181620" w14:textId="77777777" w:rsidR="00D631DC" w:rsidRPr="005D2F72" w:rsidRDefault="00975E65" w:rsidP="005D2F72">
            <w:pPr>
              <w:spacing w:after="30"/>
            </w:pPr>
            <w:proofErr w:type="spellStart"/>
            <w:r w:rsidRPr="005D2F72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lastRenderedPageBreak/>
              <w:t>Profilaktyka</w:t>
            </w:r>
            <w:proofErr w:type="spellEnd"/>
            <w:r w:rsidRPr="005D2F72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uzależnień</w:t>
            </w:r>
            <w:proofErr w:type="spellEnd"/>
            <w:r w:rsidRPr="005D2F72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behawioralnych</w:t>
            </w:r>
            <w:proofErr w:type="spellEnd"/>
            <w:r w:rsidRPr="005D2F72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, w </w:t>
            </w:r>
            <w:proofErr w:type="spellStart"/>
            <w:r w:rsidRPr="005D2F72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szczególności</w:t>
            </w:r>
            <w:proofErr w:type="spellEnd"/>
            <w:r w:rsidRPr="005D2F72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problemowego</w:t>
            </w:r>
            <w:proofErr w:type="spellEnd"/>
            <w:r w:rsidRPr="005D2F72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korzystania</w:t>
            </w:r>
            <w:proofErr w:type="spellEnd"/>
            <w:r w:rsidRPr="005D2F72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z </w:t>
            </w:r>
            <w:proofErr w:type="spellStart"/>
            <w:r w:rsidRPr="005D2F72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telefonów</w:t>
            </w:r>
            <w:proofErr w:type="spellEnd"/>
            <w:r w:rsidRPr="005D2F72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komórkowych</w:t>
            </w:r>
            <w:proofErr w:type="spellEnd"/>
            <w:r w:rsidRPr="005D2F72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i</w:t>
            </w:r>
            <w:proofErr w:type="spellEnd"/>
            <w:r w:rsidRPr="005D2F72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Internetu</w:t>
            </w:r>
            <w:proofErr w:type="spellEnd"/>
            <w:r w:rsidRPr="005D2F72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9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21594C7" w14:textId="77777777" w:rsidR="00D631DC" w:rsidRPr="005D2F72" w:rsidRDefault="00975E65" w:rsidP="005D2F72">
            <w:pPr>
              <w:pStyle w:val="Listapunktowana"/>
              <w:spacing w:after="30"/>
              <w:ind w:left="215" w:hanging="113"/>
            </w:pP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Kształtowanie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higieny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cyfrowej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samokontroli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równowagi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między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aktywnością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on-line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off-line.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Ograniczanie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zachowań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noszących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cechy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uzależnienia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behawioralnego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związanych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telefonem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Internetem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mediami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społecznościowymi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grami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Wdrażanie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do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przestrzegania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zasad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korzystania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telefonów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urządzeń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elektronicznych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określonych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Statucie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szkoły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69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0F97741" w14:textId="77777777" w:rsidR="00D631DC" w:rsidRPr="005D2F72" w:rsidRDefault="00975E65" w:rsidP="005D2F72">
            <w:pPr>
              <w:pStyle w:val="Listapunktowana"/>
              <w:spacing w:after="30"/>
              <w:ind w:left="215" w:hanging="11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godziny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wychowawcze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o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higienie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cyfrowej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śnie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koncentracji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wpływie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powiadomień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na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uwagę</w:t>
            </w:r>
            <w:proofErr w:type="spellEnd"/>
          </w:p>
          <w:p w14:paraId="7D60ADBC" w14:textId="77777777" w:rsidR="00D631DC" w:rsidRPr="005D2F72" w:rsidRDefault="00975E65" w:rsidP="005D2F72">
            <w:pPr>
              <w:pStyle w:val="Listapunktowana"/>
              <w:spacing w:after="30"/>
              <w:ind w:left="215" w:hanging="11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okresowe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samoobserwacje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czasu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ekranowego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omówienie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sposobów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jego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ograniczania</w:t>
            </w:r>
            <w:proofErr w:type="spellEnd"/>
          </w:p>
          <w:p w14:paraId="00F5FD30" w14:textId="77777777" w:rsidR="00D631DC" w:rsidRPr="005D2F72" w:rsidRDefault="00975E65" w:rsidP="005D2F72">
            <w:pPr>
              <w:pStyle w:val="Listapunktowana"/>
              <w:spacing w:after="30"/>
              <w:ind w:left="215" w:hanging="11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aktywności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off-line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podczas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przerw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zajęć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wydarzeń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szkolnych</w:t>
            </w:r>
            <w:proofErr w:type="spellEnd"/>
          </w:p>
          <w:p w14:paraId="77FECB10" w14:textId="77777777" w:rsidR="00D631DC" w:rsidRPr="005D2F72" w:rsidRDefault="00975E65" w:rsidP="005D2F72">
            <w:pPr>
              <w:pStyle w:val="Listapunktowana"/>
              <w:spacing w:after="30"/>
              <w:ind w:left="215" w:hanging="11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pedagogizacja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rodziców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ustalanie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spójnych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zasad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dom-szkoła</w:t>
            </w:r>
            <w:proofErr w:type="spellEnd"/>
          </w:p>
          <w:p w14:paraId="04C12099" w14:textId="77777777" w:rsidR="00D631DC" w:rsidRPr="005D2F72" w:rsidRDefault="00975E65" w:rsidP="005D2F72">
            <w:pPr>
              <w:pStyle w:val="Listapunktowana"/>
              <w:spacing w:after="30"/>
              <w:ind w:left="215" w:hanging="11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analiza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przypadków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naruszania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szkolnych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zasad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korzystania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urządzeń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działania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naprawcze</w:t>
            </w:r>
            <w:proofErr w:type="spellEnd"/>
          </w:p>
          <w:p w14:paraId="000C4F4C" w14:textId="77777777" w:rsidR="00D631DC" w:rsidRPr="009F6E3C" w:rsidRDefault="00975E65" w:rsidP="005D2F72">
            <w:pPr>
              <w:pStyle w:val="Listapunktowana"/>
              <w:spacing w:after="30"/>
              <w:ind w:left="215" w:hanging="113"/>
            </w:pP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warsztaty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dla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uczniów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rodziców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dotyczące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mechanizmów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uzależnień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behawioralnych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higieny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cyfrowej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budowania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domowych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zasad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korzystania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Internetu</w:t>
            </w:r>
            <w:proofErr w:type="spellEnd"/>
          </w:p>
        </w:tc>
      </w:tr>
      <w:tr w:rsidR="00D631DC" w:rsidRPr="009F6E3C" w14:paraId="5E23F360" w14:textId="77777777" w:rsidTr="005D2F72">
        <w:trPr>
          <w:jc w:val="center"/>
        </w:trPr>
        <w:tc>
          <w:tcPr>
            <w:tcW w:w="34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8EF4BE2" w14:textId="77777777" w:rsidR="00D631DC" w:rsidRPr="005D2F72" w:rsidRDefault="00975E65" w:rsidP="005D2F72">
            <w:proofErr w:type="spellStart"/>
            <w:r w:rsidRPr="005D2F72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Profilaktyka</w:t>
            </w:r>
            <w:proofErr w:type="spellEnd"/>
            <w:r w:rsidRPr="005D2F72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używania</w:t>
            </w:r>
            <w:proofErr w:type="spellEnd"/>
            <w:r w:rsidRPr="005D2F72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nikotyny</w:t>
            </w:r>
            <w:proofErr w:type="spellEnd"/>
            <w:r w:rsidRPr="005D2F72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5D2F72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papierosów</w:t>
            </w:r>
            <w:proofErr w:type="spellEnd"/>
            <w:r w:rsidRPr="005D2F72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, e-</w:t>
            </w:r>
            <w:proofErr w:type="spellStart"/>
            <w:r w:rsidRPr="005D2F72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papierosów</w:t>
            </w:r>
            <w:proofErr w:type="spellEnd"/>
            <w:r w:rsidRPr="005D2F72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i</w:t>
            </w:r>
            <w:proofErr w:type="spellEnd"/>
            <w:r w:rsidRPr="005D2F72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innych</w:t>
            </w:r>
            <w:proofErr w:type="spellEnd"/>
            <w:r w:rsidRPr="005D2F72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wyrobów</w:t>
            </w:r>
            <w:proofErr w:type="spellEnd"/>
            <w:r w:rsidRPr="005D2F72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nikotynowych</w:t>
            </w:r>
            <w:proofErr w:type="spellEnd"/>
            <w:r w:rsidRPr="005D2F72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9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F3ECD22" w14:textId="77777777" w:rsidR="00D631DC" w:rsidRPr="005D2F72" w:rsidRDefault="00975E65" w:rsidP="005D2F72">
            <w:pPr>
              <w:pStyle w:val="Listapunktowana"/>
              <w:spacing w:after="30"/>
              <w:ind w:left="215" w:hanging="113"/>
            </w:pP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Dostarczenie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rzetelnej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wiedzy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o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skutkach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zdrowotnych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mechanizmie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uzależnienia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Rozwijanie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umiejętności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odmawiania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radzenia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sobie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presją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rówieśniczą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Wczesne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rozpoznawanie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zachowań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ryzykownych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oraz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kierowanie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ucznia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rodziny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do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adekwatnego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="00BB08E3"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wsparcia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69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7505564" w14:textId="77777777" w:rsidR="00D631DC" w:rsidRPr="005D2F72" w:rsidRDefault="00975E65" w:rsidP="005D2F72">
            <w:pPr>
              <w:pStyle w:val="Listapunktowana"/>
              <w:spacing w:after="30"/>
              <w:ind w:left="215" w:hanging="11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zajęcia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profilaktyczne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o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nikotynie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papierosach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, e-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papierosach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woreczkach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nikotynowych</w:t>
            </w:r>
            <w:proofErr w:type="spellEnd"/>
          </w:p>
          <w:p w14:paraId="7FE88E1A" w14:textId="77777777" w:rsidR="00D631DC" w:rsidRPr="005D2F72" w:rsidRDefault="00975E65" w:rsidP="005D2F72">
            <w:pPr>
              <w:pStyle w:val="Listapunktowana"/>
              <w:spacing w:after="30"/>
              <w:ind w:left="215" w:hanging="11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ćwiczenie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asertywnej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odmowy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podejmowania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decyzji</w:t>
            </w:r>
            <w:proofErr w:type="spellEnd"/>
          </w:p>
          <w:p w14:paraId="17A0852B" w14:textId="77777777" w:rsidR="00D631DC" w:rsidRPr="005D2F72" w:rsidRDefault="00975E65" w:rsidP="005D2F72">
            <w:pPr>
              <w:pStyle w:val="Listapunktowana"/>
              <w:spacing w:after="30"/>
              <w:ind w:left="215" w:hanging="11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rozmowy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indywidualne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uczniem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rodzicami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przypadku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podejrzenia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używania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nikotyny</w:t>
            </w:r>
            <w:proofErr w:type="spellEnd"/>
          </w:p>
          <w:p w14:paraId="042170B5" w14:textId="77777777" w:rsidR="00D631DC" w:rsidRPr="005D2F72" w:rsidRDefault="00975E65" w:rsidP="005D2F72">
            <w:pPr>
              <w:pStyle w:val="Listapunktowana"/>
              <w:spacing w:after="30"/>
              <w:ind w:left="215" w:hanging="11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współpraca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pielęgniarką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pedagogiem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psychologiem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właściwymi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instytucjami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programami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profilaktycznymi</w:t>
            </w:r>
            <w:proofErr w:type="spellEnd"/>
          </w:p>
          <w:p w14:paraId="11ED7812" w14:textId="77777777" w:rsidR="00D631DC" w:rsidRPr="005D2F72" w:rsidRDefault="00975E65" w:rsidP="005D2F72">
            <w:pPr>
              <w:pStyle w:val="Listapunktowana"/>
              <w:spacing w:after="30"/>
              <w:ind w:left="215" w:hanging="113"/>
            </w:pP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konsekwentne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stosowanie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szkolnych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procedur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przepisów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prawa</w:t>
            </w:r>
            <w:proofErr w:type="spellEnd"/>
          </w:p>
        </w:tc>
      </w:tr>
    </w:tbl>
    <w:p w14:paraId="243C837E" w14:textId="77777777" w:rsidR="00D631DC" w:rsidRPr="009F6E3C" w:rsidRDefault="00D631DC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408D358A" w14:textId="77777777" w:rsidR="00D631DC" w:rsidRPr="005F54E3" w:rsidRDefault="00975E65">
      <w:pPr>
        <w:keepNext/>
        <w:spacing w:before="160" w:after="40"/>
        <w:rPr>
          <w:rFonts w:ascii="Times New Roman" w:hAnsi="Times New Roman" w:cs="Times New Roman"/>
          <w:sz w:val="28"/>
          <w:szCs w:val="28"/>
        </w:rPr>
      </w:pPr>
      <w:r w:rsidRPr="005F54E3">
        <w:rPr>
          <w:rFonts w:ascii="Times New Roman" w:eastAsia="Arial" w:hAnsi="Times New Roman" w:cs="Times New Roman"/>
          <w:b/>
          <w:sz w:val="28"/>
          <w:szCs w:val="28"/>
        </w:rPr>
        <w:t>KLASY IV-VIII</w:t>
      </w:r>
    </w:p>
    <w:p w14:paraId="044BD4E4" w14:textId="77777777" w:rsidR="00D631DC" w:rsidRPr="005F54E3" w:rsidRDefault="00975E65">
      <w:pPr>
        <w:keepNext/>
        <w:spacing w:after="80"/>
        <w:rPr>
          <w:rFonts w:ascii="Times New Roman" w:hAnsi="Times New Roman" w:cs="Times New Roman"/>
          <w:sz w:val="28"/>
          <w:szCs w:val="28"/>
        </w:rPr>
      </w:pPr>
      <w:proofErr w:type="spellStart"/>
      <w:r w:rsidRPr="005F54E3">
        <w:rPr>
          <w:rFonts w:ascii="Times New Roman" w:eastAsia="Arial" w:hAnsi="Times New Roman" w:cs="Times New Roman"/>
          <w:b/>
          <w:sz w:val="28"/>
          <w:szCs w:val="28"/>
        </w:rPr>
        <w:t>Obszar</w:t>
      </w:r>
      <w:proofErr w:type="spellEnd"/>
      <w:r w:rsidRPr="005F54E3">
        <w:rPr>
          <w:rFonts w:ascii="Times New Roman" w:eastAsia="Arial" w:hAnsi="Times New Roman" w:cs="Times New Roman"/>
          <w:b/>
          <w:sz w:val="28"/>
          <w:szCs w:val="28"/>
        </w:rPr>
        <w:t xml:space="preserve"> IV - </w:t>
      </w:r>
      <w:proofErr w:type="spellStart"/>
      <w:r w:rsidRPr="005F54E3">
        <w:rPr>
          <w:rFonts w:ascii="Times New Roman" w:eastAsia="Arial" w:hAnsi="Times New Roman" w:cs="Times New Roman"/>
          <w:b/>
          <w:sz w:val="28"/>
          <w:szCs w:val="28"/>
        </w:rPr>
        <w:t>profilaktyka</w:t>
      </w:r>
      <w:proofErr w:type="spellEnd"/>
      <w:r w:rsidRPr="005F54E3">
        <w:rPr>
          <w:rFonts w:ascii="Times New Roman" w:eastAsia="Arial" w:hAnsi="Times New Roman" w:cs="Times New Roman"/>
          <w:b/>
          <w:sz w:val="28"/>
          <w:szCs w:val="28"/>
        </w:rPr>
        <w:t xml:space="preserve"> </w:t>
      </w:r>
      <w:proofErr w:type="spellStart"/>
      <w:r w:rsidRPr="005F54E3">
        <w:rPr>
          <w:rFonts w:ascii="Times New Roman" w:eastAsia="Arial" w:hAnsi="Times New Roman" w:cs="Times New Roman"/>
          <w:b/>
          <w:sz w:val="28"/>
          <w:szCs w:val="28"/>
        </w:rPr>
        <w:t>zagrożeń</w:t>
      </w:r>
      <w:proofErr w:type="spellEnd"/>
      <w:r w:rsidRPr="005F54E3">
        <w:rPr>
          <w:rFonts w:ascii="Times New Roman" w:eastAsia="Arial" w:hAnsi="Times New Roman" w:cs="Times New Roman"/>
          <w:b/>
          <w:sz w:val="28"/>
          <w:szCs w:val="28"/>
        </w:rPr>
        <w:t xml:space="preserve">, </w:t>
      </w:r>
      <w:proofErr w:type="spellStart"/>
      <w:r w:rsidRPr="005F54E3">
        <w:rPr>
          <w:rFonts w:ascii="Times New Roman" w:eastAsia="Arial" w:hAnsi="Times New Roman" w:cs="Times New Roman"/>
          <w:b/>
          <w:sz w:val="28"/>
          <w:szCs w:val="28"/>
        </w:rPr>
        <w:t>przemocy</w:t>
      </w:r>
      <w:proofErr w:type="spellEnd"/>
      <w:r w:rsidRPr="005F54E3">
        <w:rPr>
          <w:rFonts w:ascii="Times New Roman" w:eastAsia="Arial" w:hAnsi="Times New Roman" w:cs="Times New Roman"/>
          <w:b/>
          <w:sz w:val="28"/>
          <w:szCs w:val="28"/>
        </w:rPr>
        <w:t xml:space="preserve"> </w:t>
      </w:r>
      <w:proofErr w:type="spellStart"/>
      <w:r w:rsidRPr="005F54E3">
        <w:rPr>
          <w:rFonts w:ascii="Times New Roman" w:eastAsia="Arial" w:hAnsi="Times New Roman" w:cs="Times New Roman"/>
          <w:b/>
          <w:sz w:val="28"/>
          <w:szCs w:val="28"/>
        </w:rPr>
        <w:t>i</w:t>
      </w:r>
      <w:proofErr w:type="spellEnd"/>
      <w:r w:rsidRPr="005F54E3">
        <w:rPr>
          <w:rFonts w:ascii="Times New Roman" w:eastAsia="Arial" w:hAnsi="Times New Roman" w:cs="Times New Roman"/>
          <w:b/>
          <w:sz w:val="28"/>
          <w:szCs w:val="28"/>
        </w:rPr>
        <w:t xml:space="preserve"> </w:t>
      </w:r>
      <w:proofErr w:type="spellStart"/>
      <w:r w:rsidRPr="005F54E3">
        <w:rPr>
          <w:rFonts w:ascii="Times New Roman" w:eastAsia="Arial" w:hAnsi="Times New Roman" w:cs="Times New Roman"/>
          <w:b/>
          <w:sz w:val="28"/>
          <w:szCs w:val="28"/>
        </w:rPr>
        <w:t>sytuacji</w:t>
      </w:r>
      <w:proofErr w:type="spellEnd"/>
      <w:r w:rsidRPr="005F54E3">
        <w:rPr>
          <w:rFonts w:ascii="Times New Roman" w:eastAsia="Arial" w:hAnsi="Times New Roman" w:cs="Times New Roman"/>
          <w:b/>
          <w:sz w:val="28"/>
          <w:szCs w:val="28"/>
        </w:rPr>
        <w:t xml:space="preserve"> </w:t>
      </w:r>
      <w:proofErr w:type="spellStart"/>
      <w:r w:rsidRPr="005F54E3">
        <w:rPr>
          <w:rFonts w:ascii="Times New Roman" w:eastAsia="Arial" w:hAnsi="Times New Roman" w:cs="Times New Roman"/>
          <w:b/>
          <w:sz w:val="28"/>
          <w:szCs w:val="28"/>
        </w:rPr>
        <w:t>kryzysowych</w:t>
      </w:r>
      <w:proofErr w:type="spellEnd"/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02"/>
        <w:gridCol w:w="4989"/>
        <w:gridCol w:w="6690"/>
      </w:tblGrid>
      <w:tr w:rsidR="00D631DC" w:rsidRPr="009F6E3C" w14:paraId="319554BB" w14:textId="77777777">
        <w:trPr>
          <w:cantSplit/>
          <w:tblHeader/>
          <w:jc w:val="center"/>
        </w:trPr>
        <w:tc>
          <w:tcPr>
            <w:tcW w:w="3402" w:type="dxa"/>
            <w:shd w:val="clear" w:color="auto" w:fill="E7E6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C32D590" w14:textId="77777777" w:rsidR="00D631DC" w:rsidRPr="009F6E3C" w:rsidRDefault="00975E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Cele</w:t>
            </w:r>
          </w:p>
        </w:tc>
        <w:tc>
          <w:tcPr>
            <w:tcW w:w="4989" w:type="dxa"/>
            <w:shd w:val="clear" w:color="auto" w:fill="E7E6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537F1FE" w14:textId="77777777" w:rsidR="00D631DC" w:rsidRPr="009F6E3C" w:rsidRDefault="00975E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Zadania</w:t>
            </w:r>
            <w:proofErr w:type="spellEnd"/>
          </w:p>
        </w:tc>
        <w:tc>
          <w:tcPr>
            <w:tcW w:w="6690" w:type="dxa"/>
            <w:shd w:val="clear" w:color="auto" w:fill="E7E6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E4B80B3" w14:textId="77777777" w:rsidR="00D631DC" w:rsidRPr="009F6E3C" w:rsidRDefault="00975E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Formy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realizacji</w:t>
            </w:r>
            <w:proofErr w:type="spellEnd"/>
          </w:p>
        </w:tc>
      </w:tr>
      <w:tr w:rsidR="00D631DC" w:rsidRPr="009F6E3C" w14:paraId="19148647" w14:textId="77777777" w:rsidTr="005D2F72">
        <w:trPr>
          <w:jc w:val="center"/>
        </w:trPr>
        <w:tc>
          <w:tcPr>
            <w:tcW w:w="34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8E04D98" w14:textId="77777777" w:rsidR="00D631DC" w:rsidRPr="005D2F72" w:rsidRDefault="00975E65" w:rsidP="005D2F72">
            <w:pPr>
              <w:spacing w:after="30"/>
            </w:pPr>
            <w:proofErr w:type="spellStart"/>
            <w:r w:rsidRPr="005D2F72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Przeciwdziałanie</w:t>
            </w:r>
            <w:proofErr w:type="spellEnd"/>
            <w:r w:rsidRPr="005D2F72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przemocy</w:t>
            </w:r>
            <w:proofErr w:type="spellEnd"/>
            <w:r w:rsidRPr="005D2F72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rówieśniczej</w:t>
            </w:r>
            <w:proofErr w:type="spellEnd"/>
            <w:r w:rsidRPr="005D2F72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 w:rsidRPr="005D2F72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agresji</w:t>
            </w:r>
            <w:proofErr w:type="spellEnd"/>
            <w:r w:rsidRPr="005D2F72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słownej</w:t>
            </w:r>
            <w:proofErr w:type="spellEnd"/>
            <w:r w:rsidRPr="005D2F72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i</w:t>
            </w:r>
            <w:proofErr w:type="spellEnd"/>
            <w:r w:rsidRPr="005D2F72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fizycznej</w:t>
            </w:r>
            <w:proofErr w:type="spellEnd"/>
            <w:r w:rsidRPr="005D2F72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oraz</w:t>
            </w:r>
            <w:proofErr w:type="spellEnd"/>
            <w:r w:rsidRPr="005D2F72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przemocy</w:t>
            </w:r>
            <w:proofErr w:type="spellEnd"/>
            <w:r w:rsidRPr="005D2F72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emocjonalnej</w:t>
            </w:r>
            <w:proofErr w:type="spellEnd"/>
            <w:r w:rsidRPr="005D2F72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i</w:t>
            </w:r>
            <w:proofErr w:type="spellEnd"/>
            <w:r w:rsidRPr="005D2F72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psychicznej</w:t>
            </w:r>
            <w:proofErr w:type="spellEnd"/>
            <w:r w:rsidRPr="005D2F72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9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00D9AE1" w14:textId="77777777" w:rsidR="00D631DC" w:rsidRPr="005D2F72" w:rsidRDefault="00975E65" w:rsidP="005D2F72">
            <w:pPr>
              <w:pStyle w:val="Listapunktowana"/>
              <w:spacing w:after="30"/>
              <w:ind w:left="215" w:hanging="11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Zwracanie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szczególnej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uwagi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na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wszelkie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przejawy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agresji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w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tym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także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słownej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przemocy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czasie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zajęć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przerw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  <w:p w14:paraId="04FBA1B4" w14:textId="77777777" w:rsidR="00D631DC" w:rsidRPr="005D2F72" w:rsidRDefault="00975E65" w:rsidP="005D2F72">
            <w:pPr>
              <w:pStyle w:val="Listapunktowana"/>
              <w:spacing w:after="30"/>
              <w:ind w:left="215" w:hanging="11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Uświadamianie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uczniom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istoty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rozpoznawania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nazywania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zachowań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agresywnych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  <w:p w14:paraId="44772273" w14:textId="77777777" w:rsidR="00D631DC" w:rsidRPr="005D2F72" w:rsidRDefault="00975E65" w:rsidP="005D2F72">
            <w:pPr>
              <w:pStyle w:val="Listapunktowana"/>
              <w:spacing w:after="30"/>
              <w:ind w:left="215" w:hanging="11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Wpajanie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postaw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sprzeciwiających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się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odrzucających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zachowania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agresywne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  <w:p w14:paraId="29716820" w14:textId="77777777" w:rsidR="00D631DC" w:rsidRPr="005D2F72" w:rsidRDefault="00975E65" w:rsidP="005D2F72">
            <w:pPr>
              <w:pStyle w:val="Listapunktowana"/>
              <w:spacing w:after="30"/>
              <w:ind w:left="215" w:hanging="11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lastRenderedPageBreak/>
              <w:t>Uświadomienie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rodzicom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wagi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zjawiska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przemocy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agresji</w:t>
            </w:r>
            <w:proofErr w:type="spellEnd"/>
          </w:p>
          <w:p w14:paraId="7EB45F00" w14:textId="77777777" w:rsidR="00D631DC" w:rsidRPr="005D2F72" w:rsidRDefault="00975E65" w:rsidP="005D2F72">
            <w:pPr>
              <w:pStyle w:val="Listapunktowana"/>
              <w:spacing w:after="30"/>
              <w:ind w:left="215" w:hanging="11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Uczenie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umiejętności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asertywnego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nieagresywnego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zachowania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sytuacjach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konfliktowych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  <w:p w14:paraId="68AD78DC" w14:textId="77777777" w:rsidR="00D631DC" w:rsidRPr="005D2F72" w:rsidRDefault="00975E65" w:rsidP="005D2F72">
            <w:pPr>
              <w:pStyle w:val="Listapunktowana"/>
              <w:spacing w:after="30"/>
              <w:ind w:left="215" w:hanging="113"/>
            </w:pP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Rozpoznawanie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wulgaryzmów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ośmieszania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dokuczania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wykluczania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gróźb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poniżania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izolowania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innych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form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przemocy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emocjonalnej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lub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psychicznej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Rozwijanie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odpowiedzialności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sprawcy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świadka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grupy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rówieśniczej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za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zatrzymanie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przemocy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Zwracanie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uwagi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na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relacje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uczniów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starszych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młodszymi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69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202857C" w14:textId="77777777" w:rsidR="00D631DC" w:rsidRPr="005D2F72" w:rsidRDefault="00975E65" w:rsidP="005D2F72">
            <w:pPr>
              <w:pStyle w:val="Listapunktowana"/>
              <w:spacing w:after="30"/>
              <w:ind w:left="215" w:hanging="11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lastRenderedPageBreak/>
              <w:t>szybkie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konsekwentne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reagowanie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na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agresję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przemoc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wśród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uczniów</w:t>
            </w:r>
            <w:proofErr w:type="spellEnd"/>
          </w:p>
          <w:p w14:paraId="15C7BFAA" w14:textId="77777777" w:rsidR="00D631DC" w:rsidRPr="005D2F72" w:rsidRDefault="00975E65" w:rsidP="005D2F72">
            <w:pPr>
              <w:pStyle w:val="Listapunktowana"/>
              <w:spacing w:after="30"/>
              <w:ind w:left="215" w:hanging="11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odnotowywanie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tego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typu</w:t>
            </w:r>
            <w:proofErr w:type="spellEnd"/>
            <w:r w:rsidR="00BB08E3"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zachowań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dzienniku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lekcyjnym</w:t>
            </w:r>
            <w:proofErr w:type="spellEnd"/>
          </w:p>
          <w:p w14:paraId="2B109987" w14:textId="77777777" w:rsidR="00D631DC" w:rsidRPr="005D2F72" w:rsidRDefault="00975E65" w:rsidP="005D2F72">
            <w:pPr>
              <w:pStyle w:val="Listapunktowana"/>
              <w:spacing w:after="30"/>
              <w:ind w:left="215" w:hanging="11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zapoznanie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uczniów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rodziców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zasadami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odpowiedzialności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oraz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konsekwencjami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stosowania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przemocy</w:t>
            </w:r>
            <w:proofErr w:type="spellEnd"/>
          </w:p>
          <w:p w14:paraId="36DE8F6F" w14:textId="77777777" w:rsidR="00D631DC" w:rsidRPr="005D2F72" w:rsidRDefault="00975E65" w:rsidP="005D2F72">
            <w:pPr>
              <w:pStyle w:val="Listapunktowana"/>
              <w:spacing w:after="30"/>
              <w:ind w:left="215" w:hanging="11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ponoszenie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przez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uczniów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konsekwencji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za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zachowania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agresywne</w:t>
            </w:r>
            <w:proofErr w:type="spellEnd"/>
          </w:p>
          <w:p w14:paraId="1331626E" w14:textId="77777777" w:rsidR="00D631DC" w:rsidRPr="005D2F72" w:rsidRDefault="00975E65" w:rsidP="005D2F72">
            <w:pPr>
              <w:pStyle w:val="Listapunktowana"/>
              <w:spacing w:after="30"/>
              <w:ind w:left="215" w:hanging="11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lastRenderedPageBreak/>
              <w:t>organizowanie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zajęć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na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temat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agresji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jej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przyczyn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skutków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sposobów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reagowania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na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nią</w:t>
            </w:r>
            <w:proofErr w:type="spellEnd"/>
          </w:p>
          <w:p w14:paraId="6899C5EA" w14:textId="77777777" w:rsidR="00D631DC" w:rsidRPr="005D2F72" w:rsidRDefault="00975E65" w:rsidP="005D2F72">
            <w:pPr>
              <w:pStyle w:val="Listapunktowana"/>
              <w:spacing w:after="30"/>
              <w:ind w:left="215" w:hanging="11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przypominanie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uczniom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Standardów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Ochrony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Małoletnich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  <w:p w14:paraId="6E4A856F" w14:textId="77777777" w:rsidR="00D631DC" w:rsidRPr="005D2F72" w:rsidRDefault="00975E65" w:rsidP="005D2F72">
            <w:pPr>
              <w:pStyle w:val="Listapunktowana"/>
              <w:spacing w:after="30"/>
              <w:ind w:left="215" w:hanging="11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prowadzenie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zajęć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wychowawczych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warsztatów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na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temat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kontrolowania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własnej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złości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agresywnych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zachowań</w:t>
            </w:r>
            <w:proofErr w:type="spellEnd"/>
          </w:p>
          <w:p w14:paraId="3BEDF4F3" w14:textId="77777777" w:rsidR="00D631DC" w:rsidRPr="005D2F72" w:rsidRDefault="00975E65" w:rsidP="005D2F72">
            <w:pPr>
              <w:pStyle w:val="Listapunktowana"/>
              <w:spacing w:after="30"/>
              <w:ind w:left="215" w:hanging="11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warsztaty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dla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rodziców</w:t>
            </w:r>
            <w:proofErr w:type="spellEnd"/>
          </w:p>
          <w:p w14:paraId="32DAF169" w14:textId="77777777" w:rsidR="00D631DC" w:rsidRPr="005D2F72" w:rsidRDefault="00975E65" w:rsidP="005D2F72">
            <w:pPr>
              <w:pStyle w:val="Listapunktowana"/>
              <w:spacing w:after="30"/>
              <w:ind w:left="215" w:hanging="11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rozmowy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indywidualne</w:t>
            </w:r>
            <w:proofErr w:type="spellEnd"/>
          </w:p>
          <w:p w14:paraId="146C0889" w14:textId="77777777" w:rsidR="00D631DC" w:rsidRPr="005D2F72" w:rsidRDefault="00975E65" w:rsidP="005D2F72">
            <w:pPr>
              <w:pStyle w:val="Listapunktowana"/>
              <w:spacing w:after="30"/>
              <w:ind w:left="215" w:hanging="11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pogadanki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podczas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zebrań</w:t>
            </w:r>
            <w:proofErr w:type="spellEnd"/>
          </w:p>
          <w:p w14:paraId="0F903CE0" w14:textId="77777777" w:rsidR="00D631DC" w:rsidRPr="005D2F72" w:rsidRDefault="00975E65" w:rsidP="005D2F72">
            <w:pPr>
              <w:pStyle w:val="Listapunktowana"/>
              <w:spacing w:after="30"/>
              <w:ind w:left="215" w:hanging="11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wzmożona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kontrola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dyżurujących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nauczycieli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miejscach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w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których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uczniowie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czują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się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niezbyt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bezpiecznie</w:t>
            </w:r>
            <w:proofErr w:type="spellEnd"/>
          </w:p>
          <w:p w14:paraId="2B7C0D55" w14:textId="77777777" w:rsidR="00D631DC" w:rsidRPr="005D2F72" w:rsidRDefault="00975E65" w:rsidP="005D2F72">
            <w:pPr>
              <w:pStyle w:val="Listapunktowana"/>
              <w:spacing w:after="30"/>
              <w:ind w:left="215" w:hanging="11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organizowanie</w:t>
            </w:r>
            <w:proofErr w:type="spellEnd"/>
            <w:r w:rsidR="00BB08E3"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przeprowadzanie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zajęć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promujących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postawę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asertywną</w:t>
            </w:r>
            <w:proofErr w:type="spellEnd"/>
          </w:p>
          <w:p w14:paraId="511832F2" w14:textId="77777777" w:rsidR="00D631DC" w:rsidRPr="005D2F72" w:rsidRDefault="00975E65" w:rsidP="005D2F72">
            <w:pPr>
              <w:pStyle w:val="Listapunktowana"/>
              <w:spacing w:after="30"/>
              <w:ind w:left="215" w:hanging="11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szybkie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spójne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reagowanie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na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każde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zgłoszenie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agresji</w:t>
            </w:r>
            <w:proofErr w:type="spellEnd"/>
          </w:p>
          <w:p w14:paraId="2867492E" w14:textId="77777777" w:rsidR="00D631DC" w:rsidRPr="005D2F72" w:rsidRDefault="00975E65" w:rsidP="005D2F72">
            <w:pPr>
              <w:pStyle w:val="Listapunktowana"/>
              <w:spacing w:after="30"/>
              <w:ind w:left="215" w:hanging="11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działania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naprawcze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mediacyjne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gdy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są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adekwatne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bezpieczne</w:t>
            </w:r>
            <w:proofErr w:type="spellEnd"/>
          </w:p>
          <w:p w14:paraId="1D6F2655" w14:textId="77777777" w:rsidR="00D631DC" w:rsidRPr="005D2F72" w:rsidRDefault="00975E65" w:rsidP="005D2F72">
            <w:pPr>
              <w:pStyle w:val="Listapunktowana"/>
              <w:spacing w:after="30"/>
              <w:ind w:left="215" w:hanging="11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zajęcia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o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komunikacji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bez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przemocy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regulacji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emocji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roli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świadka</w:t>
            </w:r>
            <w:proofErr w:type="spellEnd"/>
          </w:p>
          <w:p w14:paraId="4C1E3C55" w14:textId="77777777" w:rsidR="00D631DC" w:rsidRPr="005D2F72" w:rsidRDefault="00975E65" w:rsidP="005D2F72">
            <w:pPr>
              <w:pStyle w:val="Listapunktowana"/>
              <w:spacing w:after="30"/>
              <w:ind w:left="215" w:hanging="11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współpraca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rodzicami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pedagogiem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psychologiem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oraz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właściwymi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służbami</w:t>
            </w:r>
            <w:proofErr w:type="spellEnd"/>
          </w:p>
          <w:p w14:paraId="3EFD5E39" w14:textId="77777777" w:rsidR="00D631DC" w:rsidRPr="005D2F72" w:rsidRDefault="00975E65" w:rsidP="005D2F72">
            <w:pPr>
              <w:pStyle w:val="Listapunktowana"/>
              <w:spacing w:after="30"/>
              <w:ind w:left="215" w:hanging="113"/>
            </w:pP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analiza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zgłoszeń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dotyczących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przemocy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emocjonalnej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psychicznej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oraz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skuteczności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podjętych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interwencji</w:t>
            </w:r>
            <w:proofErr w:type="spellEnd"/>
          </w:p>
        </w:tc>
      </w:tr>
      <w:tr w:rsidR="00D631DC" w:rsidRPr="009F6E3C" w14:paraId="308A9ACD" w14:textId="77777777" w:rsidTr="005D2F72">
        <w:trPr>
          <w:cantSplit/>
          <w:jc w:val="center"/>
        </w:trPr>
        <w:tc>
          <w:tcPr>
            <w:tcW w:w="34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37015E7" w14:textId="77777777" w:rsidR="00D631DC" w:rsidRPr="005D2F72" w:rsidRDefault="00975E65" w:rsidP="005D2F72">
            <w:pPr>
              <w:spacing w:after="30"/>
            </w:pPr>
            <w:proofErr w:type="spellStart"/>
            <w:r w:rsidRPr="005D2F72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lastRenderedPageBreak/>
              <w:t>Przeciwdziałanie</w:t>
            </w:r>
            <w:proofErr w:type="spellEnd"/>
            <w:r w:rsidRPr="005D2F72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cyberprzemocy</w:t>
            </w:r>
            <w:proofErr w:type="spellEnd"/>
            <w:r w:rsidRPr="005D2F72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i</w:t>
            </w:r>
            <w:proofErr w:type="spellEnd"/>
            <w:r w:rsidRPr="005D2F72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rozwijanie</w:t>
            </w:r>
            <w:proofErr w:type="spellEnd"/>
            <w:r w:rsidRPr="005D2F72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odpowiedzialności</w:t>
            </w:r>
            <w:proofErr w:type="spellEnd"/>
            <w:r w:rsidRPr="005D2F72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cyfrowej</w:t>
            </w:r>
            <w:proofErr w:type="spellEnd"/>
            <w:r w:rsidRPr="005D2F72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9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E051D07" w14:textId="77777777" w:rsidR="00D631DC" w:rsidRPr="005D2F72" w:rsidRDefault="00975E65" w:rsidP="005D2F72">
            <w:pPr>
              <w:pStyle w:val="Listapunktowana"/>
              <w:spacing w:after="30"/>
              <w:ind w:left="215" w:hanging="113"/>
            </w:pP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Rozpoznawanie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form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cyberprzemocy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hejtu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obrażania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nękania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podszywania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się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publikowania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kompromitujących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treści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wykluczania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grup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rozpowszechniania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materiałów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bez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zgody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. Uczenie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zasad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reagowania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ochrony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dowodów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oraz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odpowiedzialności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świadka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69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53774C6" w14:textId="77777777" w:rsidR="00D631DC" w:rsidRPr="005D2F72" w:rsidRDefault="00975E65" w:rsidP="005D2F72">
            <w:pPr>
              <w:pStyle w:val="Listapunktowana"/>
              <w:spacing w:after="30"/>
              <w:ind w:left="215" w:hanging="11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godziny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wychowawcze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warsztaty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cyberbezpieczeństwa</w:t>
            </w:r>
            <w:proofErr w:type="spellEnd"/>
          </w:p>
          <w:p w14:paraId="1B87CAF7" w14:textId="77777777" w:rsidR="00D631DC" w:rsidRPr="005D2F72" w:rsidRDefault="00975E65" w:rsidP="005D2F72">
            <w:pPr>
              <w:pStyle w:val="Listapunktowana"/>
              <w:spacing w:after="30"/>
              <w:ind w:left="215" w:hanging="11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ćwiczenie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procedury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reakcji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przerwanie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kontaktu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zabezpieczenie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dowodów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zgłoszenie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wsparcie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osoby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pokrzywdzonej</w:t>
            </w:r>
            <w:proofErr w:type="spellEnd"/>
          </w:p>
          <w:p w14:paraId="438222F2" w14:textId="77777777" w:rsidR="00D631DC" w:rsidRPr="005D2F72" w:rsidRDefault="00975E65" w:rsidP="005D2F72">
            <w:pPr>
              <w:pStyle w:val="Listapunktowana"/>
              <w:spacing w:after="30"/>
              <w:ind w:left="215" w:hanging="11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analiza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anonimowych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studiów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przypadku</w:t>
            </w:r>
            <w:proofErr w:type="spellEnd"/>
          </w:p>
          <w:p w14:paraId="7283871C" w14:textId="77777777" w:rsidR="00D631DC" w:rsidRPr="005D2F72" w:rsidRDefault="00975E65" w:rsidP="005D2F72">
            <w:pPr>
              <w:pStyle w:val="Listapunktowana"/>
              <w:spacing w:after="30"/>
              <w:ind w:left="215" w:hanging="11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współpraca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rodzicami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pedagogiem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psychologiem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Policją</w:t>
            </w:r>
            <w:proofErr w:type="spellEnd"/>
          </w:p>
          <w:p w14:paraId="3AE33E46" w14:textId="77777777" w:rsidR="00D631DC" w:rsidRPr="005D2F72" w:rsidRDefault="00975E65" w:rsidP="005D2F72">
            <w:pPr>
              <w:pStyle w:val="Listapunktowana"/>
              <w:spacing w:after="30"/>
              <w:ind w:left="215" w:hanging="11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działania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zgodne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ze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Standardami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Ochrony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Małoletnich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procedurami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szkoły</w:t>
            </w:r>
            <w:proofErr w:type="spellEnd"/>
          </w:p>
          <w:p w14:paraId="3AD8DC12" w14:textId="77777777" w:rsidR="00D631DC" w:rsidRPr="008D4C86" w:rsidRDefault="00975E65" w:rsidP="005D2F72">
            <w:pPr>
              <w:pStyle w:val="Listapunktowana"/>
              <w:spacing w:after="30"/>
              <w:ind w:left="215" w:hanging="11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prelekcje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warsztaty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dotyczące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odpowiedzialnego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korzystania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Internetu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hejtu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zagrożeń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związanych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uzależnieniami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oraz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bezpieczeństwa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sieci</w:t>
            </w:r>
            <w:proofErr w:type="spellEnd"/>
          </w:p>
          <w:p w14:paraId="2C7F73CF" w14:textId="77777777" w:rsidR="00724678" w:rsidRDefault="009E0576" w:rsidP="008D4C86">
            <w:pPr>
              <w:pStyle w:val="Listapunktowana"/>
              <w:spacing w:after="30"/>
              <w:ind w:left="215" w:hanging="113"/>
            </w:pPr>
            <w:r w:rsidRPr="008D4C86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w </w:t>
            </w:r>
            <w:proofErr w:type="spellStart"/>
            <w:r w:rsidRPr="008D4C86">
              <w:rPr>
                <w:rFonts w:ascii="Times New Roman" w:eastAsia="Arial" w:hAnsi="Times New Roman" w:cs="Times New Roman"/>
                <w:sz w:val="24"/>
                <w:szCs w:val="24"/>
              </w:rPr>
              <w:t>zależności</w:t>
            </w:r>
            <w:proofErr w:type="spellEnd"/>
            <w:r w:rsidRPr="008D4C86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od </w:t>
            </w:r>
            <w:proofErr w:type="spellStart"/>
            <w:r w:rsidRPr="008D4C86">
              <w:rPr>
                <w:rFonts w:ascii="Times New Roman" w:eastAsia="Arial" w:hAnsi="Times New Roman" w:cs="Times New Roman"/>
                <w:sz w:val="24"/>
                <w:szCs w:val="24"/>
              </w:rPr>
              <w:t>wyników</w:t>
            </w:r>
            <w:proofErr w:type="spellEnd"/>
            <w:r w:rsidRPr="008D4C86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4C86">
              <w:rPr>
                <w:rFonts w:ascii="Times New Roman" w:eastAsia="Arial" w:hAnsi="Times New Roman" w:cs="Times New Roman"/>
                <w:sz w:val="24"/>
                <w:szCs w:val="24"/>
              </w:rPr>
              <w:t>corocznej</w:t>
            </w:r>
            <w:proofErr w:type="spellEnd"/>
            <w:r w:rsidRPr="008D4C86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4C86">
              <w:rPr>
                <w:rFonts w:ascii="Times New Roman" w:eastAsia="Arial" w:hAnsi="Times New Roman" w:cs="Times New Roman"/>
                <w:sz w:val="24"/>
                <w:szCs w:val="24"/>
              </w:rPr>
              <w:t>diagnozy</w:t>
            </w:r>
            <w:proofErr w:type="spellEnd"/>
            <w:r w:rsidRPr="008D4C86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8D4C86">
              <w:rPr>
                <w:rFonts w:ascii="Times New Roman" w:eastAsia="Arial" w:hAnsi="Times New Roman" w:cs="Times New Roman"/>
                <w:sz w:val="24"/>
                <w:szCs w:val="24"/>
              </w:rPr>
              <w:t>realizacja</w:t>
            </w:r>
            <w:proofErr w:type="spellEnd"/>
            <w:r w:rsidRPr="008D4C86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4C86">
              <w:rPr>
                <w:rFonts w:ascii="Times New Roman" w:eastAsia="Arial" w:hAnsi="Times New Roman" w:cs="Times New Roman"/>
                <w:sz w:val="24"/>
                <w:szCs w:val="24"/>
              </w:rPr>
              <w:t>programu</w:t>
            </w:r>
            <w:proofErr w:type="spellEnd"/>
            <w:r w:rsidRPr="008D4C86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4C86">
              <w:rPr>
                <w:rFonts w:ascii="Times New Roman" w:eastAsia="Arial" w:hAnsi="Times New Roman" w:cs="Times New Roman"/>
                <w:sz w:val="24"/>
                <w:szCs w:val="24"/>
              </w:rPr>
              <w:t>Wspólne</w:t>
            </w:r>
            <w:proofErr w:type="spellEnd"/>
            <w:r w:rsidRPr="008D4C86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Kroki w Cyberświecie.</w:t>
            </w:r>
            <w:r>
              <w:rPr>
                <w:rFonts w:ascii="Times New Roman" w:hAnsi="Times New Roman"/>
                <w:sz w:val="24"/>
                <w:highlight w:val="yellow"/>
              </w:rPr>
              <w:t xml:space="preserve"> </w:t>
            </w:r>
          </w:p>
        </w:tc>
      </w:tr>
      <w:tr w:rsidR="00D631DC" w:rsidRPr="009F6E3C" w14:paraId="30A3F9A7" w14:textId="77777777" w:rsidTr="0089304B">
        <w:trPr>
          <w:jc w:val="center"/>
        </w:trPr>
        <w:tc>
          <w:tcPr>
            <w:tcW w:w="34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06172B4" w14:textId="77777777" w:rsidR="00D631DC" w:rsidRPr="009F6E3C" w:rsidRDefault="00975E65">
            <w:pPr>
              <w:spacing w:after="3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Wspieranie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nabywania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umiejętności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samodzielnego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dbania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o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własne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bezpieczeństwo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9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57A4120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Systematyczne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przypominanie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zasad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bezpiecznego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poruszania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się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drodze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rozmawiania</w:t>
            </w:r>
            <w:proofErr w:type="spellEnd"/>
            <w:r w:rsidR="00BB08E3"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z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nieznajomymi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zachowania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sytuacji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spotkania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bezpańskim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psem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wypoczynku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nad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wodą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itp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  <w:p w14:paraId="7E214B61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Zapoznanie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przepisami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BHP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obowiązującymi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szkole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pracowniach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przedmiotowych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(rn.in.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chemiczno-fizycznej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informatycznej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sali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gimnastycznej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oraz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drogami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ewakuacyjnymi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69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E55B183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pogadanki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czasie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lekcji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wychowawczych</w:t>
            </w:r>
            <w:proofErr w:type="spellEnd"/>
          </w:p>
          <w:p w14:paraId="1887D060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spotkania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prelekcje</w:t>
            </w:r>
            <w:proofErr w:type="spellEnd"/>
            <w:r w:rsidR="00BB08E3"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z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Policją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Strażą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Miejską,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pielęgniarką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szkolną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pogadanki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Strażnika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Miejskiego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dotyczące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przepisów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rowerowych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oraz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poruszania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się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hulajnodze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elektrycznej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  <w:p w14:paraId="2D51A7ED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zajęcia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przedmiotowe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regulaminy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pracowni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sali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gimnastycznej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br/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próbne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alarmy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przeciwpożarowe</w:t>
            </w:r>
            <w:proofErr w:type="spellEnd"/>
          </w:p>
        </w:tc>
      </w:tr>
      <w:tr w:rsidR="00D631DC" w:rsidRPr="009F6E3C" w14:paraId="317414D0" w14:textId="77777777" w:rsidTr="0089304B">
        <w:trPr>
          <w:jc w:val="center"/>
        </w:trPr>
        <w:tc>
          <w:tcPr>
            <w:tcW w:w="34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DAD4B3F" w14:textId="77777777" w:rsidR="00D631DC" w:rsidRPr="009F6E3C" w:rsidRDefault="00975E65">
            <w:pPr>
              <w:spacing w:after="3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Doskonalenie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umiejętności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rozpoznawania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zagrożeń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właściwego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zachowania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się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w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sytuacjach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niebezpiecznych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9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C2C5F9E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Kształtowanie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gotowości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umiejętności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udzielania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pierwszej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pomocy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nagłych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wypadkach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  <w:p w14:paraId="6D5CFEEC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Uświadamianie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zagrożeń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płynących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korzystania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Internetu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cyberprzemoc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również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czasie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lekcji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online).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Poznawania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sposobów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właściwego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korzystania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ze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środków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masowego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przekazu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  <w:p w14:paraId="23AC8B5D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Doskonalenie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rozpoznawania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zagrożeń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związanych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podróżami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aktywnością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czasie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wolnym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od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nauki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życiem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towarzyskim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69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D6B2A5B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zajęcia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pielęgniarką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szkolną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nauczycielem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przyrody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biologii</w:t>
            </w:r>
            <w:proofErr w:type="spellEnd"/>
          </w:p>
          <w:p w14:paraId="0344A80C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pogadanki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prezentacje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multimedialne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prelekcje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wychowawcą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Policją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,.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Strażą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Miejską,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pogadanki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dotyczące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hejtu</w:t>
            </w:r>
            <w:proofErr w:type="spellEnd"/>
          </w:p>
          <w:p w14:paraId="7BEF96AB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pogadanki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prezentacje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multimedialne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prelekcje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wychowawcą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Policją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Strażą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Miejską</w:t>
            </w:r>
            <w:proofErr w:type="spellEnd"/>
          </w:p>
        </w:tc>
      </w:tr>
      <w:tr w:rsidR="00D631DC" w:rsidRPr="009F6E3C" w14:paraId="21648EFC" w14:textId="77777777" w:rsidTr="0089304B">
        <w:trPr>
          <w:cantSplit/>
          <w:jc w:val="center"/>
        </w:trPr>
        <w:tc>
          <w:tcPr>
            <w:tcW w:w="34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D4F2F53" w14:textId="77777777" w:rsidR="00D631DC" w:rsidRPr="005D2F72" w:rsidRDefault="00975E65" w:rsidP="005D2F72">
            <w:pPr>
              <w:spacing w:after="30"/>
            </w:pPr>
            <w:proofErr w:type="spellStart"/>
            <w:r w:rsidRPr="005D2F72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lastRenderedPageBreak/>
              <w:t>Nabywanie</w:t>
            </w:r>
            <w:proofErr w:type="spellEnd"/>
            <w:r w:rsidRPr="005D2F72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umiejętności</w:t>
            </w:r>
            <w:proofErr w:type="spellEnd"/>
            <w:r w:rsidRPr="005D2F72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radzenia</w:t>
            </w:r>
            <w:proofErr w:type="spellEnd"/>
            <w:r w:rsidRPr="005D2F72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sobie</w:t>
            </w:r>
            <w:proofErr w:type="spellEnd"/>
            <w:r w:rsidRPr="005D2F72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z </w:t>
            </w:r>
            <w:proofErr w:type="spellStart"/>
            <w:r w:rsidRPr="005D2F72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emocjami</w:t>
            </w:r>
            <w:proofErr w:type="spellEnd"/>
            <w:r w:rsidRPr="005D2F72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5D2F72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stresem</w:t>
            </w:r>
            <w:proofErr w:type="spellEnd"/>
            <w:r w:rsidRPr="005D2F72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5D2F72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presją</w:t>
            </w:r>
            <w:proofErr w:type="spellEnd"/>
            <w:r w:rsidRPr="005D2F72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rówieśniczą</w:t>
            </w:r>
            <w:proofErr w:type="spellEnd"/>
            <w:r w:rsidRPr="005D2F72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oraz</w:t>
            </w:r>
            <w:proofErr w:type="spellEnd"/>
            <w:r w:rsidRPr="005D2F72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sytuacjami</w:t>
            </w:r>
            <w:proofErr w:type="spellEnd"/>
            <w:r w:rsidRPr="005D2F72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trudnymi</w:t>
            </w:r>
            <w:proofErr w:type="spellEnd"/>
            <w:r w:rsidRPr="005D2F72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5D2F72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ryzykownymi</w:t>
            </w:r>
            <w:proofErr w:type="spellEnd"/>
            <w:r w:rsidRPr="005D2F72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i</w:t>
            </w:r>
            <w:proofErr w:type="spellEnd"/>
            <w:r w:rsidRPr="005D2F72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konfliktowymi</w:t>
            </w:r>
            <w:proofErr w:type="spellEnd"/>
            <w:r w:rsidRPr="005D2F72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9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1D77318" w14:textId="77777777" w:rsidR="00D631DC" w:rsidRPr="005D2F72" w:rsidRDefault="00975E65" w:rsidP="005D2F72">
            <w:pPr>
              <w:pStyle w:val="Listapunktowana"/>
              <w:spacing w:after="30"/>
              <w:ind w:left="215" w:hanging="11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Rozwijanie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umiejętności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rozpoznawania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nazywania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emocji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regulowania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napięcia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radzenia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sobie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ze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stresem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oraz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zwracania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się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prośbą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o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pomoc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  <w:p w14:paraId="716747CB" w14:textId="77777777" w:rsidR="00D631DC" w:rsidRPr="005D2F72" w:rsidRDefault="00975E65" w:rsidP="005D2F72">
            <w:pPr>
              <w:pStyle w:val="Listapunktowana"/>
              <w:spacing w:after="30"/>
              <w:ind w:left="215" w:hanging="11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Rozpoznawanie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mechanizmów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presji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rówieśniczej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innych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form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wywierania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wpływu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oraz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uczenie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bezpiecznych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sposobów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stawiania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granic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odmawiania</w:t>
            </w:r>
            <w:proofErr w:type="spellEnd"/>
            <w:r w:rsidRPr="005D2F72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  <w:p w14:paraId="223A1C20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Rozpowszechnianie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wśród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uczniów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rodziców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informacji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o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osobach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instytucjach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oferujących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pomoc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wsparcie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69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A55C853" w14:textId="77777777" w:rsidR="00D631DC" w:rsidRPr="009F6E3C" w:rsidRDefault="00975E65" w:rsidP="0089304B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pogadanki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indywidualne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rozmowy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wychowawcą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pedagogiem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szkolnym</w:t>
            </w:r>
            <w:proofErr w:type="spellEnd"/>
          </w:p>
          <w:p w14:paraId="37F2E3AE" w14:textId="77777777" w:rsidR="00D631DC" w:rsidRPr="009F6E3C" w:rsidRDefault="00975E65" w:rsidP="0089304B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zajęcia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wychowawcze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warsztaty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pedagogiem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lub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psychologiem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dotyczące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emocji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stresu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presji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rówieśniczej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asertywności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sposobów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szukania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pomocy</w:t>
            </w:r>
            <w:proofErr w:type="spellEnd"/>
          </w:p>
          <w:p w14:paraId="7C1567A5" w14:textId="77777777" w:rsidR="00D631DC" w:rsidRPr="008D4C86" w:rsidRDefault="00975E65">
            <w:pPr>
              <w:pStyle w:val="Listapunktowana"/>
              <w:spacing w:after="30"/>
              <w:ind w:left="215" w:hanging="113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zebrania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rodziców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gazetki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informacyjne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spotkania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pedagogiem</w:t>
            </w:r>
            <w:proofErr w:type="spellEnd"/>
          </w:p>
          <w:p w14:paraId="5C36122F" w14:textId="77777777" w:rsidR="00724678" w:rsidRDefault="009E0576" w:rsidP="008D4C86">
            <w:pPr>
              <w:pStyle w:val="Listapunktowana"/>
              <w:numPr>
                <w:ilvl w:val="0"/>
                <w:numId w:val="37"/>
              </w:numPr>
              <w:ind w:left="281" w:hanging="142"/>
            </w:pPr>
            <w:r w:rsidRPr="008D4C86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w </w:t>
            </w:r>
            <w:proofErr w:type="spellStart"/>
            <w:r w:rsidRPr="008D4C86">
              <w:rPr>
                <w:rFonts w:ascii="Times New Roman" w:eastAsia="Arial" w:hAnsi="Times New Roman" w:cs="Times New Roman"/>
                <w:sz w:val="24"/>
                <w:szCs w:val="24"/>
              </w:rPr>
              <w:t>zależności</w:t>
            </w:r>
            <w:proofErr w:type="spellEnd"/>
            <w:r w:rsidRPr="008D4C86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od </w:t>
            </w:r>
            <w:proofErr w:type="spellStart"/>
            <w:r w:rsidRPr="008D4C86">
              <w:rPr>
                <w:rFonts w:ascii="Times New Roman" w:eastAsia="Arial" w:hAnsi="Times New Roman" w:cs="Times New Roman"/>
                <w:sz w:val="24"/>
                <w:szCs w:val="24"/>
              </w:rPr>
              <w:t>wyników</w:t>
            </w:r>
            <w:proofErr w:type="spellEnd"/>
            <w:r w:rsidRPr="008D4C86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4C86">
              <w:rPr>
                <w:rFonts w:ascii="Times New Roman" w:eastAsia="Arial" w:hAnsi="Times New Roman" w:cs="Times New Roman"/>
                <w:sz w:val="24"/>
                <w:szCs w:val="24"/>
              </w:rPr>
              <w:t>corocznej</w:t>
            </w:r>
            <w:proofErr w:type="spellEnd"/>
            <w:r w:rsidRPr="008D4C86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4C86">
              <w:rPr>
                <w:rFonts w:ascii="Times New Roman" w:eastAsia="Arial" w:hAnsi="Times New Roman" w:cs="Times New Roman"/>
                <w:sz w:val="24"/>
                <w:szCs w:val="24"/>
              </w:rPr>
              <w:t>diagnozy</w:t>
            </w:r>
            <w:proofErr w:type="spellEnd"/>
            <w:r w:rsidRPr="008D4C86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8D4C86">
              <w:rPr>
                <w:rFonts w:ascii="Times New Roman" w:eastAsia="Arial" w:hAnsi="Times New Roman" w:cs="Times New Roman"/>
                <w:sz w:val="24"/>
                <w:szCs w:val="24"/>
              </w:rPr>
              <w:t>realizacja</w:t>
            </w:r>
            <w:proofErr w:type="spellEnd"/>
            <w:r w:rsidRPr="008D4C86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4C86">
              <w:rPr>
                <w:rFonts w:ascii="Times New Roman" w:eastAsia="Arial" w:hAnsi="Times New Roman" w:cs="Times New Roman"/>
                <w:sz w:val="24"/>
                <w:szCs w:val="24"/>
              </w:rPr>
              <w:t>programów</w:t>
            </w:r>
            <w:proofErr w:type="spellEnd"/>
            <w:r w:rsidRPr="008D4C86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4C86">
              <w:rPr>
                <w:rFonts w:ascii="Times New Roman" w:eastAsia="Arial" w:hAnsi="Times New Roman" w:cs="Times New Roman"/>
                <w:sz w:val="24"/>
                <w:szCs w:val="24"/>
              </w:rPr>
              <w:t>Apteczka</w:t>
            </w:r>
            <w:proofErr w:type="spellEnd"/>
            <w:r w:rsidRPr="008D4C86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4C86">
              <w:rPr>
                <w:rFonts w:ascii="Times New Roman" w:eastAsia="Arial" w:hAnsi="Times New Roman" w:cs="Times New Roman"/>
                <w:sz w:val="24"/>
                <w:szCs w:val="24"/>
              </w:rPr>
              <w:t>Pierwszej</w:t>
            </w:r>
            <w:proofErr w:type="spellEnd"/>
            <w:r w:rsidRPr="008D4C86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4C86">
              <w:rPr>
                <w:rFonts w:ascii="Times New Roman" w:eastAsia="Arial" w:hAnsi="Times New Roman" w:cs="Times New Roman"/>
                <w:sz w:val="24"/>
                <w:szCs w:val="24"/>
              </w:rPr>
              <w:t>Pomocy</w:t>
            </w:r>
            <w:proofErr w:type="spellEnd"/>
            <w:r w:rsidRPr="008D4C86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4C86">
              <w:rPr>
                <w:rFonts w:ascii="Times New Roman" w:eastAsia="Arial" w:hAnsi="Times New Roman" w:cs="Times New Roman"/>
                <w:sz w:val="24"/>
                <w:szCs w:val="24"/>
              </w:rPr>
              <w:t>Emocjonalnej</w:t>
            </w:r>
            <w:proofErr w:type="spellEnd"/>
            <w:r w:rsidRPr="008D4C86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4C86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8D4C86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Iskra </w:t>
            </w:r>
            <w:proofErr w:type="spellStart"/>
            <w:r w:rsidRPr="008D4C86">
              <w:rPr>
                <w:rFonts w:ascii="Times New Roman" w:eastAsia="Arial" w:hAnsi="Times New Roman" w:cs="Times New Roman"/>
                <w:sz w:val="24"/>
                <w:szCs w:val="24"/>
              </w:rPr>
              <w:t>Odporności</w:t>
            </w:r>
            <w:proofErr w:type="spellEnd"/>
            <w:r w:rsidRPr="008D4C86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4C86">
              <w:rPr>
                <w:rFonts w:ascii="Times New Roman" w:eastAsia="Arial" w:hAnsi="Times New Roman" w:cs="Times New Roman"/>
                <w:sz w:val="24"/>
                <w:szCs w:val="24"/>
              </w:rPr>
              <w:t>wspierających</w:t>
            </w:r>
            <w:proofErr w:type="spellEnd"/>
            <w:r w:rsidRPr="008D4C86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4C86">
              <w:rPr>
                <w:rFonts w:ascii="Times New Roman" w:eastAsia="Arial" w:hAnsi="Times New Roman" w:cs="Times New Roman"/>
                <w:sz w:val="24"/>
                <w:szCs w:val="24"/>
              </w:rPr>
              <w:t>rozwój</w:t>
            </w:r>
            <w:proofErr w:type="spellEnd"/>
            <w:r w:rsidRPr="008D4C86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4C86">
              <w:rPr>
                <w:rFonts w:ascii="Times New Roman" w:eastAsia="Arial" w:hAnsi="Times New Roman" w:cs="Times New Roman"/>
                <w:sz w:val="24"/>
                <w:szCs w:val="24"/>
              </w:rPr>
              <w:t>odporności</w:t>
            </w:r>
            <w:proofErr w:type="spellEnd"/>
            <w:r w:rsidRPr="008D4C86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4C86">
              <w:rPr>
                <w:rFonts w:ascii="Times New Roman" w:eastAsia="Arial" w:hAnsi="Times New Roman" w:cs="Times New Roman"/>
                <w:sz w:val="24"/>
                <w:szCs w:val="24"/>
              </w:rPr>
              <w:t>psychicznej</w:t>
            </w:r>
            <w:proofErr w:type="spellEnd"/>
            <w:r w:rsidRPr="008D4C86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4C86">
              <w:rPr>
                <w:rFonts w:ascii="Times New Roman" w:eastAsia="Arial" w:hAnsi="Times New Roman" w:cs="Times New Roman"/>
                <w:sz w:val="24"/>
                <w:szCs w:val="24"/>
              </w:rPr>
              <w:t>kompetencji</w:t>
            </w:r>
            <w:proofErr w:type="spellEnd"/>
            <w:r w:rsidRPr="008D4C86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4C86">
              <w:rPr>
                <w:rFonts w:ascii="Times New Roman" w:eastAsia="Arial" w:hAnsi="Times New Roman" w:cs="Times New Roman"/>
                <w:sz w:val="24"/>
                <w:szCs w:val="24"/>
              </w:rPr>
              <w:t>emocjonalnych</w:t>
            </w:r>
            <w:proofErr w:type="spellEnd"/>
            <w:r w:rsidRPr="008D4C86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4C86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8D4C86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4C86">
              <w:rPr>
                <w:rFonts w:ascii="Times New Roman" w:eastAsia="Arial" w:hAnsi="Times New Roman" w:cs="Times New Roman"/>
                <w:sz w:val="24"/>
                <w:szCs w:val="24"/>
              </w:rPr>
              <w:t>umiejętności</w:t>
            </w:r>
            <w:proofErr w:type="spellEnd"/>
            <w:r w:rsidRPr="008D4C86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4C86">
              <w:rPr>
                <w:rFonts w:ascii="Times New Roman" w:eastAsia="Arial" w:hAnsi="Times New Roman" w:cs="Times New Roman"/>
                <w:sz w:val="24"/>
                <w:szCs w:val="24"/>
              </w:rPr>
              <w:t>radzenia</w:t>
            </w:r>
            <w:proofErr w:type="spellEnd"/>
            <w:r w:rsidRPr="008D4C86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4C86">
              <w:rPr>
                <w:rFonts w:ascii="Times New Roman" w:eastAsia="Arial" w:hAnsi="Times New Roman" w:cs="Times New Roman"/>
                <w:sz w:val="24"/>
                <w:szCs w:val="24"/>
              </w:rPr>
              <w:t>sobie</w:t>
            </w:r>
            <w:proofErr w:type="spellEnd"/>
            <w:r w:rsidRPr="008D4C86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ze </w:t>
            </w:r>
            <w:proofErr w:type="spellStart"/>
            <w:r w:rsidRPr="008D4C86">
              <w:rPr>
                <w:rFonts w:ascii="Times New Roman" w:eastAsia="Arial" w:hAnsi="Times New Roman" w:cs="Times New Roman"/>
                <w:sz w:val="24"/>
                <w:szCs w:val="24"/>
              </w:rPr>
              <w:t>stresem</w:t>
            </w:r>
            <w:proofErr w:type="spellEnd"/>
            <w:r w:rsidRPr="008D4C86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</w:tc>
      </w:tr>
      <w:tr w:rsidR="00D631DC" w:rsidRPr="009F6E3C" w14:paraId="45B00F71" w14:textId="77777777">
        <w:trPr>
          <w:jc w:val="center"/>
        </w:trPr>
        <w:tc>
          <w:tcPr>
            <w:tcW w:w="34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9CE2154" w14:textId="77777777" w:rsidR="00D631DC" w:rsidRPr="009F6E3C" w:rsidRDefault="00975E65">
            <w:pPr>
              <w:spacing w:after="3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Pomoc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uczniom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mającym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trudności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w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nauce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oraz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integracją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w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zespole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9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3E16DCD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Rozpoznawanie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potrzeb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uczniów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zakresie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:</w:t>
            </w:r>
          </w:p>
          <w:p w14:paraId="5A3E4CF4" w14:textId="77777777" w:rsidR="00D631DC" w:rsidRPr="009F6E3C" w:rsidRDefault="00975E65" w:rsidP="00BB08E3">
            <w:pPr>
              <w:pStyle w:val="Listapunktowana"/>
              <w:numPr>
                <w:ilvl w:val="0"/>
                <w:numId w:val="0"/>
              </w:numPr>
              <w:spacing w:after="30"/>
              <w:ind w:left="21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budowania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właściwych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relacji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społecznych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klasie</w:t>
            </w:r>
            <w:proofErr w:type="spellEnd"/>
            <w:r w:rsidR="00BB08E3"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="00BB08E3" w:rsidRPr="009F6E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wsparcia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psychologiczno-pedagogicznego</w:t>
            </w:r>
            <w:proofErr w:type="spellEnd"/>
            <w:r w:rsidR="00BB08E3"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przyswajania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wiedzy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umiejętności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zakre</w:t>
            </w:r>
            <w:r w:rsidR="00BB08E3"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sie</w:t>
            </w:r>
            <w:proofErr w:type="spellEnd"/>
            <w:r w:rsidR="00BB08E3"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B08E3"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danego</w:t>
            </w:r>
            <w:proofErr w:type="spellEnd"/>
            <w:r w:rsidR="00BB08E3"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B08E3"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przedmiotu</w:t>
            </w:r>
            <w:proofErr w:type="spellEnd"/>
          </w:p>
          <w:p w14:paraId="231B13AB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Pozyskiwanie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od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rodziców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informacji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dotyczących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potrzeb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niepokojów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obaw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uczniów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związku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z: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trudnościami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edukacyjnymi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zaburzeniami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emocjonalnymi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sytuacjami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B08E3"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kryzysowymi</w:t>
            </w:r>
            <w:proofErr w:type="spellEnd"/>
            <w:r w:rsidR="00BB08E3"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="00BB08E3"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rodzinach</w:t>
            </w:r>
            <w:proofErr w:type="spellEnd"/>
            <w:r w:rsidR="00BB08E3"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  <w:p w14:paraId="60CE5798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Diagnoza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trudności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uczniów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kierowanie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do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specjalistów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  <w:p w14:paraId="67033F34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Organizowanie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zajęć</w:t>
            </w:r>
            <w:proofErr w:type="spellEnd"/>
            <w:r w:rsidR="00BB08E3"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pozalekcyjnych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  <w:p w14:paraId="029C97B2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Budowanie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motywacji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do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nauki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  <w:p w14:paraId="4C74270F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Dostosowanie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wymagań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do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indywidualnych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możliwości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ucznia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zgodnie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orzeczeniem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lub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opinią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PPP.</w:t>
            </w:r>
          </w:p>
          <w:p w14:paraId="1F0B486A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Zachęcanie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do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tworzenia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zespołów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pomocy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koleżeńskiej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  <w:p w14:paraId="0EE5CC73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Wskazywanie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sposobów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aktywnego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spędzania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czasu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wolnego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69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0E10543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obserwacje</w:t>
            </w:r>
            <w:proofErr w:type="spellEnd"/>
          </w:p>
          <w:p w14:paraId="739398A1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konsultacje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nauczycieli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wychowawców</w:t>
            </w:r>
            <w:proofErr w:type="spellEnd"/>
          </w:p>
          <w:p w14:paraId="005348A9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zajęcia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pedagogiem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szkolnym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psychologiem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pedagogiem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specjalnym</w:t>
            </w:r>
            <w:proofErr w:type="spellEnd"/>
          </w:p>
          <w:p w14:paraId="16172BBA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badanie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PPP</w:t>
            </w:r>
          </w:p>
          <w:p w14:paraId="11F5381F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rozmowy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rodzicami</w:t>
            </w:r>
            <w:proofErr w:type="spellEnd"/>
          </w:p>
          <w:p w14:paraId="0776ABED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obserwacje</w:t>
            </w:r>
            <w:proofErr w:type="spellEnd"/>
            <w:r w:rsidR="008013D9"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badanie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postępów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nauce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czasie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zajęć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lekcyjnych</w:t>
            </w:r>
            <w:proofErr w:type="spellEnd"/>
          </w:p>
          <w:p w14:paraId="6EAE64A3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prowadzenie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przez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pedagoga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psychologa</w:t>
            </w:r>
            <w:proofErr w:type="spellEnd"/>
            <w:r w:rsidR="008013D9"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dodatkowych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zajęć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dla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uczniów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trudnościami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nauce</w:t>
            </w:r>
            <w:proofErr w:type="spellEnd"/>
          </w:p>
          <w:p w14:paraId="3357C6CB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prowadzenie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zajęć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rozwijających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umiejętności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uczniów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wychowawcy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klas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)</w:t>
            </w:r>
          </w:p>
          <w:p w14:paraId="49723648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wzmacnianie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pozytywne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słowem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gestem</w:t>
            </w:r>
            <w:proofErr w:type="spellEnd"/>
          </w:p>
          <w:p w14:paraId="3D994E82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stawianie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wymagań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zgodnych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="008013D9"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z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możliwościami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ucznia</w:t>
            </w:r>
            <w:proofErr w:type="spellEnd"/>
          </w:p>
          <w:p w14:paraId="3D65AFB6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motywowanie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bardzo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dobrych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uczniów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do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zaangażowania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się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pomoc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słabszym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kolegom</w:t>
            </w:r>
            <w:proofErr w:type="spellEnd"/>
          </w:p>
          <w:p w14:paraId="0112B4D5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pogadanki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rozmowy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indywidualne</w:t>
            </w:r>
            <w:proofErr w:type="spellEnd"/>
          </w:p>
        </w:tc>
      </w:tr>
      <w:tr w:rsidR="00D631DC" w:rsidRPr="009F6E3C" w14:paraId="0CCA17C4" w14:textId="77777777">
        <w:trPr>
          <w:cantSplit/>
          <w:jc w:val="center"/>
        </w:trPr>
        <w:tc>
          <w:tcPr>
            <w:tcW w:w="340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E4D4782" w14:textId="77777777" w:rsidR="00D631DC" w:rsidRPr="009F6E3C" w:rsidRDefault="00975E65">
            <w:pPr>
              <w:spacing w:after="3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lastRenderedPageBreak/>
              <w:t>Pomoc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materialna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opieka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zdrowotna</w:t>
            </w:r>
            <w:proofErr w:type="spellEnd"/>
            <w:r w:rsidRPr="009F6E3C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989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5BD02EB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Wyposażanie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w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potrzebne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przybory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artykuły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szkolne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uczniów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potrzebujących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  <w:p w14:paraId="7F25D027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Opieka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nad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uczniami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po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zajęciach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lekcyjnych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  <w:p w14:paraId="68AF5FC0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Sprawowanie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opieki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pielęgniarskiej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nad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uczniami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  <w:p w14:paraId="2AF9450F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Organizowanie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akcji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charytatywnych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na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terenie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szkoły</w:t>
            </w:r>
            <w:proofErr w:type="spellEnd"/>
          </w:p>
        </w:tc>
        <w:tc>
          <w:tcPr>
            <w:tcW w:w="669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7DB110A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akcja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charytatywna</w:t>
            </w:r>
            <w:proofErr w:type="spellEnd"/>
          </w:p>
          <w:p w14:paraId="6A297623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działania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wychowawców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świetlicy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szkolnej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  <w:p w14:paraId="53A5FDD2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badania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kontrolne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prowadzone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przez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pielęgniarkę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szkolną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przeglądy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czystości</w:t>
            </w:r>
            <w:proofErr w:type="spellEnd"/>
          </w:p>
          <w:p w14:paraId="22074AB7" w14:textId="77777777" w:rsidR="00D631DC" w:rsidRPr="009F6E3C" w:rsidRDefault="00975E65">
            <w:pPr>
              <w:pStyle w:val="Listapunktowana"/>
              <w:spacing w:after="30"/>
              <w:ind w:left="215"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akcja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Boże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Narodzenie.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Wielkanoc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>Dzień</w:t>
            </w:r>
            <w:proofErr w:type="spellEnd"/>
            <w:r w:rsidRPr="009F6E3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Papieski</w:t>
            </w:r>
          </w:p>
        </w:tc>
      </w:tr>
    </w:tbl>
    <w:p w14:paraId="3FFE600B" w14:textId="77777777" w:rsidR="00D631DC" w:rsidRPr="009F6E3C" w:rsidRDefault="00D631DC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1CB7556C" w14:textId="77777777" w:rsidR="00D631DC" w:rsidRPr="009F6E3C" w:rsidRDefault="00D631DC">
      <w:pPr>
        <w:rPr>
          <w:rFonts w:ascii="Times New Roman" w:hAnsi="Times New Roman" w:cs="Times New Roman"/>
        </w:rPr>
        <w:sectPr w:rsidR="00D631DC" w:rsidRPr="009F6E3C">
          <w:pgSz w:w="16838" w:h="11906" w:orient="landscape"/>
          <w:pgMar w:top="680" w:right="709" w:bottom="680" w:left="709" w:header="720" w:footer="720" w:gutter="0"/>
          <w:cols w:space="720"/>
          <w:docGrid w:linePitch="360"/>
        </w:sectPr>
      </w:pPr>
    </w:p>
    <w:p w14:paraId="4054D864" w14:textId="77777777" w:rsidR="00D631DC" w:rsidRPr="009F6E3C" w:rsidRDefault="00975E65" w:rsidP="00F42E26">
      <w:pPr>
        <w:pStyle w:val="Nagwek1"/>
        <w:spacing w:before="200" w:after="100"/>
        <w:jc w:val="both"/>
        <w:rPr>
          <w:rFonts w:ascii="Times New Roman" w:hAnsi="Times New Roman" w:cs="Times New Roman"/>
        </w:rPr>
      </w:pPr>
      <w:r w:rsidRPr="009F6E3C">
        <w:rPr>
          <w:rFonts w:ascii="Times New Roman" w:eastAsia="Arial" w:hAnsi="Times New Roman" w:cs="Times New Roman"/>
        </w:rPr>
        <w:lastRenderedPageBreak/>
        <w:t>XI. MONITOROWANIE I EWALUACJA PROGRAMU</w:t>
      </w:r>
    </w:p>
    <w:p w14:paraId="11FE4B19" w14:textId="77777777" w:rsidR="00D631DC" w:rsidRPr="009F6E3C" w:rsidRDefault="00975E65" w:rsidP="00F42E2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6E3C">
        <w:rPr>
          <w:rFonts w:ascii="Times New Roman" w:eastAsia="Arial" w:hAnsi="Times New Roman" w:cs="Times New Roman"/>
          <w:sz w:val="24"/>
          <w:szCs w:val="24"/>
        </w:rPr>
        <w:t xml:space="preserve">Program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podlega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systematycznemu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monitorowaniu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oraz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corocznej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ewaluacji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.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Wyniki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służą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ocenie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skuteczności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podejmowanych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działań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modyfikowaniu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programu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planowaniu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działań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na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kolejny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rok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szkolny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.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Coroczna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diagnoza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powinna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zostać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przeprowadzona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przez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dyrektora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szkoły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lub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upoważnionego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pracownika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obejmować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potrzeby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rozwojowe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uczniów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czynniki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chroniące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F42E26">
        <w:rPr>
          <w:rFonts w:ascii="Times New Roman" w:eastAsia="Arial" w:hAnsi="Times New Roman" w:cs="Times New Roman"/>
          <w:sz w:val="24"/>
          <w:szCs w:val="24"/>
        </w:rPr>
        <w:br/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czynniki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ryzyka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ze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szczególnym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uwzględnieniem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substancji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psychoaktywnych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oraz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aktywności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uczniów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w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środowisku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cyfrowym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>.</w:t>
      </w:r>
    </w:p>
    <w:p w14:paraId="6393BE98" w14:textId="77777777" w:rsidR="00D631DC" w:rsidRPr="005F54E3" w:rsidRDefault="00975E65" w:rsidP="00F42E26">
      <w:pPr>
        <w:pStyle w:val="Nagwek2"/>
        <w:spacing w:before="140" w:after="10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F54E3">
        <w:rPr>
          <w:rFonts w:ascii="Times New Roman" w:eastAsia="Arial" w:hAnsi="Times New Roman" w:cs="Times New Roman"/>
          <w:sz w:val="28"/>
          <w:szCs w:val="28"/>
        </w:rPr>
        <w:t>Źródła</w:t>
      </w:r>
      <w:proofErr w:type="spellEnd"/>
      <w:r w:rsidRPr="005F54E3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5F54E3">
        <w:rPr>
          <w:rFonts w:ascii="Times New Roman" w:eastAsia="Arial" w:hAnsi="Times New Roman" w:cs="Times New Roman"/>
          <w:sz w:val="28"/>
          <w:szCs w:val="28"/>
        </w:rPr>
        <w:t>informacji</w:t>
      </w:r>
      <w:proofErr w:type="spellEnd"/>
      <w:r w:rsidRPr="005F54E3">
        <w:rPr>
          <w:rFonts w:ascii="Times New Roman" w:eastAsia="Arial" w:hAnsi="Times New Roman" w:cs="Times New Roman"/>
          <w:sz w:val="28"/>
          <w:szCs w:val="28"/>
        </w:rPr>
        <w:t xml:space="preserve"> w </w:t>
      </w:r>
      <w:proofErr w:type="spellStart"/>
      <w:r w:rsidRPr="005F54E3">
        <w:rPr>
          <w:rFonts w:ascii="Times New Roman" w:eastAsia="Arial" w:hAnsi="Times New Roman" w:cs="Times New Roman"/>
          <w:sz w:val="28"/>
          <w:szCs w:val="28"/>
        </w:rPr>
        <w:t>ewaluacji</w:t>
      </w:r>
      <w:proofErr w:type="spellEnd"/>
    </w:p>
    <w:p w14:paraId="3603B61F" w14:textId="77777777" w:rsidR="00D631DC" w:rsidRPr="009F6E3C" w:rsidRDefault="00975E65" w:rsidP="00F42E26">
      <w:pPr>
        <w:pStyle w:val="Listapunktowana"/>
        <w:spacing w:after="0" w:line="36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obserwacja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uczniów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w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czasie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lekcji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przerw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wydarzeń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wycieczek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>;</w:t>
      </w:r>
    </w:p>
    <w:p w14:paraId="476E8220" w14:textId="77777777" w:rsidR="00D631DC" w:rsidRPr="009F6E3C" w:rsidRDefault="00975E65" w:rsidP="00F42E26">
      <w:pPr>
        <w:pStyle w:val="Listapunktowana"/>
        <w:spacing w:after="0" w:line="36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ankiety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rozmowy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z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uczniami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rodzicami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nauczycielami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z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analizą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odpowiedzi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według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grup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wiekowych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- w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szczególności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sygnałów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uczniów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klas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I-III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dotyczących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relacji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ze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starszymi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kolegami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>;</w:t>
      </w:r>
    </w:p>
    <w:p w14:paraId="7582EEAC" w14:textId="77777777" w:rsidR="00D631DC" w:rsidRPr="009F6E3C" w:rsidRDefault="00975E65" w:rsidP="00F42E26">
      <w:pPr>
        <w:pStyle w:val="Listapunktowana"/>
        <w:spacing w:after="0" w:line="36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analiza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dokumentacji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szkolnej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uwag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interwencji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zgłoszeń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>;</w:t>
      </w:r>
    </w:p>
    <w:p w14:paraId="3B0B2FA6" w14:textId="77777777" w:rsidR="00D631DC" w:rsidRPr="009F6E3C" w:rsidRDefault="00975E65" w:rsidP="00F42E26">
      <w:pPr>
        <w:pStyle w:val="Listapunktowana"/>
        <w:spacing w:after="0" w:line="36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analiza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sprawozdań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wychowawców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pedagoga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psychologa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pedagoga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specjalnego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pielęgniarki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lub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higienistki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szkolnej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>;</w:t>
      </w:r>
    </w:p>
    <w:p w14:paraId="372FD430" w14:textId="77777777" w:rsidR="00D631DC" w:rsidRPr="009F6E3C" w:rsidRDefault="00975E65" w:rsidP="00F42E26">
      <w:pPr>
        <w:pStyle w:val="Listapunktowana"/>
        <w:spacing w:after="0" w:line="36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analiza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frekwencji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sytuacji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wychowawczych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przypadków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wymagających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pomocy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psychologiczno-pedagogicznej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>;</w:t>
      </w:r>
    </w:p>
    <w:p w14:paraId="40EC09F5" w14:textId="77777777" w:rsidR="00D631DC" w:rsidRPr="009F6E3C" w:rsidRDefault="00975E65" w:rsidP="00F42E26">
      <w:pPr>
        <w:pStyle w:val="Listapunktowana"/>
        <w:spacing w:after="0" w:line="36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wnioski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z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nadzoru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pedagogicznego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pracy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zespołów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nauczycielskich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oraz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współpracy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F42E26">
        <w:rPr>
          <w:rFonts w:ascii="Times New Roman" w:eastAsia="Arial" w:hAnsi="Times New Roman" w:cs="Times New Roman"/>
          <w:sz w:val="24"/>
          <w:szCs w:val="24"/>
        </w:rPr>
        <w:br/>
      </w:r>
      <w:r w:rsidRPr="009F6E3C">
        <w:rPr>
          <w:rFonts w:ascii="Times New Roman" w:eastAsia="Arial" w:hAnsi="Times New Roman" w:cs="Times New Roman"/>
          <w:sz w:val="24"/>
          <w:szCs w:val="24"/>
        </w:rPr>
        <w:t xml:space="preserve">z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instytucjami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zewnętrznymi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>.</w:t>
      </w:r>
    </w:p>
    <w:p w14:paraId="3A46D1A6" w14:textId="77777777" w:rsidR="00D631DC" w:rsidRPr="005F54E3" w:rsidRDefault="00975E65" w:rsidP="00F42E26">
      <w:pPr>
        <w:pStyle w:val="Nagwek2"/>
        <w:spacing w:before="140" w:after="10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F54E3">
        <w:rPr>
          <w:rFonts w:ascii="Times New Roman" w:eastAsia="Arial" w:hAnsi="Times New Roman" w:cs="Times New Roman"/>
          <w:sz w:val="28"/>
          <w:szCs w:val="28"/>
        </w:rPr>
        <w:t>Wskaźniki</w:t>
      </w:r>
      <w:proofErr w:type="spellEnd"/>
      <w:r w:rsidRPr="005F54E3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5F54E3">
        <w:rPr>
          <w:rFonts w:ascii="Times New Roman" w:eastAsia="Arial" w:hAnsi="Times New Roman" w:cs="Times New Roman"/>
          <w:sz w:val="28"/>
          <w:szCs w:val="28"/>
        </w:rPr>
        <w:t>szczególnie</w:t>
      </w:r>
      <w:proofErr w:type="spellEnd"/>
      <w:r w:rsidRPr="005F54E3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5F54E3">
        <w:rPr>
          <w:rFonts w:ascii="Times New Roman" w:eastAsia="Arial" w:hAnsi="Times New Roman" w:cs="Times New Roman"/>
          <w:sz w:val="28"/>
          <w:szCs w:val="28"/>
        </w:rPr>
        <w:t>monitorowane</w:t>
      </w:r>
      <w:proofErr w:type="spellEnd"/>
      <w:r w:rsidRPr="005F54E3">
        <w:rPr>
          <w:rFonts w:ascii="Times New Roman" w:eastAsia="Arial" w:hAnsi="Times New Roman" w:cs="Times New Roman"/>
          <w:sz w:val="28"/>
          <w:szCs w:val="28"/>
        </w:rPr>
        <w:t xml:space="preserve"> w </w:t>
      </w:r>
      <w:proofErr w:type="spellStart"/>
      <w:r w:rsidRPr="005F54E3">
        <w:rPr>
          <w:rFonts w:ascii="Times New Roman" w:eastAsia="Arial" w:hAnsi="Times New Roman" w:cs="Times New Roman"/>
          <w:sz w:val="28"/>
          <w:szCs w:val="28"/>
        </w:rPr>
        <w:t>związku</w:t>
      </w:r>
      <w:proofErr w:type="spellEnd"/>
      <w:r w:rsidRPr="005F54E3">
        <w:rPr>
          <w:rFonts w:ascii="Times New Roman" w:eastAsia="Arial" w:hAnsi="Times New Roman" w:cs="Times New Roman"/>
          <w:sz w:val="28"/>
          <w:szCs w:val="28"/>
        </w:rPr>
        <w:t xml:space="preserve"> z </w:t>
      </w:r>
      <w:proofErr w:type="spellStart"/>
      <w:r w:rsidRPr="005F54E3">
        <w:rPr>
          <w:rFonts w:ascii="Times New Roman" w:eastAsia="Arial" w:hAnsi="Times New Roman" w:cs="Times New Roman"/>
          <w:sz w:val="28"/>
          <w:szCs w:val="28"/>
        </w:rPr>
        <w:t>diagnozą</w:t>
      </w:r>
      <w:proofErr w:type="spellEnd"/>
      <w:r w:rsidRPr="005F54E3">
        <w:rPr>
          <w:rFonts w:ascii="Times New Roman" w:eastAsia="Arial" w:hAnsi="Times New Roman" w:cs="Times New Roman"/>
          <w:sz w:val="28"/>
          <w:szCs w:val="28"/>
        </w:rPr>
        <w:t xml:space="preserve"> 2026/2027</w:t>
      </w:r>
    </w:p>
    <w:p w14:paraId="49E59862" w14:textId="77777777" w:rsidR="00D631DC" w:rsidRPr="009F6E3C" w:rsidRDefault="00975E65" w:rsidP="00F42E26">
      <w:pPr>
        <w:pStyle w:val="Listapunktowana"/>
        <w:spacing w:after="0" w:line="36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częstotliwość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zgłoszeń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interwencji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dotyczących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braku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szacunku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wulgaryzmów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agresji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słownej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pojedynczych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zachowań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agresji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fizycznej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przemocy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emocjonalnej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psychicznej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oraz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dokuczania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>;</w:t>
      </w:r>
    </w:p>
    <w:p w14:paraId="0813C198" w14:textId="77777777" w:rsidR="00D631DC" w:rsidRPr="009F6E3C" w:rsidRDefault="00975E65" w:rsidP="00F42E26">
      <w:pPr>
        <w:pStyle w:val="Listapunktowana"/>
        <w:spacing w:after="0" w:line="36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poczucie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bezpieczeństwa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jakość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relacji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rówieśniczych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poziom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wzajemnego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szacunku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deklarowane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przez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uczniów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rodziców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nauczycieli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z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uwzględnieniem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opinii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najmłodszych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uczniów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>;</w:t>
      </w:r>
    </w:p>
    <w:p w14:paraId="78F69D76" w14:textId="77777777" w:rsidR="00D631DC" w:rsidRPr="009F6E3C" w:rsidRDefault="00975E65" w:rsidP="00F42E26">
      <w:pPr>
        <w:pStyle w:val="Listapunktowana"/>
        <w:spacing w:after="0" w:line="36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liczba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charakter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przypadków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cyberprzemocy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hejtu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oraz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sposób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skuteczność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reakcji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szkoły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>;</w:t>
      </w:r>
    </w:p>
    <w:p w14:paraId="2803AF61" w14:textId="77777777" w:rsidR="00D631DC" w:rsidRPr="009F6E3C" w:rsidRDefault="00975E65" w:rsidP="00F42E26">
      <w:pPr>
        <w:pStyle w:val="Listapunktowana"/>
        <w:spacing w:after="0" w:line="36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przypadki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naruszania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zasad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korzystania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z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telefonów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innych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urządzeń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elektronicznych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deklarowany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czas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korzystania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z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Internetu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oraz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obserwowane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zmiany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w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zakresie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higieny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cyfrowej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aktywności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off-line;</w:t>
      </w:r>
    </w:p>
    <w:p w14:paraId="306BEB4A" w14:textId="77777777" w:rsidR="00D631DC" w:rsidRPr="009F6E3C" w:rsidRDefault="00975E65" w:rsidP="00F42E26">
      <w:pPr>
        <w:pStyle w:val="Listapunktowana"/>
        <w:spacing w:after="0" w:line="36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przypadki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palenia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papierosów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>, e-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papierosów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lub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używania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innych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wyrobów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nikotynowych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oraz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efekty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prowadzonych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działań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profilaktycznych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>;</w:t>
      </w:r>
    </w:p>
    <w:p w14:paraId="372E4190" w14:textId="77777777" w:rsidR="00D631DC" w:rsidRPr="009F6E3C" w:rsidRDefault="00975E65" w:rsidP="00F42E26">
      <w:pPr>
        <w:pStyle w:val="Listapunktowana"/>
        <w:spacing w:after="0" w:line="36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udział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uczniów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w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warsztatach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działaniach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rozwijających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kompetencje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społeczne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oraz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deklarowane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umiejętności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radzenia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sobie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z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emocjami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stresem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presją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rówieśniczą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>;</w:t>
      </w:r>
    </w:p>
    <w:p w14:paraId="0495F653" w14:textId="77777777" w:rsidR="00D631DC" w:rsidRPr="009F6E3C" w:rsidRDefault="00975E65" w:rsidP="00F42E26">
      <w:pPr>
        <w:pStyle w:val="Listapunktowana"/>
        <w:spacing w:after="0" w:line="36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lastRenderedPageBreak/>
        <w:t>zakres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współpracy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z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rodzicami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instytucjami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wspierającymi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szkołę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frekwencja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na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warsztatach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F42E26">
        <w:rPr>
          <w:rFonts w:ascii="Times New Roman" w:eastAsia="Arial" w:hAnsi="Times New Roman" w:cs="Times New Roman"/>
          <w:sz w:val="24"/>
          <w:szCs w:val="24"/>
        </w:rPr>
        <w:br/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prelekcjach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oraz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liczba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uczniów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rodzin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korzystających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ze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wsparcia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specjalistycznego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>.</w:t>
      </w:r>
    </w:p>
    <w:p w14:paraId="08178CCC" w14:textId="77777777" w:rsidR="00D631DC" w:rsidRPr="005F54E3" w:rsidRDefault="00975E65" w:rsidP="00F42E26">
      <w:pPr>
        <w:pStyle w:val="Nagwek2"/>
        <w:spacing w:before="140" w:after="10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F54E3">
        <w:rPr>
          <w:rFonts w:ascii="Times New Roman" w:eastAsia="Arial" w:hAnsi="Times New Roman" w:cs="Times New Roman"/>
          <w:sz w:val="28"/>
          <w:szCs w:val="28"/>
        </w:rPr>
        <w:t>Tryb</w:t>
      </w:r>
      <w:proofErr w:type="spellEnd"/>
      <w:r w:rsidRPr="005F54E3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5F54E3">
        <w:rPr>
          <w:rFonts w:ascii="Times New Roman" w:eastAsia="Arial" w:hAnsi="Times New Roman" w:cs="Times New Roman"/>
          <w:sz w:val="28"/>
          <w:szCs w:val="28"/>
        </w:rPr>
        <w:t>corocznej</w:t>
      </w:r>
      <w:proofErr w:type="spellEnd"/>
      <w:r w:rsidRPr="005F54E3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spellStart"/>
      <w:r w:rsidRPr="005F54E3">
        <w:rPr>
          <w:rFonts w:ascii="Times New Roman" w:eastAsia="Arial" w:hAnsi="Times New Roman" w:cs="Times New Roman"/>
          <w:sz w:val="28"/>
          <w:szCs w:val="28"/>
        </w:rPr>
        <w:t>aktualizacji</w:t>
      </w:r>
      <w:proofErr w:type="spellEnd"/>
    </w:p>
    <w:p w14:paraId="0A811BE5" w14:textId="77777777" w:rsidR="00D631DC" w:rsidRPr="009F6E3C" w:rsidRDefault="00975E65" w:rsidP="00F42E26">
      <w:pPr>
        <w:spacing w:after="0" w:line="360" w:lineRule="auto"/>
        <w:ind w:left="454" w:hanging="340"/>
        <w:jc w:val="both"/>
        <w:rPr>
          <w:rFonts w:ascii="Times New Roman" w:hAnsi="Times New Roman" w:cs="Times New Roman"/>
          <w:sz w:val="24"/>
          <w:szCs w:val="24"/>
        </w:rPr>
      </w:pPr>
      <w:r w:rsidRPr="009F6E3C">
        <w:rPr>
          <w:rFonts w:ascii="Times New Roman" w:eastAsia="Arial" w:hAnsi="Times New Roman" w:cs="Times New Roman"/>
          <w:sz w:val="24"/>
          <w:szCs w:val="24"/>
        </w:rPr>
        <w:t xml:space="preserve">1.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na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początku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roku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szkolnego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przeprowadza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się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lub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aktualizuje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diagnozę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potrzeb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oraz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czynników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ryzyka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chroniących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>;</w:t>
      </w:r>
    </w:p>
    <w:p w14:paraId="1617D2FF" w14:textId="77777777" w:rsidR="00D631DC" w:rsidRPr="009F6E3C" w:rsidRDefault="00975E65" w:rsidP="00F42E26">
      <w:pPr>
        <w:spacing w:after="0" w:line="360" w:lineRule="auto"/>
        <w:ind w:left="454" w:hanging="340"/>
        <w:jc w:val="both"/>
        <w:rPr>
          <w:rFonts w:ascii="Times New Roman" w:hAnsi="Times New Roman" w:cs="Times New Roman"/>
          <w:sz w:val="24"/>
          <w:szCs w:val="24"/>
        </w:rPr>
      </w:pPr>
      <w:r w:rsidRPr="009F6E3C">
        <w:rPr>
          <w:rFonts w:ascii="Times New Roman" w:eastAsia="Arial" w:hAnsi="Times New Roman" w:cs="Times New Roman"/>
          <w:sz w:val="24"/>
          <w:szCs w:val="24"/>
        </w:rPr>
        <w:t xml:space="preserve">2.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analizuje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się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kierunki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polityki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oświatowej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państwa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ogłoszone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dla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danego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roku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szkolnego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>;</w:t>
      </w:r>
    </w:p>
    <w:p w14:paraId="2B0639F5" w14:textId="77777777" w:rsidR="00D631DC" w:rsidRPr="009F6E3C" w:rsidRDefault="00975E65" w:rsidP="00F42E26">
      <w:pPr>
        <w:spacing w:after="0" w:line="360" w:lineRule="auto"/>
        <w:ind w:left="454" w:hanging="340"/>
        <w:jc w:val="both"/>
        <w:rPr>
          <w:rFonts w:ascii="Times New Roman" w:hAnsi="Times New Roman" w:cs="Times New Roman"/>
          <w:sz w:val="24"/>
          <w:szCs w:val="24"/>
        </w:rPr>
      </w:pPr>
      <w:r w:rsidRPr="009F6E3C">
        <w:rPr>
          <w:rFonts w:ascii="Times New Roman" w:eastAsia="Arial" w:hAnsi="Times New Roman" w:cs="Times New Roman"/>
          <w:sz w:val="24"/>
          <w:szCs w:val="24"/>
        </w:rPr>
        <w:t xml:space="preserve">3.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na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podstawie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diagnozy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ewaluacji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wyznacza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się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zadania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priorytetowe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oraz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ewentualne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modyfikacje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programu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>;</w:t>
      </w:r>
    </w:p>
    <w:p w14:paraId="28EA441F" w14:textId="77777777" w:rsidR="00D631DC" w:rsidRPr="009F6E3C" w:rsidRDefault="00975E65" w:rsidP="00F42E26">
      <w:pPr>
        <w:spacing w:after="0" w:line="360" w:lineRule="auto"/>
        <w:ind w:left="454" w:hanging="340"/>
        <w:jc w:val="both"/>
        <w:rPr>
          <w:rFonts w:ascii="Times New Roman" w:hAnsi="Times New Roman" w:cs="Times New Roman"/>
          <w:sz w:val="24"/>
          <w:szCs w:val="24"/>
        </w:rPr>
      </w:pPr>
      <w:r w:rsidRPr="009F6E3C">
        <w:rPr>
          <w:rFonts w:ascii="Times New Roman" w:eastAsia="Arial" w:hAnsi="Times New Roman" w:cs="Times New Roman"/>
          <w:sz w:val="24"/>
          <w:szCs w:val="24"/>
        </w:rPr>
        <w:t xml:space="preserve">4.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wyniki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ewaluacji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wnioski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przekazuje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się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Radzie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Pedagogicznej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Radzie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Rodziców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zgodnie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F42E26">
        <w:rPr>
          <w:rFonts w:ascii="Times New Roman" w:eastAsia="Arial" w:hAnsi="Times New Roman" w:cs="Times New Roman"/>
          <w:sz w:val="24"/>
          <w:szCs w:val="24"/>
        </w:rPr>
        <w:br/>
      </w:r>
      <w:r w:rsidRPr="009F6E3C">
        <w:rPr>
          <w:rFonts w:ascii="Times New Roman" w:eastAsia="Arial" w:hAnsi="Times New Roman" w:cs="Times New Roman"/>
          <w:sz w:val="24"/>
          <w:szCs w:val="24"/>
        </w:rPr>
        <w:t xml:space="preserve">z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kompetencjami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tych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organów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>;</w:t>
      </w:r>
    </w:p>
    <w:p w14:paraId="3E44241E" w14:textId="77777777" w:rsidR="00D631DC" w:rsidRPr="009F6E3C" w:rsidRDefault="00975E65" w:rsidP="00F42E26">
      <w:pPr>
        <w:spacing w:after="0" w:line="360" w:lineRule="auto"/>
        <w:ind w:left="454" w:hanging="340"/>
        <w:jc w:val="both"/>
        <w:rPr>
          <w:rFonts w:ascii="Times New Roman" w:hAnsi="Times New Roman" w:cs="Times New Roman"/>
          <w:sz w:val="24"/>
          <w:szCs w:val="24"/>
        </w:rPr>
      </w:pPr>
      <w:r w:rsidRPr="009F6E3C">
        <w:rPr>
          <w:rFonts w:ascii="Times New Roman" w:eastAsia="Arial" w:hAnsi="Times New Roman" w:cs="Times New Roman"/>
          <w:sz w:val="24"/>
          <w:szCs w:val="24"/>
        </w:rPr>
        <w:t xml:space="preserve">5. po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zakończeniu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roku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szkolnego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formułuje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się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rekomendacje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do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pracy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w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kolejnym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sz w:val="24"/>
          <w:szCs w:val="24"/>
        </w:rPr>
        <w:t>roku</w:t>
      </w:r>
      <w:proofErr w:type="spellEnd"/>
      <w:r w:rsidRPr="009F6E3C">
        <w:rPr>
          <w:rFonts w:ascii="Times New Roman" w:eastAsia="Arial" w:hAnsi="Times New Roman" w:cs="Times New Roman"/>
          <w:sz w:val="24"/>
          <w:szCs w:val="24"/>
        </w:rPr>
        <w:t>.</w:t>
      </w:r>
    </w:p>
    <w:p w14:paraId="572A57FB" w14:textId="77777777" w:rsidR="00D631DC" w:rsidRPr="009F6E3C" w:rsidRDefault="00975E65" w:rsidP="00F42E26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F6E3C">
        <w:rPr>
          <w:rFonts w:ascii="Times New Roman" w:eastAsia="Arial" w:hAnsi="Times New Roman" w:cs="Times New Roman"/>
          <w:i/>
          <w:sz w:val="24"/>
          <w:szCs w:val="24"/>
        </w:rPr>
        <w:t xml:space="preserve">Program jest </w:t>
      </w:r>
      <w:proofErr w:type="spellStart"/>
      <w:r w:rsidRPr="009F6E3C">
        <w:rPr>
          <w:rFonts w:ascii="Times New Roman" w:eastAsia="Arial" w:hAnsi="Times New Roman" w:cs="Times New Roman"/>
          <w:i/>
          <w:sz w:val="24"/>
          <w:szCs w:val="24"/>
        </w:rPr>
        <w:t>dokumentem</w:t>
      </w:r>
      <w:proofErr w:type="spellEnd"/>
      <w:r w:rsidRPr="009F6E3C">
        <w:rPr>
          <w:rFonts w:ascii="Times New Roman" w:eastAsia="Arial" w:hAnsi="Times New Roman" w:cs="Times New Roman"/>
          <w:i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i/>
          <w:sz w:val="24"/>
          <w:szCs w:val="24"/>
        </w:rPr>
        <w:t>otwartym</w:t>
      </w:r>
      <w:proofErr w:type="spellEnd"/>
      <w:r w:rsidRPr="009F6E3C">
        <w:rPr>
          <w:rFonts w:ascii="Times New Roman" w:eastAsia="Arial" w:hAnsi="Times New Roman" w:cs="Times New Roman"/>
          <w:i/>
          <w:sz w:val="24"/>
          <w:szCs w:val="24"/>
        </w:rPr>
        <w:t xml:space="preserve">. </w:t>
      </w:r>
      <w:proofErr w:type="spellStart"/>
      <w:r w:rsidRPr="009F6E3C">
        <w:rPr>
          <w:rFonts w:ascii="Times New Roman" w:eastAsia="Arial" w:hAnsi="Times New Roman" w:cs="Times New Roman"/>
          <w:i/>
          <w:sz w:val="24"/>
          <w:szCs w:val="24"/>
        </w:rPr>
        <w:t>Może</w:t>
      </w:r>
      <w:proofErr w:type="spellEnd"/>
      <w:r w:rsidRPr="009F6E3C">
        <w:rPr>
          <w:rFonts w:ascii="Times New Roman" w:eastAsia="Arial" w:hAnsi="Times New Roman" w:cs="Times New Roman"/>
          <w:i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i/>
          <w:sz w:val="24"/>
          <w:szCs w:val="24"/>
        </w:rPr>
        <w:t>być</w:t>
      </w:r>
      <w:proofErr w:type="spellEnd"/>
      <w:r w:rsidRPr="009F6E3C">
        <w:rPr>
          <w:rFonts w:ascii="Times New Roman" w:eastAsia="Arial" w:hAnsi="Times New Roman" w:cs="Times New Roman"/>
          <w:i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i/>
          <w:sz w:val="24"/>
          <w:szCs w:val="24"/>
        </w:rPr>
        <w:t>modyfikowany</w:t>
      </w:r>
      <w:proofErr w:type="spellEnd"/>
      <w:r w:rsidRPr="009F6E3C">
        <w:rPr>
          <w:rFonts w:ascii="Times New Roman" w:eastAsia="Arial" w:hAnsi="Times New Roman" w:cs="Times New Roman"/>
          <w:i/>
          <w:sz w:val="24"/>
          <w:szCs w:val="24"/>
        </w:rPr>
        <w:t xml:space="preserve"> w </w:t>
      </w:r>
      <w:proofErr w:type="spellStart"/>
      <w:r w:rsidRPr="009F6E3C">
        <w:rPr>
          <w:rFonts w:ascii="Times New Roman" w:eastAsia="Arial" w:hAnsi="Times New Roman" w:cs="Times New Roman"/>
          <w:i/>
          <w:sz w:val="24"/>
          <w:szCs w:val="24"/>
        </w:rPr>
        <w:t>okresie</w:t>
      </w:r>
      <w:proofErr w:type="spellEnd"/>
      <w:r w:rsidRPr="009F6E3C">
        <w:rPr>
          <w:rFonts w:ascii="Times New Roman" w:eastAsia="Arial" w:hAnsi="Times New Roman" w:cs="Times New Roman"/>
          <w:i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i/>
          <w:sz w:val="24"/>
          <w:szCs w:val="24"/>
        </w:rPr>
        <w:t>obowiązywania</w:t>
      </w:r>
      <w:proofErr w:type="spellEnd"/>
      <w:r w:rsidRPr="009F6E3C">
        <w:rPr>
          <w:rFonts w:ascii="Times New Roman" w:eastAsia="Arial" w:hAnsi="Times New Roman" w:cs="Times New Roman"/>
          <w:i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i/>
          <w:sz w:val="24"/>
          <w:szCs w:val="24"/>
        </w:rPr>
        <w:t>jeżeli</w:t>
      </w:r>
      <w:proofErr w:type="spellEnd"/>
      <w:r w:rsidRPr="009F6E3C">
        <w:rPr>
          <w:rFonts w:ascii="Times New Roman" w:eastAsia="Arial" w:hAnsi="Times New Roman" w:cs="Times New Roman"/>
          <w:i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i/>
          <w:sz w:val="24"/>
          <w:szCs w:val="24"/>
        </w:rPr>
        <w:t>wyniki</w:t>
      </w:r>
      <w:proofErr w:type="spellEnd"/>
      <w:r w:rsidRPr="009F6E3C">
        <w:rPr>
          <w:rFonts w:ascii="Times New Roman" w:eastAsia="Arial" w:hAnsi="Times New Roman" w:cs="Times New Roman"/>
          <w:i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i/>
          <w:sz w:val="24"/>
          <w:szCs w:val="24"/>
        </w:rPr>
        <w:t>diagnozy</w:t>
      </w:r>
      <w:proofErr w:type="spellEnd"/>
      <w:r w:rsidRPr="009F6E3C">
        <w:rPr>
          <w:rFonts w:ascii="Times New Roman" w:eastAsia="Arial" w:hAnsi="Times New Roman" w:cs="Times New Roman"/>
          <w:i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i/>
          <w:sz w:val="24"/>
          <w:szCs w:val="24"/>
        </w:rPr>
        <w:t>ewaluacji</w:t>
      </w:r>
      <w:proofErr w:type="spellEnd"/>
      <w:r w:rsidRPr="009F6E3C">
        <w:rPr>
          <w:rFonts w:ascii="Times New Roman" w:eastAsia="Arial" w:hAnsi="Times New Roman" w:cs="Times New Roman"/>
          <w:i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i/>
          <w:sz w:val="24"/>
          <w:szCs w:val="24"/>
        </w:rPr>
        <w:t>zmiany</w:t>
      </w:r>
      <w:proofErr w:type="spellEnd"/>
      <w:r w:rsidRPr="009F6E3C">
        <w:rPr>
          <w:rFonts w:ascii="Times New Roman" w:eastAsia="Arial" w:hAnsi="Times New Roman" w:cs="Times New Roman"/>
          <w:i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i/>
          <w:sz w:val="24"/>
          <w:szCs w:val="24"/>
        </w:rPr>
        <w:t>prawa</w:t>
      </w:r>
      <w:proofErr w:type="spellEnd"/>
      <w:r w:rsidRPr="009F6E3C">
        <w:rPr>
          <w:rFonts w:ascii="Times New Roman" w:eastAsia="Arial" w:hAnsi="Times New Roman" w:cs="Times New Roman"/>
          <w:i/>
          <w:sz w:val="24"/>
          <w:szCs w:val="24"/>
        </w:rPr>
        <w:t xml:space="preserve">, </w:t>
      </w:r>
      <w:proofErr w:type="spellStart"/>
      <w:r w:rsidRPr="009F6E3C">
        <w:rPr>
          <w:rFonts w:ascii="Times New Roman" w:eastAsia="Arial" w:hAnsi="Times New Roman" w:cs="Times New Roman"/>
          <w:i/>
          <w:sz w:val="24"/>
          <w:szCs w:val="24"/>
        </w:rPr>
        <w:t>nowe</w:t>
      </w:r>
      <w:proofErr w:type="spellEnd"/>
      <w:r w:rsidRPr="009F6E3C">
        <w:rPr>
          <w:rFonts w:ascii="Times New Roman" w:eastAsia="Arial" w:hAnsi="Times New Roman" w:cs="Times New Roman"/>
          <w:i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i/>
          <w:sz w:val="24"/>
          <w:szCs w:val="24"/>
        </w:rPr>
        <w:t>zagrożenia</w:t>
      </w:r>
      <w:proofErr w:type="spellEnd"/>
      <w:r w:rsidRPr="009F6E3C">
        <w:rPr>
          <w:rFonts w:ascii="Times New Roman" w:eastAsia="Arial" w:hAnsi="Times New Roman" w:cs="Times New Roman"/>
          <w:i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i/>
          <w:sz w:val="24"/>
          <w:szCs w:val="24"/>
        </w:rPr>
        <w:t>lub</w:t>
      </w:r>
      <w:proofErr w:type="spellEnd"/>
      <w:r w:rsidRPr="009F6E3C">
        <w:rPr>
          <w:rFonts w:ascii="Times New Roman" w:eastAsia="Arial" w:hAnsi="Times New Roman" w:cs="Times New Roman"/>
          <w:i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i/>
          <w:sz w:val="24"/>
          <w:szCs w:val="24"/>
        </w:rPr>
        <w:t>kierunki</w:t>
      </w:r>
      <w:proofErr w:type="spellEnd"/>
      <w:r w:rsidRPr="009F6E3C">
        <w:rPr>
          <w:rFonts w:ascii="Times New Roman" w:eastAsia="Arial" w:hAnsi="Times New Roman" w:cs="Times New Roman"/>
          <w:i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i/>
          <w:sz w:val="24"/>
          <w:szCs w:val="24"/>
        </w:rPr>
        <w:t>polityki</w:t>
      </w:r>
      <w:proofErr w:type="spellEnd"/>
      <w:r w:rsidRPr="009F6E3C">
        <w:rPr>
          <w:rFonts w:ascii="Times New Roman" w:eastAsia="Arial" w:hAnsi="Times New Roman" w:cs="Times New Roman"/>
          <w:i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i/>
          <w:sz w:val="24"/>
          <w:szCs w:val="24"/>
        </w:rPr>
        <w:t>oświatowej</w:t>
      </w:r>
      <w:proofErr w:type="spellEnd"/>
      <w:r w:rsidRPr="009F6E3C">
        <w:rPr>
          <w:rFonts w:ascii="Times New Roman" w:eastAsia="Arial" w:hAnsi="Times New Roman" w:cs="Times New Roman"/>
          <w:i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i/>
          <w:sz w:val="24"/>
          <w:szCs w:val="24"/>
        </w:rPr>
        <w:t>państwa</w:t>
      </w:r>
      <w:proofErr w:type="spellEnd"/>
      <w:r w:rsidRPr="009F6E3C">
        <w:rPr>
          <w:rFonts w:ascii="Times New Roman" w:eastAsia="Arial" w:hAnsi="Times New Roman" w:cs="Times New Roman"/>
          <w:i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i/>
          <w:sz w:val="24"/>
          <w:szCs w:val="24"/>
        </w:rPr>
        <w:t>uzasadniają</w:t>
      </w:r>
      <w:proofErr w:type="spellEnd"/>
      <w:r w:rsidRPr="009F6E3C">
        <w:rPr>
          <w:rFonts w:ascii="Times New Roman" w:eastAsia="Arial" w:hAnsi="Times New Roman" w:cs="Times New Roman"/>
          <w:i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i/>
          <w:sz w:val="24"/>
          <w:szCs w:val="24"/>
        </w:rPr>
        <w:t>zmianę</w:t>
      </w:r>
      <w:proofErr w:type="spellEnd"/>
      <w:r w:rsidRPr="009F6E3C">
        <w:rPr>
          <w:rFonts w:ascii="Times New Roman" w:eastAsia="Arial" w:hAnsi="Times New Roman" w:cs="Times New Roman"/>
          <w:i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i/>
          <w:sz w:val="24"/>
          <w:szCs w:val="24"/>
        </w:rPr>
        <w:t>sposobu</w:t>
      </w:r>
      <w:proofErr w:type="spellEnd"/>
      <w:r w:rsidRPr="009F6E3C">
        <w:rPr>
          <w:rFonts w:ascii="Times New Roman" w:eastAsia="Arial" w:hAnsi="Times New Roman" w:cs="Times New Roman"/>
          <w:i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i/>
          <w:sz w:val="24"/>
          <w:szCs w:val="24"/>
        </w:rPr>
        <w:t>realizacji</w:t>
      </w:r>
      <w:proofErr w:type="spellEnd"/>
      <w:r w:rsidRPr="009F6E3C">
        <w:rPr>
          <w:rFonts w:ascii="Times New Roman" w:eastAsia="Arial" w:hAnsi="Times New Roman" w:cs="Times New Roman"/>
          <w:i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i/>
          <w:sz w:val="24"/>
          <w:szCs w:val="24"/>
        </w:rPr>
        <w:t>działań</w:t>
      </w:r>
      <w:proofErr w:type="spellEnd"/>
      <w:r w:rsidRPr="009F6E3C">
        <w:rPr>
          <w:rFonts w:ascii="Times New Roman" w:eastAsia="Arial" w:hAnsi="Times New Roman" w:cs="Times New Roman"/>
          <w:i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i/>
          <w:sz w:val="24"/>
          <w:szCs w:val="24"/>
        </w:rPr>
        <w:t>wychowawczych</w:t>
      </w:r>
      <w:proofErr w:type="spellEnd"/>
      <w:r w:rsidRPr="009F6E3C">
        <w:rPr>
          <w:rFonts w:ascii="Times New Roman" w:eastAsia="Arial" w:hAnsi="Times New Roman" w:cs="Times New Roman"/>
          <w:i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i/>
          <w:sz w:val="24"/>
          <w:szCs w:val="24"/>
        </w:rPr>
        <w:t>i</w:t>
      </w:r>
      <w:proofErr w:type="spellEnd"/>
      <w:r w:rsidRPr="009F6E3C">
        <w:rPr>
          <w:rFonts w:ascii="Times New Roman" w:eastAsia="Arial" w:hAnsi="Times New Roman" w:cs="Times New Roman"/>
          <w:i/>
          <w:sz w:val="24"/>
          <w:szCs w:val="24"/>
        </w:rPr>
        <w:t xml:space="preserve"> </w:t>
      </w:r>
      <w:proofErr w:type="spellStart"/>
      <w:r w:rsidRPr="009F6E3C">
        <w:rPr>
          <w:rFonts w:ascii="Times New Roman" w:eastAsia="Arial" w:hAnsi="Times New Roman" w:cs="Times New Roman"/>
          <w:i/>
          <w:sz w:val="24"/>
          <w:szCs w:val="24"/>
        </w:rPr>
        <w:t>profilaktycznych</w:t>
      </w:r>
      <w:proofErr w:type="spellEnd"/>
      <w:r w:rsidRPr="009F6E3C">
        <w:rPr>
          <w:rFonts w:ascii="Times New Roman" w:eastAsia="Arial" w:hAnsi="Times New Roman" w:cs="Times New Roman"/>
          <w:i/>
          <w:sz w:val="24"/>
          <w:szCs w:val="24"/>
        </w:rPr>
        <w:t>.</w:t>
      </w:r>
    </w:p>
    <w:sectPr w:rsidR="00D631DC" w:rsidRPr="009F6E3C" w:rsidSect="00034616"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CF104D" w14:textId="77777777" w:rsidR="003205C2" w:rsidRDefault="003205C2">
      <w:pPr>
        <w:spacing w:after="0" w:line="240" w:lineRule="auto"/>
      </w:pPr>
      <w:r>
        <w:separator/>
      </w:r>
    </w:p>
  </w:endnote>
  <w:endnote w:type="continuationSeparator" w:id="0">
    <w:p w14:paraId="696C514F" w14:textId="77777777" w:rsidR="003205C2" w:rsidRDefault="003205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E9FCA8" w14:textId="77777777" w:rsidR="009E0576" w:rsidRDefault="009E0576">
    <w:pPr>
      <w:pStyle w:val="Stopka"/>
      <w:jc w:val="center"/>
    </w:pPr>
    <w:r>
      <w:rPr>
        <w:rFonts w:eastAsia="Arial"/>
        <w:sz w:val="16"/>
      </w:rPr>
      <w:t xml:space="preserve">Strona </w:t>
    </w:r>
    <w:r>
      <w:rPr>
        <w:rFonts w:eastAsia="Arial"/>
        <w:sz w:val="16"/>
      </w:rPr>
      <w:fldChar w:fldCharType="begin"/>
    </w:r>
    <w:r>
      <w:rPr>
        <w:rFonts w:eastAsia="Arial"/>
        <w:sz w:val="16"/>
      </w:rPr>
      <w:instrText xml:space="preserve"> PAGE </w:instrText>
    </w:r>
    <w:r>
      <w:rPr>
        <w:rFonts w:eastAsia="Arial"/>
        <w:sz w:val="16"/>
      </w:rPr>
      <w:fldChar w:fldCharType="separate"/>
    </w:r>
    <w:r w:rsidR="00BB0873">
      <w:rPr>
        <w:rFonts w:eastAsia="Arial"/>
        <w:noProof/>
        <w:sz w:val="16"/>
      </w:rPr>
      <w:t>36</w:t>
    </w:r>
    <w:r>
      <w:rPr>
        <w:rFonts w:eastAsia="Arial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CFFC43" w14:textId="77777777" w:rsidR="003205C2" w:rsidRDefault="003205C2">
      <w:pPr>
        <w:spacing w:after="0" w:line="240" w:lineRule="auto"/>
      </w:pPr>
      <w:r>
        <w:separator/>
      </w:r>
    </w:p>
  </w:footnote>
  <w:footnote w:type="continuationSeparator" w:id="0">
    <w:p w14:paraId="73966B71" w14:textId="77777777" w:rsidR="003205C2" w:rsidRDefault="003205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241467A"/>
    <w:multiLevelType w:val="hybridMultilevel"/>
    <w:tmpl w:val="E6668E7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282372632">
    <w:abstractNumId w:val="8"/>
  </w:num>
  <w:num w:numId="2" w16cid:durableId="974796995">
    <w:abstractNumId w:val="6"/>
  </w:num>
  <w:num w:numId="3" w16cid:durableId="2078240430">
    <w:abstractNumId w:val="5"/>
  </w:num>
  <w:num w:numId="4" w16cid:durableId="1640961516">
    <w:abstractNumId w:val="4"/>
  </w:num>
  <w:num w:numId="5" w16cid:durableId="1639333113">
    <w:abstractNumId w:val="7"/>
  </w:num>
  <w:num w:numId="6" w16cid:durableId="1161192658">
    <w:abstractNumId w:val="3"/>
  </w:num>
  <w:num w:numId="7" w16cid:durableId="708802381">
    <w:abstractNumId w:val="2"/>
  </w:num>
  <w:num w:numId="8" w16cid:durableId="1216890571">
    <w:abstractNumId w:val="1"/>
  </w:num>
  <w:num w:numId="9" w16cid:durableId="394358696">
    <w:abstractNumId w:val="0"/>
  </w:num>
  <w:num w:numId="10" w16cid:durableId="2058894511">
    <w:abstractNumId w:val="8"/>
  </w:num>
  <w:num w:numId="11" w16cid:durableId="1028066812">
    <w:abstractNumId w:val="8"/>
  </w:num>
  <w:num w:numId="12" w16cid:durableId="1172792179">
    <w:abstractNumId w:val="8"/>
  </w:num>
  <w:num w:numId="13" w16cid:durableId="1125199476">
    <w:abstractNumId w:val="8"/>
  </w:num>
  <w:num w:numId="14" w16cid:durableId="1583948022">
    <w:abstractNumId w:val="8"/>
  </w:num>
  <w:num w:numId="15" w16cid:durableId="1106927447">
    <w:abstractNumId w:val="8"/>
  </w:num>
  <w:num w:numId="16" w16cid:durableId="325474349">
    <w:abstractNumId w:val="8"/>
  </w:num>
  <w:num w:numId="17" w16cid:durableId="1239557220">
    <w:abstractNumId w:val="8"/>
  </w:num>
  <w:num w:numId="18" w16cid:durableId="1527328706">
    <w:abstractNumId w:val="8"/>
  </w:num>
  <w:num w:numId="19" w16cid:durableId="242104683">
    <w:abstractNumId w:val="8"/>
  </w:num>
  <w:num w:numId="20" w16cid:durableId="1445731740">
    <w:abstractNumId w:val="8"/>
  </w:num>
  <w:num w:numId="21" w16cid:durableId="1980724275">
    <w:abstractNumId w:val="8"/>
  </w:num>
  <w:num w:numId="22" w16cid:durableId="1139493378">
    <w:abstractNumId w:val="8"/>
  </w:num>
  <w:num w:numId="23" w16cid:durableId="2045403883">
    <w:abstractNumId w:val="8"/>
  </w:num>
  <w:num w:numId="24" w16cid:durableId="1660110858">
    <w:abstractNumId w:val="8"/>
  </w:num>
  <w:num w:numId="25" w16cid:durableId="438449444">
    <w:abstractNumId w:val="8"/>
  </w:num>
  <w:num w:numId="26" w16cid:durableId="1693336358">
    <w:abstractNumId w:val="8"/>
  </w:num>
  <w:num w:numId="27" w16cid:durableId="550069302">
    <w:abstractNumId w:val="8"/>
  </w:num>
  <w:num w:numId="28" w16cid:durableId="923220865">
    <w:abstractNumId w:val="8"/>
  </w:num>
  <w:num w:numId="29" w16cid:durableId="1140539846">
    <w:abstractNumId w:val="8"/>
  </w:num>
  <w:num w:numId="30" w16cid:durableId="2035230555">
    <w:abstractNumId w:val="8"/>
  </w:num>
  <w:num w:numId="31" w16cid:durableId="191189196">
    <w:abstractNumId w:val="8"/>
  </w:num>
  <w:num w:numId="32" w16cid:durableId="978269569">
    <w:abstractNumId w:val="8"/>
  </w:num>
  <w:num w:numId="33" w16cid:durableId="1968968034">
    <w:abstractNumId w:val="8"/>
  </w:num>
  <w:num w:numId="34" w16cid:durableId="1972056512">
    <w:abstractNumId w:val="8"/>
  </w:num>
  <w:num w:numId="35" w16cid:durableId="877012898">
    <w:abstractNumId w:val="8"/>
  </w:num>
  <w:num w:numId="36" w16cid:durableId="305161930">
    <w:abstractNumId w:val="8"/>
  </w:num>
  <w:num w:numId="37" w16cid:durableId="1390105145">
    <w:abstractNumId w:val="9"/>
  </w:num>
  <w:num w:numId="38" w16cid:durableId="825052612">
    <w:abstractNumId w:val="8"/>
  </w:num>
  <w:num w:numId="39" w16cid:durableId="1849171750">
    <w:abstractNumId w:val="8"/>
  </w:num>
  <w:num w:numId="40" w16cid:durableId="148454415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3577"/>
    <w:rsid w:val="000F2EF0"/>
    <w:rsid w:val="00131BD2"/>
    <w:rsid w:val="0015074B"/>
    <w:rsid w:val="00157995"/>
    <w:rsid w:val="001C4A2F"/>
    <w:rsid w:val="001D34D1"/>
    <w:rsid w:val="00256529"/>
    <w:rsid w:val="00287809"/>
    <w:rsid w:val="0029639D"/>
    <w:rsid w:val="00301CCC"/>
    <w:rsid w:val="00317F9C"/>
    <w:rsid w:val="003205C2"/>
    <w:rsid w:val="00326F90"/>
    <w:rsid w:val="003A3DA0"/>
    <w:rsid w:val="005D2F72"/>
    <w:rsid w:val="005F54E3"/>
    <w:rsid w:val="006056EF"/>
    <w:rsid w:val="00651A4C"/>
    <w:rsid w:val="00724678"/>
    <w:rsid w:val="008013D9"/>
    <w:rsid w:val="0089304B"/>
    <w:rsid w:val="008A58EE"/>
    <w:rsid w:val="008D4C86"/>
    <w:rsid w:val="00975E65"/>
    <w:rsid w:val="009E0576"/>
    <w:rsid w:val="009F6E3C"/>
    <w:rsid w:val="00A41A83"/>
    <w:rsid w:val="00AA1D8D"/>
    <w:rsid w:val="00AC1CEB"/>
    <w:rsid w:val="00AC43E3"/>
    <w:rsid w:val="00B47730"/>
    <w:rsid w:val="00B52369"/>
    <w:rsid w:val="00BB0873"/>
    <w:rsid w:val="00BB08E3"/>
    <w:rsid w:val="00BF2B23"/>
    <w:rsid w:val="00CB0664"/>
    <w:rsid w:val="00D02ADB"/>
    <w:rsid w:val="00D631DC"/>
    <w:rsid w:val="00E71D68"/>
    <w:rsid w:val="00EF7DB1"/>
    <w:rsid w:val="00F42E26"/>
    <w:rsid w:val="00FC693F"/>
    <w:rsid w:val="00FF5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AE8F0A"/>
  <w14:defaultImageDpi w14:val="300"/>
  <w15:docId w15:val="{F738032E-5DD2-4700-86B7-812A24A5E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hAnsi="Arial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F1F1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F1F1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F1F1F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  <w:rPr>
      <w:sz w:val="20"/>
    </w:r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  <w:rPr>
      <w:sz w:val="20"/>
    </w:r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  <w:rPr>
      <w:sz w:val="20"/>
    </w:r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05762DF-2EBD-4383-A4D3-D33596957B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36</Pages>
  <Words>10667</Words>
  <Characters>64004</Characters>
  <Application>Microsoft Office Word</Application>
  <DocSecurity>0</DocSecurity>
  <Lines>533</Lines>
  <Paragraphs>149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Program Wychowawczo-Profilaktyczny SP1 Jastrzębie-Zdrój 2026-2029</vt:lpstr>
      <vt:lpstr/>
    </vt:vector>
  </TitlesOfParts>
  <Company/>
  <LinksUpToDate>false</LinksUpToDate>
  <CharactersWithSpaces>74522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 Wychowawczo-Profilaktyczny SP1 Jastrzębie-Zdrój 2026-2029</dc:title>
  <dc:subject>Program wychowawczo-profilaktyczny na lata 2026/2027-2028/2029</dc:subject>
  <dc:creator>Szkoła Podstawowa nr 1 przy Zespole Szkolno-Przedszkolnym nr 1 w Jastrzębiu-Zdroju</dc:creator>
  <cp:keywords>wychowanie, profilaktyka, szkoła podstawowa, 2026/2027</cp:keywords>
  <dc:description>generated by python-docx</dc:description>
  <cp:lastModifiedBy>Iwona Pałasz</cp:lastModifiedBy>
  <cp:revision>2</cp:revision>
  <dcterms:created xsi:type="dcterms:W3CDTF">2026-09-08T18:09:00Z</dcterms:created>
  <dcterms:modified xsi:type="dcterms:W3CDTF">2026-09-08T18:09:00Z</dcterms:modified>
</cp:coreProperties>
</file>